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3E6860" w14:textId="50D55B96" w:rsidR="00863049" w:rsidRDefault="006E1A6C">
      <w:pPr>
        <w:jc w:val="center"/>
      </w:pPr>
      <w:r>
        <w:rPr>
          <w:b/>
          <w:sz w:val="28"/>
        </w:rPr>
        <w:t>PHỤ LỤC I</w:t>
      </w:r>
      <w:r w:rsidR="000E16F2">
        <w:rPr>
          <w:b/>
          <w:sz w:val="28"/>
        </w:rPr>
        <w:t>:</w:t>
      </w:r>
    </w:p>
    <w:p w14:paraId="0D372FF3" w14:textId="77777777" w:rsidR="00863049" w:rsidRPr="000141DB" w:rsidRDefault="006E1A6C">
      <w:pPr>
        <w:jc w:val="center"/>
        <w:rPr>
          <w:szCs w:val="26"/>
        </w:rPr>
      </w:pPr>
      <w:r w:rsidRPr="000141DB">
        <w:rPr>
          <w:b/>
          <w:szCs w:val="26"/>
        </w:rPr>
        <w:t>NHỮNG NỘI DUNG LIÊN QUAN ĐẾN KHAI THÁC TÀI NGUYÊN NƯỚC</w:t>
      </w:r>
    </w:p>
    <w:p w14:paraId="033E1171" w14:textId="77777777" w:rsidR="000141DB" w:rsidRDefault="006E1A6C">
      <w:pPr>
        <w:jc w:val="center"/>
        <w:rPr>
          <w:b/>
          <w:sz w:val="28"/>
          <w:szCs w:val="28"/>
        </w:rPr>
      </w:pPr>
      <w:r w:rsidRPr="000141DB">
        <w:rPr>
          <w:b/>
          <w:sz w:val="28"/>
          <w:szCs w:val="28"/>
        </w:rPr>
        <w:t>Công trình</w:t>
      </w:r>
      <w:r w:rsidR="000141DB">
        <w:rPr>
          <w:b/>
          <w:sz w:val="28"/>
          <w:szCs w:val="28"/>
        </w:rPr>
        <w:t>:</w:t>
      </w:r>
      <w:r w:rsidRPr="000141DB">
        <w:rPr>
          <w:b/>
          <w:sz w:val="28"/>
          <w:szCs w:val="28"/>
        </w:rPr>
        <w:t xml:space="preserve"> Xây dựng và mở rộng hệ thống cấp nước sinh hoạt </w:t>
      </w:r>
    </w:p>
    <w:p w14:paraId="68617DE8" w14:textId="77777777" w:rsidR="000141DB" w:rsidRDefault="006E1A6C">
      <w:pPr>
        <w:jc w:val="center"/>
        <w:rPr>
          <w:b/>
          <w:sz w:val="28"/>
          <w:szCs w:val="28"/>
        </w:rPr>
      </w:pPr>
      <w:r w:rsidRPr="000141DB">
        <w:rPr>
          <w:b/>
          <w:sz w:val="28"/>
          <w:szCs w:val="28"/>
        </w:rPr>
        <w:t xml:space="preserve">thị trấn Cốc Pài và các xã Nấm Dẩn, Bản Ngò, huyện Xín Mần </w:t>
      </w:r>
    </w:p>
    <w:p w14:paraId="505A23BF" w14:textId="77777777" w:rsidR="004F1425" w:rsidRDefault="006E1A6C" w:rsidP="004F1425">
      <w:pPr>
        <w:jc w:val="center"/>
        <w:rPr>
          <w:bCs/>
          <w:i/>
          <w:iCs/>
          <w:sz w:val="28"/>
          <w:szCs w:val="28"/>
        </w:rPr>
      </w:pPr>
      <w:r w:rsidRPr="000141DB">
        <w:rPr>
          <w:bCs/>
          <w:i/>
          <w:iCs/>
          <w:sz w:val="28"/>
          <w:szCs w:val="28"/>
        </w:rPr>
        <w:t>(nay thuộc các xã Pà Vầy Sủ, Nấm Dẩn, tỉnh Tuyên Quang)</w:t>
      </w:r>
    </w:p>
    <w:p w14:paraId="36C4B318" w14:textId="27966980" w:rsidR="004F1425" w:rsidRDefault="006E1A6C" w:rsidP="004F1425">
      <w:pPr>
        <w:jc w:val="center"/>
        <w:rPr>
          <w:i/>
          <w:sz w:val="28"/>
          <w:szCs w:val="28"/>
        </w:rPr>
      </w:pPr>
      <w:r w:rsidRPr="000141DB">
        <w:rPr>
          <w:i/>
          <w:sz w:val="28"/>
          <w:szCs w:val="28"/>
        </w:rPr>
        <w:t xml:space="preserve">(Kèm theo Văn bản số        /SNNMT-ĐCKSN ngày 08/9/2026 của </w:t>
      </w:r>
    </w:p>
    <w:p w14:paraId="78C00678" w14:textId="0B938E3F" w:rsidR="00863049" w:rsidRPr="000141DB" w:rsidRDefault="006E1A6C">
      <w:pPr>
        <w:spacing w:after="120"/>
        <w:jc w:val="center"/>
        <w:rPr>
          <w:sz w:val="28"/>
          <w:szCs w:val="28"/>
        </w:rPr>
      </w:pPr>
      <w:r w:rsidRPr="000141DB">
        <w:rPr>
          <w:i/>
          <w:sz w:val="28"/>
          <w:szCs w:val="28"/>
        </w:rPr>
        <w:t>Sở Nông nghiệp và Môi trường)</w:t>
      </w:r>
    </w:p>
    <w:p w14:paraId="31D9C51F" w14:textId="77777777" w:rsidR="006E1A6C" w:rsidRDefault="006E1A6C" w:rsidP="007303CF">
      <w:pPr>
        <w:spacing w:before="120" w:line="240" w:lineRule="auto"/>
        <w:jc w:val="both"/>
        <w:rPr>
          <w:b/>
          <w:sz w:val="28"/>
          <w:szCs w:val="28"/>
        </w:rPr>
      </w:pPr>
    </w:p>
    <w:p w14:paraId="79C5102B" w14:textId="2D22F9E6" w:rsidR="00863049" w:rsidRPr="000141DB" w:rsidRDefault="006E1A6C" w:rsidP="007303CF">
      <w:pPr>
        <w:spacing w:before="120" w:line="240" w:lineRule="auto"/>
        <w:jc w:val="both"/>
        <w:rPr>
          <w:sz w:val="28"/>
          <w:szCs w:val="28"/>
        </w:rPr>
      </w:pPr>
      <w:r w:rsidRPr="000141DB">
        <w:rPr>
          <w:b/>
          <w:sz w:val="28"/>
          <w:szCs w:val="28"/>
        </w:rPr>
        <w:t>1. Mục đích khai thác nước</w:t>
      </w:r>
    </w:p>
    <w:p w14:paraId="180A3517" w14:textId="77777777" w:rsidR="00863049" w:rsidRPr="000141DB" w:rsidRDefault="006E1A6C" w:rsidP="007303CF">
      <w:pPr>
        <w:spacing w:before="120" w:line="240" w:lineRule="auto"/>
        <w:ind w:firstLine="567"/>
        <w:jc w:val="both"/>
        <w:rPr>
          <w:sz w:val="28"/>
          <w:szCs w:val="28"/>
        </w:rPr>
      </w:pPr>
      <w:r w:rsidRPr="000141DB">
        <w:rPr>
          <w:sz w:val="28"/>
          <w:szCs w:val="28"/>
        </w:rPr>
        <w:t>Cung cấp nước sạch phục vụ nhu cầu sinh hoạt của Nhân dân trên địa bàn các xã Pà Vầy Sủ và Nấm Dẩn, tỉnh Tuyên Quang.</w:t>
      </w:r>
    </w:p>
    <w:p w14:paraId="5AA36362" w14:textId="77777777" w:rsidR="00863049" w:rsidRPr="000141DB" w:rsidRDefault="006E1A6C" w:rsidP="007303CF">
      <w:pPr>
        <w:spacing w:before="120" w:line="240" w:lineRule="auto"/>
        <w:jc w:val="both"/>
        <w:rPr>
          <w:sz w:val="28"/>
          <w:szCs w:val="28"/>
        </w:rPr>
      </w:pPr>
      <w:r w:rsidRPr="000141DB">
        <w:rPr>
          <w:b/>
          <w:sz w:val="28"/>
          <w:szCs w:val="28"/>
        </w:rPr>
        <w:t>2. Nguồn nước khai thác</w:t>
      </w:r>
    </w:p>
    <w:p w14:paraId="49289100" w14:textId="77777777" w:rsidR="00863049" w:rsidRPr="000141DB" w:rsidRDefault="006E1A6C" w:rsidP="007303CF">
      <w:pPr>
        <w:spacing w:before="120" w:line="240" w:lineRule="auto"/>
        <w:ind w:firstLine="567"/>
        <w:jc w:val="both"/>
        <w:rPr>
          <w:spacing w:val="-10"/>
          <w:sz w:val="28"/>
          <w:szCs w:val="28"/>
        </w:rPr>
      </w:pPr>
      <w:r w:rsidRPr="000141DB">
        <w:rPr>
          <w:spacing w:val="-10"/>
          <w:sz w:val="28"/>
          <w:szCs w:val="28"/>
        </w:rPr>
        <w:t>Nguồn nước mặt suối Tiên tại thôn Nấm Chanh, xã Nấm Dẩn, tỉnh Tuyên Quang.</w:t>
      </w:r>
    </w:p>
    <w:p w14:paraId="344F8425" w14:textId="77777777" w:rsidR="00863049" w:rsidRPr="000141DB" w:rsidRDefault="006E1A6C" w:rsidP="007303CF">
      <w:pPr>
        <w:spacing w:before="120" w:line="240" w:lineRule="auto"/>
        <w:jc w:val="both"/>
        <w:rPr>
          <w:sz w:val="28"/>
          <w:szCs w:val="28"/>
        </w:rPr>
      </w:pPr>
      <w:r w:rsidRPr="000141DB">
        <w:rPr>
          <w:b/>
          <w:sz w:val="28"/>
          <w:szCs w:val="28"/>
        </w:rPr>
        <w:t>3. Vị trí công trình khai thác nước</w:t>
      </w:r>
    </w:p>
    <w:p w14:paraId="698D3C6E" w14:textId="4193235F" w:rsidR="00863049" w:rsidRPr="000141DB" w:rsidRDefault="000141DB" w:rsidP="007303CF">
      <w:pPr>
        <w:spacing w:before="12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E1A6C" w:rsidRPr="000141DB">
        <w:rPr>
          <w:sz w:val="28"/>
          <w:szCs w:val="28"/>
        </w:rPr>
        <w:t>Đập dâng, cửa thu và hố thu nước đặt tại thôn Nấm Chanh, xã Nấm Dẩn; tuyến ống nước thô chạy dọc đường tỉnh ĐT.178; trạm xử lý nước sạch đặt tại khu vực Km48+500 đường tỉnh ĐT.178, xã Nấm Dẩn, tỉnh Tuyên Quang.</w:t>
      </w:r>
    </w:p>
    <w:p w14:paraId="6A54429E" w14:textId="050A74E1" w:rsidR="00863049" w:rsidRDefault="000141DB" w:rsidP="006E1A6C">
      <w:pPr>
        <w:spacing w:before="120" w:after="24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E1A6C" w:rsidRPr="000141DB">
        <w:rPr>
          <w:sz w:val="28"/>
          <w:szCs w:val="28"/>
        </w:rPr>
        <w:t>Tọa độ tim các hạng mục chính theo hệ tọa độ VN-2000, kinh tuyến trục 106°, múi chiếu 3° như sau: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843"/>
        <w:gridCol w:w="1843"/>
      </w:tblGrid>
      <w:tr w:rsidR="00863049" w:rsidRPr="006E1A6C" w14:paraId="7B5E44CF" w14:textId="77777777" w:rsidTr="00E83025">
        <w:trPr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C8E80" w14:textId="77777777" w:rsidR="00863049" w:rsidRPr="006E1A6C" w:rsidRDefault="006E1A6C">
            <w:pPr>
              <w:jc w:val="center"/>
              <w:rPr>
                <w:sz w:val="28"/>
                <w:szCs w:val="28"/>
              </w:rPr>
            </w:pPr>
            <w:r w:rsidRPr="006E1A6C">
              <w:rPr>
                <w:b/>
                <w:sz w:val="28"/>
                <w:szCs w:val="28"/>
              </w:rPr>
              <w:t>STT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39BF1" w14:textId="77777777" w:rsidR="00863049" w:rsidRPr="006E1A6C" w:rsidRDefault="006E1A6C">
            <w:pPr>
              <w:jc w:val="center"/>
              <w:rPr>
                <w:sz w:val="28"/>
                <w:szCs w:val="28"/>
              </w:rPr>
            </w:pPr>
            <w:r w:rsidRPr="006E1A6C">
              <w:rPr>
                <w:b/>
                <w:sz w:val="28"/>
                <w:szCs w:val="28"/>
              </w:rPr>
              <w:t>Hạng mục công trình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2456A" w14:textId="77777777" w:rsidR="00863049" w:rsidRPr="006E1A6C" w:rsidRDefault="006E1A6C">
            <w:pPr>
              <w:jc w:val="center"/>
              <w:rPr>
                <w:sz w:val="28"/>
                <w:szCs w:val="28"/>
              </w:rPr>
            </w:pPr>
            <w:r w:rsidRPr="006E1A6C">
              <w:rPr>
                <w:b/>
                <w:sz w:val="28"/>
                <w:szCs w:val="28"/>
              </w:rPr>
              <w:t>X (m)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DDDAE" w14:textId="77777777" w:rsidR="00863049" w:rsidRPr="006E1A6C" w:rsidRDefault="006E1A6C">
            <w:pPr>
              <w:jc w:val="center"/>
              <w:rPr>
                <w:sz w:val="28"/>
                <w:szCs w:val="28"/>
              </w:rPr>
            </w:pPr>
            <w:r w:rsidRPr="006E1A6C">
              <w:rPr>
                <w:b/>
                <w:sz w:val="28"/>
                <w:szCs w:val="28"/>
              </w:rPr>
              <w:t>Y (m)</w:t>
            </w:r>
          </w:p>
        </w:tc>
      </w:tr>
      <w:tr w:rsidR="00863049" w:rsidRPr="006E1A6C" w14:paraId="071957D1" w14:textId="77777777" w:rsidTr="00E83025">
        <w:trPr>
          <w:trHeight w:val="467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2A8EA" w14:textId="77777777" w:rsidR="00863049" w:rsidRPr="006E1A6C" w:rsidRDefault="006E1A6C">
            <w:pPr>
              <w:jc w:val="center"/>
              <w:rPr>
                <w:sz w:val="28"/>
                <w:szCs w:val="28"/>
              </w:rPr>
            </w:pPr>
            <w:r w:rsidRPr="006E1A6C">
              <w:rPr>
                <w:sz w:val="28"/>
                <w:szCs w:val="28"/>
              </w:rPr>
              <w:t>1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7129E" w14:textId="77777777" w:rsidR="00863049" w:rsidRPr="006E1A6C" w:rsidRDefault="006E1A6C">
            <w:pPr>
              <w:jc w:val="both"/>
              <w:rPr>
                <w:sz w:val="28"/>
                <w:szCs w:val="28"/>
              </w:rPr>
            </w:pPr>
            <w:r w:rsidRPr="006E1A6C">
              <w:rPr>
                <w:sz w:val="28"/>
                <w:szCs w:val="28"/>
              </w:rPr>
              <w:t>Tim vị trí khai thác nước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209AC" w14:textId="77777777" w:rsidR="00863049" w:rsidRPr="006E1A6C" w:rsidRDefault="006E1A6C">
            <w:pPr>
              <w:jc w:val="both"/>
              <w:rPr>
                <w:sz w:val="28"/>
                <w:szCs w:val="28"/>
              </w:rPr>
            </w:pPr>
            <w:r w:rsidRPr="006E1A6C">
              <w:rPr>
                <w:sz w:val="28"/>
                <w:szCs w:val="28"/>
              </w:rPr>
              <w:t>2.498.014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9CFE5" w14:textId="77777777" w:rsidR="00863049" w:rsidRPr="006E1A6C" w:rsidRDefault="006E1A6C">
            <w:pPr>
              <w:jc w:val="both"/>
              <w:rPr>
                <w:sz w:val="28"/>
                <w:szCs w:val="28"/>
              </w:rPr>
            </w:pPr>
            <w:r w:rsidRPr="006E1A6C">
              <w:rPr>
                <w:sz w:val="28"/>
                <w:szCs w:val="28"/>
              </w:rPr>
              <w:t>344.212</w:t>
            </w:r>
          </w:p>
        </w:tc>
      </w:tr>
      <w:tr w:rsidR="00863049" w:rsidRPr="006E1A6C" w14:paraId="65BB04F5" w14:textId="77777777" w:rsidTr="00E83025">
        <w:trPr>
          <w:trHeight w:val="431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A954F" w14:textId="77777777" w:rsidR="00863049" w:rsidRPr="006E1A6C" w:rsidRDefault="006E1A6C">
            <w:pPr>
              <w:jc w:val="center"/>
              <w:rPr>
                <w:sz w:val="28"/>
                <w:szCs w:val="28"/>
              </w:rPr>
            </w:pPr>
            <w:r w:rsidRPr="006E1A6C">
              <w:rPr>
                <w:sz w:val="28"/>
                <w:szCs w:val="28"/>
              </w:rPr>
              <w:t>2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EF43B" w14:textId="77777777" w:rsidR="00863049" w:rsidRPr="006E1A6C" w:rsidRDefault="006E1A6C">
            <w:pPr>
              <w:jc w:val="both"/>
              <w:rPr>
                <w:sz w:val="28"/>
                <w:szCs w:val="28"/>
              </w:rPr>
            </w:pPr>
            <w:r w:rsidRPr="006E1A6C">
              <w:rPr>
                <w:sz w:val="28"/>
                <w:szCs w:val="28"/>
              </w:rPr>
              <w:t>Tim đập dâng nước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C5114" w14:textId="77777777" w:rsidR="00863049" w:rsidRPr="006E1A6C" w:rsidRDefault="006E1A6C">
            <w:pPr>
              <w:jc w:val="both"/>
              <w:rPr>
                <w:sz w:val="28"/>
                <w:szCs w:val="28"/>
              </w:rPr>
            </w:pPr>
            <w:r w:rsidRPr="006E1A6C">
              <w:rPr>
                <w:sz w:val="28"/>
                <w:szCs w:val="28"/>
              </w:rPr>
              <w:t>2.498.014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F3757" w14:textId="77777777" w:rsidR="00863049" w:rsidRPr="006E1A6C" w:rsidRDefault="006E1A6C">
            <w:pPr>
              <w:jc w:val="both"/>
              <w:rPr>
                <w:sz w:val="28"/>
                <w:szCs w:val="28"/>
              </w:rPr>
            </w:pPr>
            <w:r w:rsidRPr="006E1A6C">
              <w:rPr>
                <w:sz w:val="28"/>
                <w:szCs w:val="28"/>
              </w:rPr>
              <w:t>344.212</w:t>
            </w:r>
          </w:p>
        </w:tc>
      </w:tr>
    </w:tbl>
    <w:p w14:paraId="4638DA0E" w14:textId="77777777" w:rsidR="00863049" w:rsidRPr="007303CF" w:rsidRDefault="006E1A6C" w:rsidP="006E1A6C">
      <w:pPr>
        <w:spacing w:before="240" w:line="240" w:lineRule="auto"/>
        <w:jc w:val="both"/>
        <w:rPr>
          <w:sz w:val="28"/>
          <w:szCs w:val="28"/>
        </w:rPr>
      </w:pPr>
      <w:r w:rsidRPr="007303CF">
        <w:rPr>
          <w:b/>
          <w:sz w:val="28"/>
          <w:szCs w:val="28"/>
        </w:rPr>
        <w:t>4. Chế độ, phương thức khai thác nước</w:t>
      </w:r>
    </w:p>
    <w:p w14:paraId="0E1215F1" w14:textId="77777777" w:rsidR="00863049" w:rsidRPr="007303CF" w:rsidRDefault="006E1A6C" w:rsidP="007303CF">
      <w:pPr>
        <w:spacing w:before="120" w:line="240" w:lineRule="auto"/>
        <w:ind w:firstLine="567"/>
        <w:jc w:val="both"/>
        <w:rPr>
          <w:sz w:val="28"/>
          <w:szCs w:val="28"/>
        </w:rPr>
      </w:pPr>
      <w:r w:rsidRPr="007303CF">
        <w:rPr>
          <w:sz w:val="28"/>
          <w:szCs w:val="28"/>
        </w:rPr>
        <w:t>Chế độ khai thác: 24 giờ/ngày, 365 ngày/năm.</w:t>
      </w:r>
    </w:p>
    <w:p w14:paraId="66E083A2" w14:textId="77777777" w:rsidR="00863049" w:rsidRPr="007303CF" w:rsidRDefault="006E1A6C" w:rsidP="007303CF">
      <w:pPr>
        <w:spacing w:before="120" w:line="240" w:lineRule="auto"/>
        <w:ind w:firstLine="567"/>
        <w:jc w:val="both"/>
        <w:rPr>
          <w:sz w:val="28"/>
          <w:szCs w:val="28"/>
        </w:rPr>
      </w:pPr>
      <w:r w:rsidRPr="007303CF">
        <w:rPr>
          <w:sz w:val="28"/>
          <w:szCs w:val="28"/>
        </w:rPr>
        <w:t>Phương thức khai thác: Sử dụng đập dâng, cửa thu và hố thu để lấy nước; nước tự chảy qua tuyến ống thép DN200 từ hố thu về trạm xử lý nước sạch.</w:t>
      </w:r>
    </w:p>
    <w:p w14:paraId="4E26C9D3" w14:textId="77777777" w:rsidR="00863049" w:rsidRPr="007303CF" w:rsidRDefault="006E1A6C" w:rsidP="007303CF">
      <w:pPr>
        <w:spacing w:before="120" w:line="240" w:lineRule="auto"/>
        <w:jc w:val="both"/>
        <w:rPr>
          <w:sz w:val="28"/>
          <w:szCs w:val="28"/>
        </w:rPr>
      </w:pPr>
      <w:r w:rsidRPr="007303CF">
        <w:rPr>
          <w:b/>
          <w:sz w:val="28"/>
          <w:szCs w:val="28"/>
        </w:rPr>
        <w:t>5. Lượng nước khai thác</w:t>
      </w:r>
    </w:p>
    <w:p w14:paraId="411973AD" w14:textId="77777777" w:rsidR="00863049" w:rsidRPr="007303CF" w:rsidRDefault="006E1A6C" w:rsidP="007303CF">
      <w:pPr>
        <w:spacing w:before="120" w:line="240" w:lineRule="auto"/>
        <w:ind w:firstLine="567"/>
        <w:jc w:val="both"/>
        <w:rPr>
          <w:sz w:val="28"/>
          <w:szCs w:val="28"/>
        </w:rPr>
      </w:pPr>
      <w:r w:rsidRPr="007303CF">
        <w:rPr>
          <w:sz w:val="28"/>
          <w:szCs w:val="28"/>
        </w:rPr>
        <w:t>Lưu lượng khai thác nước mặt lớn nhất: 2.600 m³/ngày đêm.</w:t>
      </w:r>
    </w:p>
    <w:p w14:paraId="08778D64" w14:textId="56908C18" w:rsidR="00863049" w:rsidRDefault="006E1A6C" w:rsidP="00910FD7">
      <w:pPr>
        <w:spacing w:before="120" w:after="240" w:line="240" w:lineRule="auto"/>
        <w:jc w:val="both"/>
        <w:rPr>
          <w:b/>
          <w:sz w:val="28"/>
          <w:szCs w:val="28"/>
        </w:rPr>
      </w:pPr>
      <w:r w:rsidRPr="007303CF">
        <w:rPr>
          <w:b/>
          <w:sz w:val="28"/>
          <w:szCs w:val="28"/>
        </w:rPr>
        <w:t>6. Các thông số cơ bản của công trình</w:t>
      </w:r>
    </w:p>
    <w:tbl>
      <w:tblPr>
        <w:tblW w:w="9356" w:type="dxa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2100"/>
        <w:gridCol w:w="6519"/>
      </w:tblGrid>
      <w:tr w:rsidR="00863049" w:rsidRPr="007303CF" w14:paraId="17704DC8" w14:textId="77777777" w:rsidTr="00810E3C">
        <w:trPr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7EB20" w14:textId="384B96E1" w:rsidR="00863049" w:rsidRPr="007303CF" w:rsidRDefault="006E1A6C">
            <w:pPr>
              <w:jc w:val="center"/>
              <w:rPr>
                <w:szCs w:val="26"/>
              </w:rPr>
            </w:pPr>
            <w:r w:rsidRPr="007303CF">
              <w:rPr>
                <w:b/>
                <w:szCs w:val="26"/>
              </w:rPr>
              <w:t>S</w:t>
            </w:r>
            <w:r w:rsidR="007303CF" w:rsidRPr="007303CF">
              <w:rPr>
                <w:b/>
                <w:szCs w:val="26"/>
              </w:rPr>
              <w:t xml:space="preserve">ố </w:t>
            </w:r>
            <w:r w:rsidRPr="007303CF">
              <w:rPr>
                <w:b/>
                <w:szCs w:val="26"/>
              </w:rPr>
              <w:t>TT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41480" w14:textId="77777777" w:rsidR="00863049" w:rsidRPr="007303CF" w:rsidRDefault="006E1A6C">
            <w:pPr>
              <w:jc w:val="center"/>
              <w:rPr>
                <w:szCs w:val="26"/>
              </w:rPr>
            </w:pPr>
            <w:r w:rsidRPr="007303CF">
              <w:rPr>
                <w:b/>
                <w:szCs w:val="26"/>
              </w:rPr>
              <w:t>Hạng mục</w:t>
            </w:r>
          </w:p>
        </w:tc>
        <w:tc>
          <w:tcPr>
            <w:tcW w:w="6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33F4D" w14:textId="77777777" w:rsidR="00863049" w:rsidRPr="007303CF" w:rsidRDefault="006E1A6C">
            <w:pPr>
              <w:jc w:val="center"/>
              <w:rPr>
                <w:szCs w:val="26"/>
              </w:rPr>
            </w:pPr>
            <w:r w:rsidRPr="007303CF">
              <w:rPr>
                <w:b/>
                <w:szCs w:val="26"/>
              </w:rPr>
              <w:t>Thông số, quy mô chủ yếu</w:t>
            </w:r>
          </w:p>
        </w:tc>
      </w:tr>
      <w:tr w:rsidR="00863049" w:rsidRPr="007303CF" w14:paraId="19EA0BD4" w14:textId="77777777" w:rsidTr="00810E3C">
        <w:trPr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4BF35" w14:textId="77777777" w:rsidR="00863049" w:rsidRPr="00246368" w:rsidRDefault="006E1A6C">
            <w:pPr>
              <w:jc w:val="center"/>
              <w:rPr>
                <w:sz w:val="28"/>
                <w:szCs w:val="28"/>
              </w:rPr>
            </w:pPr>
            <w:r w:rsidRPr="00246368">
              <w:rPr>
                <w:sz w:val="28"/>
                <w:szCs w:val="28"/>
              </w:rPr>
              <w:t>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82E05" w14:textId="77777777" w:rsidR="00863049" w:rsidRPr="00246368" w:rsidRDefault="006E1A6C">
            <w:pPr>
              <w:jc w:val="both"/>
              <w:rPr>
                <w:sz w:val="28"/>
                <w:szCs w:val="28"/>
              </w:rPr>
            </w:pPr>
            <w:r w:rsidRPr="00246368">
              <w:rPr>
                <w:sz w:val="28"/>
                <w:szCs w:val="28"/>
              </w:rPr>
              <w:t>Công trình thu nước</w:t>
            </w:r>
          </w:p>
        </w:tc>
        <w:tc>
          <w:tcPr>
            <w:tcW w:w="6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A4085" w14:textId="77777777" w:rsidR="00863049" w:rsidRPr="00246368" w:rsidRDefault="006E1A6C">
            <w:pPr>
              <w:jc w:val="both"/>
              <w:rPr>
                <w:sz w:val="28"/>
                <w:szCs w:val="28"/>
              </w:rPr>
            </w:pPr>
            <w:r w:rsidRPr="00246368">
              <w:rPr>
                <w:sz w:val="28"/>
                <w:szCs w:val="28"/>
              </w:rPr>
              <w:t>Đập dâng bằng bê tông cốt thép, dài 20,05 m, rộng 7,7 m, cao 2,0 m; bố trí cửa thu có song chắn rác, van cửa phai; hố thu bằng bê tông cốt thép, có van cổng đầu ống và van xả cặn DN150.</w:t>
            </w:r>
          </w:p>
        </w:tc>
      </w:tr>
      <w:tr w:rsidR="00863049" w:rsidRPr="007303CF" w14:paraId="0F764883" w14:textId="77777777" w:rsidTr="00810E3C">
        <w:trPr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491DE" w14:textId="77777777" w:rsidR="00863049" w:rsidRPr="00246368" w:rsidRDefault="006E1A6C">
            <w:pPr>
              <w:jc w:val="center"/>
              <w:rPr>
                <w:sz w:val="28"/>
                <w:szCs w:val="28"/>
              </w:rPr>
            </w:pPr>
            <w:r w:rsidRPr="00246368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CC0EC" w14:textId="77777777" w:rsidR="00863049" w:rsidRPr="00246368" w:rsidRDefault="006E1A6C" w:rsidP="00810E3C">
            <w:pPr>
              <w:rPr>
                <w:sz w:val="28"/>
                <w:szCs w:val="28"/>
              </w:rPr>
            </w:pPr>
            <w:r w:rsidRPr="00246368">
              <w:rPr>
                <w:sz w:val="28"/>
                <w:szCs w:val="28"/>
              </w:rPr>
              <w:t>Tuyến ống nước thô</w:t>
            </w:r>
          </w:p>
        </w:tc>
        <w:tc>
          <w:tcPr>
            <w:tcW w:w="6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1FE51" w14:textId="10471E1A" w:rsidR="00863049" w:rsidRPr="00246368" w:rsidRDefault="006E1A6C">
            <w:pPr>
              <w:jc w:val="both"/>
              <w:rPr>
                <w:sz w:val="28"/>
                <w:szCs w:val="28"/>
              </w:rPr>
            </w:pPr>
            <w:r w:rsidRPr="00246368">
              <w:rPr>
                <w:sz w:val="28"/>
                <w:szCs w:val="28"/>
              </w:rPr>
              <w:t>Ống thép đen DN200, dày 6,35 mm, dẫn nước tự chảy từ hố thu về trạm xử lý; tổng chiều dài 3.836 m.</w:t>
            </w:r>
          </w:p>
        </w:tc>
      </w:tr>
      <w:tr w:rsidR="00863049" w:rsidRPr="007303CF" w14:paraId="0F6C7932" w14:textId="77777777" w:rsidTr="00810E3C">
        <w:trPr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89052" w14:textId="77777777" w:rsidR="00863049" w:rsidRPr="00246368" w:rsidRDefault="006E1A6C">
            <w:pPr>
              <w:jc w:val="center"/>
              <w:rPr>
                <w:sz w:val="28"/>
                <w:szCs w:val="28"/>
              </w:rPr>
            </w:pPr>
            <w:r w:rsidRPr="00246368">
              <w:rPr>
                <w:sz w:val="28"/>
                <w:szCs w:val="28"/>
              </w:rPr>
              <w:t>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5859C" w14:textId="77777777" w:rsidR="00863049" w:rsidRPr="00246368" w:rsidRDefault="006E1A6C" w:rsidP="00810E3C">
            <w:pPr>
              <w:rPr>
                <w:sz w:val="28"/>
                <w:szCs w:val="28"/>
              </w:rPr>
            </w:pPr>
            <w:r w:rsidRPr="00246368">
              <w:rPr>
                <w:sz w:val="28"/>
                <w:szCs w:val="28"/>
              </w:rPr>
              <w:t>Trạm xử lý nước sạch</w:t>
            </w:r>
          </w:p>
        </w:tc>
        <w:tc>
          <w:tcPr>
            <w:tcW w:w="6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39A20" w14:textId="42570D97" w:rsidR="00863049" w:rsidRPr="00246368" w:rsidRDefault="006E1A6C">
            <w:pPr>
              <w:jc w:val="both"/>
              <w:rPr>
                <w:sz w:val="28"/>
                <w:szCs w:val="28"/>
              </w:rPr>
            </w:pPr>
            <w:r w:rsidRPr="00246368">
              <w:rPr>
                <w:sz w:val="28"/>
                <w:szCs w:val="28"/>
              </w:rPr>
              <w:t xml:space="preserve">Xây dựng tại Km48+500 đường tỉnh ĐT.178, xã Nấm Dẩn; diện tích 2.400 m²; công suất 2.600 m³/ngày đêm; vận hành 24 giờ/ngày. Dây chuyền chính gồm thiết bị trộn tĩnh DN200, 02 bể lắng </w:t>
            </w:r>
            <w:bookmarkStart w:id="0" w:name="_GoBack"/>
            <w:r w:rsidRPr="00246368">
              <w:rPr>
                <w:sz w:val="28"/>
                <w:szCs w:val="28"/>
              </w:rPr>
              <w:t xml:space="preserve">đứng có ngăn phản ứng trung tâm, 04 bể lọc nhanh trọng lực, </w:t>
            </w:r>
            <w:r w:rsidR="00D81DE3">
              <w:rPr>
                <w:sz w:val="28"/>
                <w:szCs w:val="28"/>
              </w:rPr>
              <w:t>b</w:t>
            </w:r>
            <w:r w:rsidR="00D81DE3" w:rsidRPr="00D81DE3">
              <w:rPr>
                <w:sz w:val="28"/>
                <w:szCs w:val="28"/>
              </w:rPr>
              <w:t xml:space="preserve">ể chứa nước sạch có dung tích hữu ích </w:t>
            </w:r>
            <w:r w:rsidRPr="00246368">
              <w:rPr>
                <w:sz w:val="28"/>
                <w:szCs w:val="28"/>
              </w:rPr>
              <w:t xml:space="preserve">500 m³, nhà hóa chất </w:t>
            </w:r>
            <w:bookmarkEnd w:id="0"/>
            <w:r w:rsidRPr="00246368">
              <w:rPr>
                <w:sz w:val="28"/>
                <w:szCs w:val="28"/>
              </w:rPr>
              <w:t>và bơm rửa lọc, hệ thống khử trùng, nhà điều hành, trạm biến áp và các hạng mục phụ trợ.</w:t>
            </w:r>
          </w:p>
        </w:tc>
      </w:tr>
      <w:tr w:rsidR="00863049" w:rsidRPr="007303CF" w14:paraId="4578F6C7" w14:textId="77777777" w:rsidTr="00810E3C">
        <w:trPr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23626" w14:textId="77777777" w:rsidR="00863049" w:rsidRPr="00246368" w:rsidRDefault="006E1A6C">
            <w:pPr>
              <w:jc w:val="center"/>
              <w:rPr>
                <w:sz w:val="28"/>
                <w:szCs w:val="28"/>
              </w:rPr>
            </w:pPr>
            <w:r w:rsidRPr="00246368">
              <w:rPr>
                <w:sz w:val="28"/>
                <w:szCs w:val="28"/>
              </w:rPr>
              <w:t>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4387A" w14:textId="77777777" w:rsidR="00863049" w:rsidRPr="00246368" w:rsidRDefault="006E1A6C" w:rsidP="00810E3C">
            <w:pPr>
              <w:rPr>
                <w:sz w:val="28"/>
                <w:szCs w:val="28"/>
              </w:rPr>
            </w:pPr>
            <w:r w:rsidRPr="00246368">
              <w:rPr>
                <w:sz w:val="28"/>
                <w:szCs w:val="28"/>
              </w:rPr>
              <w:t>Thiết bị đo, giám sát</w:t>
            </w:r>
          </w:p>
        </w:tc>
        <w:tc>
          <w:tcPr>
            <w:tcW w:w="6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79702" w14:textId="77777777" w:rsidR="00863049" w:rsidRPr="00246368" w:rsidRDefault="006E1A6C">
            <w:pPr>
              <w:jc w:val="both"/>
              <w:rPr>
                <w:sz w:val="28"/>
                <w:szCs w:val="28"/>
              </w:rPr>
            </w:pPr>
            <w:r w:rsidRPr="00246368">
              <w:rPr>
                <w:sz w:val="28"/>
                <w:szCs w:val="28"/>
              </w:rPr>
              <w:t>Đồng hồ đo lưu lượng nước thô DN200; hệ thống truyền dữ liệu tự động ADAM3600 và thiết bị phụ trợ; đồng hồ đo lưu lượng nước sạch DN150.</w:t>
            </w:r>
          </w:p>
        </w:tc>
      </w:tr>
      <w:tr w:rsidR="00863049" w:rsidRPr="007303CF" w14:paraId="5FE6C7F1" w14:textId="77777777" w:rsidTr="00810E3C">
        <w:trPr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FFBF8" w14:textId="77777777" w:rsidR="00863049" w:rsidRPr="00246368" w:rsidRDefault="006E1A6C">
            <w:pPr>
              <w:jc w:val="center"/>
              <w:rPr>
                <w:sz w:val="28"/>
                <w:szCs w:val="28"/>
              </w:rPr>
            </w:pPr>
            <w:r w:rsidRPr="00246368">
              <w:rPr>
                <w:sz w:val="28"/>
                <w:szCs w:val="28"/>
              </w:rPr>
              <w:t>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24478" w14:textId="77777777" w:rsidR="00863049" w:rsidRPr="00246368" w:rsidRDefault="006E1A6C" w:rsidP="00810E3C">
            <w:pPr>
              <w:rPr>
                <w:sz w:val="28"/>
                <w:szCs w:val="28"/>
              </w:rPr>
            </w:pPr>
            <w:r w:rsidRPr="00246368">
              <w:rPr>
                <w:sz w:val="28"/>
                <w:szCs w:val="28"/>
              </w:rPr>
              <w:t>Bể điều áp</w:t>
            </w:r>
          </w:p>
        </w:tc>
        <w:tc>
          <w:tcPr>
            <w:tcW w:w="6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96E3B" w14:textId="77777777" w:rsidR="00863049" w:rsidRPr="00246368" w:rsidRDefault="006E1A6C">
            <w:pPr>
              <w:jc w:val="both"/>
              <w:rPr>
                <w:sz w:val="28"/>
                <w:szCs w:val="28"/>
              </w:rPr>
            </w:pPr>
            <w:r w:rsidRPr="00246368">
              <w:rPr>
                <w:sz w:val="28"/>
                <w:szCs w:val="28"/>
              </w:rPr>
              <w:t>01 bể điều áp trên đồi, dung tích 500 m³; kích thước thông thủy 14,5 m × 14,5 m × 3,1 m; kết cấu nửa nổi, nửa chìm.</w:t>
            </w:r>
          </w:p>
        </w:tc>
      </w:tr>
      <w:tr w:rsidR="00863049" w:rsidRPr="007303CF" w14:paraId="21EB25EF" w14:textId="77777777" w:rsidTr="00810E3C">
        <w:trPr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141CB" w14:textId="77777777" w:rsidR="00863049" w:rsidRPr="00246368" w:rsidRDefault="006E1A6C">
            <w:pPr>
              <w:jc w:val="center"/>
              <w:rPr>
                <w:sz w:val="28"/>
                <w:szCs w:val="28"/>
              </w:rPr>
            </w:pPr>
            <w:r w:rsidRPr="00246368">
              <w:rPr>
                <w:sz w:val="28"/>
                <w:szCs w:val="28"/>
              </w:rPr>
              <w:t>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5C908" w14:textId="77777777" w:rsidR="00863049" w:rsidRPr="00246368" w:rsidRDefault="006E1A6C" w:rsidP="00810E3C">
            <w:pPr>
              <w:rPr>
                <w:sz w:val="28"/>
                <w:szCs w:val="28"/>
              </w:rPr>
            </w:pPr>
            <w:r w:rsidRPr="00246368">
              <w:rPr>
                <w:sz w:val="28"/>
                <w:szCs w:val="28"/>
              </w:rPr>
              <w:t>Tuyến ống dẫn nước sạch</w:t>
            </w:r>
          </w:p>
        </w:tc>
        <w:tc>
          <w:tcPr>
            <w:tcW w:w="6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E3244" w14:textId="00E3B3FE" w:rsidR="00863049" w:rsidRPr="00246368" w:rsidRDefault="006E1A6C">
            <w:pPr>
              <w:jc w:val="both"/>
              <w:rPr>
                <w:sz w:val="28"/>
                <w:szCs w:val="28"/>
              </w:rPr>
            </w:pPr>
            <w:r w:rsidRPr="00246368">
              <w:rPr>
                <w:sz w:val="28"/>
                <w:szCs w:val="28"/>
              </w:rPr>
              <w:t>Gồm 17 tuyến ống cấp I, cấp II với tổng chiều dài 28.367 m; sử dụng ống thép và ống HDPE có đường kính từ D40 đến DN200.</w:t>
            </w:r>
          </w:p>
        </w:tc>
      </w:tr>
    </w:tbl>
    <w:p w14:paraId="085DC456" w14:textId="77777777" w:rsidR="00863049" w:rsidRPr="007303CF" w:rsidRDefault="006E1A6C" w:rsidP="00910FD7">
      <w:pPr>
        <w:spacing w:before="240" w:line="240" w:lineRule="auto"/>
        <w:jc w:val="both"/>
        <w:rPr>
          <w:sz w:val="28"/>
          <w:szCs w:val="28"/>
        </w:rPr>
      </w:pPr>
      <w:r w:rsidRPr="007303CF">
        <w:rPr>
          <w:b/>
          <w:sz w:val="28"/>
          <w:szCs w:val="28"/>
        </w:rPr>
        <w:t>7. Kế hoạch thực hiện và thời gian dự kiến vận hành khai thác nước</w:t>
      </w:r>
    </w:p>
    <w:p w14:paraId="1041C2C7" w14:textId="44CB0FC6" w:rsidR="00863049" w:rsidRPr="007303CF" w:rsidRDefault="0075066F" w:rsidP="0075066F">
      <w:pPr>
        <w:spacing w:before="12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E1A6C" w:rsidRPr="007303CF">
        <w:rPr>
          <w:sz w:val="28"/>
          <w:szCs w:val="28"/>
        </w:rPr>
        <w:t>Dự án được phê duyệt năm 2018; từ năm 2021 thực hiện thu hồi đất, bồi thường, giải phóng mặt bằng và thi công xây dựng. Đến tháng 7/2026, khối lượng thực hiện đạt khoảng 99%.</w:t>
      </w:r>
    </w:p>
    <w:p w14:paraId="45DA1439" w14:textId="6774F3E4" w:rsidR="00863049" w:rsidRPr="007303CF" w:rsidRDefault="0075066F" w:rsidP="0075066F">
      <w:pPr>
        <w:spacing w:before="12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E1A6C" w:rsidRPr="007303CF">
        <w:rPr>
          <w:sz w:val="28"/>
          <w:szCs w:val="28"/>
        </w:rPr>
        <w:t>Công trình đang được hoàn thiện, dự kiến đưa vào vận hành khai thác nước vào cuối tháng 9/2026.</w:t>
      </w:r>
    </w:p>
    <w:sectPr w:rsidR="00863049" w:rsidRPr="007303CF" w:rsidSect="00034616">
      <w:pgSz w:w="11906" w:h="16838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41DB"/>
    <w:rsid w:val="00034616"/>
    <w:rsid w:val="0006063C"/>
    <w:rsid w:val="000E16F2"/>
    <w:rsid w:val="0015074B"/>
    <w:rsid w:val="00246368"/>
    <w:rsid w:val="0029639D"/>
    <w:rsid w:val="00326F90"/>
    <w:rsid w:val="004F1425"/>
    <w:rsid w:val="006E1A6C"/>
    <w:rsid w:val="007303CF"/>
    <w:rsid w:val="0075066F"/>
    <w:rsid w:val="00810E3C"/>
    <w:rsid w:val="00863049"/>
    <w:rsid w:val="00910FD7"/>
    <w:rsid w:val="0099410A"/>
    <w:rsid w:val="00AA1D8D"/>
    <w:rsid w:val="00B47730"/>
    <w:rsid w:val="00CB0664"/>
    <w:rsid w:val="00D81DE3"/>
    <w:rsid w:val="00D952B0"/>
    <w:rsid w:val="00E8302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E4BBB3"/>
  <w14:defaultImageDpi w14:val="300"/>
  <w15:docId w15:val="{72D75614-A003-47B3-8906-A09AFD7F3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eastAsia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2CCEACB-4EB7-48A2-8A2C-933FB7180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Phụ lục I - Nội dung công khai công trình cấp nước Cốc Pài - Nấm Dẩn</vt:lpstr>
    </vt:vector>
  </TitlesOfParts>
  <Manager/>
  <Company/>
  <LinksUpToDate>false</LinksUpToDate>
  <CharactersWithSpaces>2962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Phụ lục I - Nội dung công khai công trình cấp nước Cốc Pài - Nấm Dẩn</dc:title>
  <dc:subject/>
  <dc:creator>python-docx</dc:creator>
  <cp:keywords/>
  <dc:description>generated by python-docx</dc:description>
  <cp:lastModifiedBy>Admin</cp:lastModifiedBy>
  <cp:revision>11</cp:revision>
  <dcterms:created xsi:type="dcterms:W3CDTF">2013-12-23T23:15:00Z</dcterms:created>
  <dcterms:modified xsi:type="dcterms:W3CDTF">2026-09-08T17:26:00Z</dcterms:modified>
  <cp:category/>
</cp:coreProperties>
</file>