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0349" w:type="dxa"/>
        <w:tblInd w:w="-421" w:type="dxa"/>
        <w:tblLayout w:type="fixed"/>
        <w:tblCellMar>
          <w:left w:w="0" w:type="dxa"/>
          <w:right w:w="0" w:type="dxa"/>
        </w:tblCellMar>
        <w:tblLook w:val="01E0" w:firstRow="1" w:lastRow="1" w:firstColumn="1" w:lastColumn="1" w:noHBand="0" w:noVBand="0"/>
      </w:tblPr>
      <w:tblGrid>
        <w:gridCol w:w="1882"/>
        <w:gridCol w:w="1244"/>
        <w:gridCol w:w="702"/>
        <w:gridCol w:w="5312"/>
        <w:gridCol w:w="1209"/>
      </w:tblGrid>
      <w:tr w:rsidR="00387857" w:rsidTr="00CB60F4">
        <w:trPr>
          <w:trHeight w:val="1785"/>
        </w:trPr>
        <w:tc>
          <w:tcPr>
            <w:tcW w:w="3828" w:type="dxa"/>
            <w:gridSpan w:val="3"/>
          </w:tcPr>
          <w:p w:rsidR="00387857" w:rsidRPr="001136D5" w:rsidRDefault="00387857" w:rsidP="00DA1808">
            <w:pPr>
              <w:pStyle w:val="TableParagraph"/>
              <w:ind w:left="0"/>
              <w:jc w:val="center"/>
              <w:rPr>
                <w:b/>
                <w:sz w:val="28"/>
                <w:szCs w:val="28"/>
                <w:lang w:val="vi-VN"/>
              </w:rPr>
            </w:pPr>
            <w:r w:rsidRPr="001136D5">
              <w:rPr>
                <w:b/>
                <w:sz w:val="28"/>
                <w:szCs w:val="28"/>
              </w:rPr>
              <w:t>ỦY</w:t>
            </w:r>
            <w:r w:rsidRPr="001136D5">
              <w:rPr>
                <w:b/>
                <w:spacing w:val="-13"/>
                <w:sz w:val="28"/>
                <w:szCs w:val="28"/>
              </w:rPr>
              <w:t xml:space="preserve"> </w:t>
            </w:r>
            <w:r w:rsidRPr="001136D5">
              <w:rPr>
                <w:b/>
                <w:sz w:val="28"/>
                <w:szCs w:val="28"/>
              </w:rPr>
              <w:t>BAN</w:t>
            </w:r>
            <w:r w:rsidRPr="001136D5">
              <w:rPr>
                <w:b/>
                <w:spacing w:val="-16"/>
                <w:sz w:val="28"/>
                <w:szCs w:val="28"/>
              </w:rPr>
              <w:t xml:space="preserve"> </w:t>
            </w:r>
            <w:r w:rsidRPr="001136D5">
              <w:rPr>
                <w:b/>
                <w:sz w:val="28"/>
                <w:szCs w:val="28"/>
              </w:rPr>
              <w:t>NHÂN</w:t>
            </w:r>
            <w:r w:rsidRPr="001136D5">
              <w:rPr>
                <w:b/>
                <w:spacing w:val="-13"/>
                <w:sz w:val="28"/>
                <w:szCs w:val="28"/>
              </w:rPr>
              <w:t xml:space="preserve"> </w:t>
            </w:r>
            <w:r w:rsidRPr="001136D5">
              <w:rPr>
                <w:b/>
                <w:sz w:val="28"/>
                <w:szCs w:val="28"/>
              </w:rPr>
              <w:t xml:space="preserve">DÂN </w:t>
            </w:r>
          </w:p>
          <w:p w:rsidR="00387857" w:rsidRPr="001136D5" w:rsidRDefault="00387857" w:rsidP="00DA1808">
            <w:pPr>
              <w:pStyle w:val="TableParagraph"/>
              <w:ind w:left="0"/>
              <w:jc w:val="center"/>
              <w:rPr>
                <w:b/>
                <w:sz w:val="28"/>
                <w:szCs w:val="28"/>
              </w:rPr>
            </w:pPr>
            <w:r w:rsidRPr="001136D5">
              <w:rPr>
                <w:b/>
                <w:sz w:val="28"/>
                <w:szCs w:val="28"/>
              </w:rPr>
              <w:t>XÃ</w:t>
            </w:r>
            <w:r w:rsidRPr="001136D5">
              <w:rPr>
                <w:b/>
                <w:spacing w:val="40"/>
                <w:sz w:val="28"/>
                <w:szCs w:val="28"/>
              </w:rPr>
              <w:t xml:space="preserve"> </w:t>
            </w:r>
            <w:r w:rsidRPr="001136D5">
              <w:rPr>
                <w:b/>
                <w:sz w:val="28"/>
                <w:szCs w:val="28"/>
              </w:rPr>
              <w:t>HÒA AN</w:t>
            </w:r>
          </w:p>
          <w:p w:rsidR="00387857" w:rsidRDefault="00387857" w:rsidP="00DA1808">
            <w:pPr>
              <w:pStyle w:val="TableParagraph"/>
              <w:spacing w:before="245"/>
              <w:ind w:left="2"/>
              <w:jc w:val="center"/>
              <w:rPr>
                <w:spacing w:val="-5"/>
                <w:sz w:val="28"/>
              </w:rPr>
            </w:pPr>
            <w:r>
              <w:rPr>
                <w:noProof/>
                <w:sz w:val="28"/>
                <w:lang w:val="en-US"/>
              </w:rPr>
              <mc:AlternateContent>
                <mc:Choice Requires="wps">
                  <w:drawing>
                    <wp:anchor distT="0" distB="0" distL="114300" distR="114300" simplePos="0" relativeHeight="251655168" behindDoc="0" locked="0" layoutInCell="1" allowOverlap="1" wp14:anchorId="4606E184" wp14:editId="110664DD">
                      <wp:simplePos x="0" y="0"/>
                      <wp:positionH relativeFrom="column">
                        <wp:posOffset>911969</wp:posOffset>
                      </wp:positionH>
                      <wp:positionV relativeFrom="paragraph">
                        <wp:posOffset>7620</wp:posOffset>
                      </wp:positionV>
                      <wp:extent cx="571500" cy="0"/>
                      <wp:effectExtent l="0" t="0" r="0" b="0"/>
                      <wp:wrapNone/>
                      <wp:docPr id="6" name="Straight Connector 6"/>
                      <wp:cNvGraphicFramePr/>
                      <a:graphic xmlns:a="http://schemas.openxmlformats.org/drawingml/2006/main">
                        <a:graphicData uri="http://schemas.microsoft.com/office/word/2010/wordprocessingShape">
                          <wps:wsp>
                            <wps:cNvCnPr/>
                            <wps:spPr>
                              <a:xfrm>
                                <a:off x="0" y="0"/>
                                <a:ext cx="5715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67FAA42" id="Straight Connector 6" o:spid="_x0000_s1026" style="position:absolute;z-index:251655168;visibility:visible;mso-wrap-style:square;mso-wrap-distance-left:9pt;mso-wrap-distance-top:0;mso-wrap-distance-right:9pt;mso-wrap-distance-bottom:0;mso-position-horizontal:absolute;mso-position-horizontal-relative:text;mso-position-vertical:absolute;mso-position-vertical-relative:text" from="71.8pt,.6pt" to="116.8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" strokecolor="black [3040]"/>
                  </w:pict>
                </mc:Fallback>
              </mc:AlternateContent>
            </w:r>
            <w:r>
              <w:rPr>
                <w:sz w:val="28"/>
              </w:rPr>
              <w:t>Số:</w:t>
            </w:r>
            <w:r>
              <w:rPr>
                <w:spacing w:val="-10"/>
                <w:sz w:val="28"/>
                <w:lang w:val="en-US"/>
              </w:rPr>
              <w:t xml:space="preserve"> </w:t>
            </w:r>
            <w:r w:rsidR="006B0537">
              <w:rPr>
                <w:spacing w:val="-10"/>
                <w:sz w:val="28"/>
                <w:lang w:val="en-US"/>
              </w:rPr>
              <w:t xml:space="preserve"> </w:t>
            </w:r>
            <w:r w:rsidR="00994555" w:rsidRPr="00994555">
              <w:rPr>
                <w:color w:val="081B3A"/>
                <w:spacing w:val="3"/>
                <w:sz w:val="28"/>
                <w:szCs w:val="28"/>
                <w:shd w:val="clear" w:color="auto" w:fill="FFFFFF"/>
              </w:rPr>
              <w:t>1532</w:t>
            </w:r>
            <w:r w:rsidR="006B0537" w:rsidRPr="00994555">
              <w:rPr>
                <w:spacing w:val="-10"/>
                <w:sz w:val="28"/>
                <w:szCs w:val="28"/>
                <w:lang w:val="en-US"/>
              </w:rPr>
              <w:t xml:space="preserve"> </w:t>
            </w:r>
            <w:r>
              <w:rPr>
                <w:spacing w:val="-10"/>
                <w:sz w:val="28"/>
                <w:lang w:val="en-US"/>
              </w:rPr>
              <w:t>/</w:t>
            </w:r>
            <w:r>
              <w:rPr>
                <w:sz w:val="28"/>
              </w:rPr>
              <w:t>UBND-</w:t>
            </w:r>
            <w:r>
              <w:rPr>
                <w:spacing w:val="-5"/>
                <w:sz w:val="28"/>
              </w:rPr>
              <w:t>KT</w:t>
            </w:r>
          </w:p>
          <w:p w:rsidR="00387857" w:rsidRPr="006B1919" w:rsidRDefault="00D1766E" w:rsidP="006B1919">
            <w:pPr>
              <w:jc w:val="center"/>
              <w:rPr>
                <w:sz w:val="24"/>
                <w:szCs w:val="24"/>
              </w:rPr>
            </w:pPr>
            <w:r w:rsidRPr="006B0537">
              <w:rPr>
                <w:rStyle w:val="fontstyle01"/>
                <w:sz w:val="24"/>
                <w:szCs w:val="24"/>
              </w:rPr>
              <w:t>V/v rà soát, thống kê, đánh giá chính</w:t>
            </w:r>
            <w:r w:rsidRPr="006B0537">
              <w:rPr>
                <w:color w:val="000000"/>
                <w:sz w:val="24"/>
                <w:szCs w:val="24"/>
              </w:rPr>
              <w:t xml:space="preserve"> </w:t>
            </w:r>
            <w:r w:rsidRPr="006B0537">
              <w:rPr>
                <w:rStyle w:val="fontstyle01"/>
                <w:sz w:val="24"/>
                <w:szCs w:val="24"/>
              </w:rPr>
              <w:t>xác số lượng hộ gia đình hiện đang</w:t>
            </w:r>
            <w:r w:rsidRPr="006B0537">
              <w:rPr>
                <w:color w:val="000000"/>
                <w:sz w:val="24"/>
                <w:szCs w:val="24"/>
              </w:rPr>
              <w:t xml:space="preserve"> </w:t>
            </w:r>
            <w:r w:rsidRPr="006B0537">
              <w:rPr>
                <w:rStyle w:val="fontstyle01"/>
                <w:sz w:val="24"/>
                <w:szCs w:val="24"/>
              </w:rPr>
              <w:t>sinh sống trong nhà tạm, nhà dột nát</w:t>
            </w:r>
            <w:r w:rsidRPr="006B0537">
              <w:rPr>
                <w:color w:val="000000"/>
                <w:sz w:val="24"/>
                <w:szCs w:val="24"/>
              </w:rPr>
              <w:t xml:space="preserve"> </w:t>
            </w:r>
            <w:r w:rsidRPr="006B0537">
              <w:rPr>
                <w:rStyle w:val="fontstyle01"/>
                <w:sz w:val="24"/>
                <w:szCs w:val="24"/>
              </w:rPr>
              <w:t xml:space="preserve">trên địa bàn </w:t>
            </w:r>
            <w:r w:rsidR="006B0537">
              <w:rPr>
                <w:rStyle w:val="fontstyle01"/>
                <w:sz w:val="24"/>
                <w:szCs w:val="24"/>
              </w:rPr>
              <w:t>xã Hòa A</w:t>
            </w:r>
            <w:r w:rsidR="006B1919">
              <w:rPr>
                <w:rStyle w:val="fontstyle01"/>
                <w:sz w:val="24"/>
                <w:szCs w:val="24"/>
              </w:rPr>
              <w:t>n</w:t>
            </w:r>
          </w:p>
        </w:tc>
        <w:tc>
          <w:tcPr>
            <w:tcW w:w="6521" w:type="dxa"/>
            <w:gridSpan w:val="2"/>
          </w:tcPr>
          <w:p w:rsidR="00387857" w:rsidRPr="001136D5" w:rsidRDefault="00387857" w:rsidP="00DA1808">
            <w:pPr>
              <w:pStyle w:val="TableParagraph"/>
              <w:spacing w:line="287" w:lineRule="exact"/>
              <w:ind w:left="341" w:right="37"/>
              <w:jc w:val="center"/>
              <w:rPr>
                <w:b/>
                <w:sz w:val="28"/>
                <w:szCs w:val="28"/>
              </w:rPr>
            </w:pPr>
            <w:r w:rsidRPr="001136D5">
              <w:rPr>
                <w:b/>
                <w:sz w:val="28"/>
                <w:szCs w:val="28"/>
              </w:rPr>
              <w:t>CỘNG</w:t>
            </w:r>
            <w:r w:rsidRPr="001136D5">
              <w:rPr>
                <w:b/>
                <w:spacing w:val="-8"/>
                <w:sz w:val="28"/>
                <w:szCs w:val="28"/>
              </w:rPr>
              <w:t xml:space="preserve"> </w:t>
            </w:r>
            <w:r w:rsidRPr="001136D5">
              <w:rPr>
                <w:b/>
                <w:sz w:val="28"/>
                <w:szCs w:val="28"/>
              </w:rPr>
              <w:t>HOÀ</w:t>
            </w:r>
            <w:r w:rsidRPr="001136D5">
              <w:rPr>
                <w:b/>
                <w:spacing w:val="-6"/>
                <w:sz w:val="28"/>
                <w:szCs w:val="28"/>
              </w:rPr>
              <w:t xml:space="preserve"> </w:t>
            </w:r>
            <w:r w:rsidRPr="001136D5">
              <w:rPr>
                <w:b/>
                <w:sz w:val="28"/>
                <w:szCs w:val="28"/>
              </w:rPr>
              <w:t>XÃ</w:t>
            </w:r>
            <w:r w:rsidRPr="001136D5">
              <w:rPr>
                <w:b/>
                <w:spacing w:val="-6"/>
                <w:sz w:val="28"/>
                <w:szCs w:val="28"/>
              </w:rPr>
              <w:t xml:space="preserve"> </w:t>
            </w:r>
            <w:r w:rsidRPr="001136D5">
              <w:rPr>
                <w:b/>
                <w:sz w:val="28"/>
                <w:szCs w:val="28"/>
              </w:rPr>
              <w:t>HỘI</w:t>
            </w:r>
            <w:r w:rsidRPr="001136D5">
              <w:rPr>
                <w:b/>
                <w:spacing w:val="-6"/>
                <w:sz w:val="28"/>
                <w:szCs w:val="28"/>
              </w:rPr>
              <w:t xml:space="preserve"> </w:t>
            </w:r>
            <w:r w:rsidRPr="001136D5">
              <w:rPr>
                <w:b/>
                <w:sz w:val="28"/>
                <w:szCs w:val="28"/>
              </w:rPr>
              <w:t>CHỦ</w:t>
            </w:r>
            <w:r w:rsidRPr="001136D5">
              <w:rPr>
                <w:b/>
                <w:spacing w:val="-7"/>
                <w:sz w:val="28"/>
                <w:szCs w:val="28"/>
              </w:rPr>
              <w:t xml:space="preserve"> </w:t>
            </w:r>
            <w:r w:rsidRPr="001136D5">
              <w:rPr>
                <w:b/>
                <w:sz w:val="28"/>
                <w:szCs w:val="28"/>
              </w:rPr>
              <w:t>NGHĨA</w:t>
            </w:r>
            <w:r w:rsidRPr="001136D5">
              <w:rPr>
                <w:b/>
                <w:spacing w:val="-8"/>
                <w:sz w:val="28"/>
                <w:szCs w:val="28"/>
              </w:rPr>
              <w:t xml:space="preserve"> </w:t>
            </w:r>
            <w:r w:rsidRPr="001136D5">
              <w:rPr>
                <w:b/>
                <w:sz w:val="28"/>
                <w:szCs w:val="28"/>
              </w:rPr>
              <w:t>VIỆT</w:t>
            </w:r>
            <w:r w:rsidRPr="001136D5">
              <w:rPr>
                <w:b/>
                <w:spacing w:val="-6"/>
                <w:sz w:val="28"/>
                <w:szCs w:val="28"/>
              </w:rPr>
              <w:t xml:space="preserve"> </w:t>
            </w:r>
            <w:r w:rsidRPr="001136D5">
              <w:rPr>
                <w:b/>
                <w:spacing w:val="-5"/>
                <w:sz w:val="28"/>
                <w:szCs w:val="28"/>
              </w:rPr>
              <w:t>NAM</w:t>
            </w:r>
          </w:p>
          <w:p w:rsidR="00387857" w:rsidRPr="001136D5" w:rsidRDefault="00387857" w:rsidP="00DA1808">
            <w:pPr>
              <w:pStyle w:val="TableParagraph"/>
              <w:spacing w:after="50" w:line="322" w:lineRule="exact"/>
              <w:ind w:left="341" w:right="28"/>
              <w:jc w:val="center"/>
              <w:rPr>
                <w:b/>
                <w:sz w:val="28"/>
                <w:szCs w:val="28"/>
              </w:rPr>
            </w:pPr>
            <w:r w:rsidRPr="001136D5">
              <w:rPr>
                <w:b/>
                <w:noProof/>
                <w:sz w:val="28"/>
                <w:szCs w:val="28"/>
              </w:rPr>
              <mc:AlternateContent>
                <mc:Choice Requires="wps">
                  <w:drawing>
                    <wp:anchor distT="0" distB="0" distL="114300" distR="114300" simplePos="0" relativeHeight="251669504" behindDoc="0" locked="0" layoutInCell="1" allowOverlap="1" wp14:anchorId="3D5838F1" wp14:editId="7C8D5A67">
                      <wp:simplePos x="0" y="0"/>
                      <wp:positionH relativeFrom="column">
                        <wp:posOffset>1114264</wp:posOffset>
                      </wp:positionH>
                      <wp:positionV relativeFrom="paragraph">
                        <wp:posOffset>219710</wp:posOffset>
                      </wp:positionV>
                      <wp:extent cx="2101361" cy="0"/>
                      <wp:effectExtent l="0" t="0" r="0" b="0"/>
                      <wp:wrapNone/>
                      <wp:docPr id="4" name="Straight Connector 4"/>
                      <wp:cNvGraphicFramePr/>
                      <a:graphic xmlns:a="http://schemas.openxmlformats.org/drawingml/2006/main">
                        <a:graphicData uri="http://schemas.microsoft.com/office/word/2010/wordprocessingShape">
                          <wps:wsp>
                            <wps:cNvCnPr/>
                            <wps:spPr>
                              <a:xfrm>
                                <a:off x="0" y="0"/>
                                <a:ext cx="2101361"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1534A61" id="Straight Connector 4" o:spid="_x0000_s1026" style="position:absolute;z-index:251669504;visibility:visible;mso-wrap-style:square;mso-wrap-distance-left:9pt;mso-wrap-distance-top:0;mso-wrap-distance-right:9pt;mso-wrap-distance-bottom:0;mso-position-horizontal:absolute;mso-position-horizontal-relative:text;mso-position-vertical:absolute;mso-position-vertical-relative:text" from="87.75pt,17.3pt" to="253.2pt,1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" strokecolor="black [3040]"/>
                  </w:pict>
                </mc:Fallback>
              </mc:AlternateContent>
            </w:r>
            <w:r w:rsidRPr="001136D5">
              <w:rPr>
                <w:b/>
                <w:sz w:val="28"/>
                <w:szCs w:val="28"/>
              </w:rPr>
              <w:t>Độc</w:t>
            </w:r>
            <w:r w:rsidRPr="001136D5">
              <w:rPr>
                <w:b/>
                <w:spacing w:val="-2"/>
                <w:sz w:val="28"/>
                <w:szCs w:val="28"/>
              </w:rPr>
              <w:t xml:space="preserve"> </w:t>
            </w:r>
            <w:r w:rsidRPr="001136D5">
              <w:rPr>
                <w:b/>
                <w:sz w:val="28"/>
                <w:szCs w:val="28"/>
              </w:rPr>
              <w:t>lập</w:t>
            </w:r>
            <w:r w:rsidRPr="001136D5">
              <w:rPr>
                <w:b/>
                <w:spacing w:val="-2"/>
                <w:sz w:val="28"/>
                <w:szCs w:val="28"/>
              </w:rPr>
              <w:t xml:space="preserve"> </w:t>
            </w:r>
            <w:r w:rsidRPr="001136D5">
              <w:rPr>
                <w:b/>
                <w:sz w:val="28"/>
                <w:szCs w:val="28"/>
              </w:rPr>
              <w:t>-</w:t>
            </w:r>
            <w:r w:rsidRPr="001136D5">
              <w:rPr>
                <w:b/>
                <w:spacing w:val="-2"/>
                <w:sz w:val="28"/>
                <w:szCs w:val="28"/>
              </w:rPr>
              <w:t xml:space="preserve"> </w:t>
            </w:r>
            <w:r w:rsidRPr="001136D5">
              <w:rPr>
                <w:b/>
                <w:sz w:val="28"/>
                <w:szCs w:val="28"/>
              </w:rPr>
              <w:t>Tự</w:t>
            </w:r>
            <w:r w:rsidRPr="001136D5">
              <w:rPr>
                <w:b/>
                <w:spacing w:val="-3"/>
                <w:sz w:val="28"/>
                <w:szCs w:val="28"/>
              </w:rPr>
              <w:t xml:space="preserve"> </w:t>
            </w:r>
            <w:r w:rsidRPr="001136D5">
              <w:rPr>
                <w:b/>
                <w:sz w:val="28"/>
                <w:szCs w:val="28"/>
              </w:rPr>
              <w:t>do -</w:t>
            </w:r>
            <w:r w:rsidRPr="001136D5">
              <w:rPr>
                <w:b/>
                <w:spacing w:val="-3"/>
                <w:sz w:val="28"/>
                <w:szCs w:val="28"/>
              </w:rPr>
              <w:t xml:space="preserve"> </w:t>
            </w:r>
            <w:r w:rsidRPr="001136D5">
              <w:rPr>
                <w:b/>
                <w:sz w:val="28"/>
                <w:szCs w:val="28"/>
              </w:rPr>
              <w:t>Hạnh</w:t>
            </w:r>
            <w:r w:rsidRPr="001136D5">
              <w:rPr>
                <w:b/>
                <w:spacing w:val="-2"/>
                <w:sz w:val="28"/>
                <w:szCs w:val="28"/>
              </w:rPr>
              <w:t xml:space="preserve"> </w:t>
            </w:r>
            <w:r w:rsidRPr="001136D5">
              <w:rPr>
                <w:b/>
                <w:spacing w:val="-4"/>
                <w:sz w:val="28"/>
                <w:szCs w:val="28"/>
              </w:rPr>
              <w:t>phúc</w:t>
            </w:r>
          </w:p>
          <w:p w:rsidR="00387857" w:rsidRDefault="00387857" w:rsidP="00DA1808">
            <w:pPr>
              <w:pStyle w:val="TableParagraph"/>
              <w:spacing w:line="20" w:lineRule="exact"/>
              <w:ind w:left="1349"/>
              <w:rPr>
                <w:sz w:val="2"/>
              </w:rPr>
            </w:pPr>
          </w:p>
          <w:p w:rsidR="00387857" w:rsidRPr="00A0419D" w:rsidRDefault="00387857" w:rsidP="00DA1808">
            <w:pPr>
              <w:pStyle w:val="TableParagraph"/>
              <w:spacing w:before="200"/>
              <w:ind w:left="341"/>
              <w:jc w:val="center"/>
              <w:rPr>
                <w:i/>
                <w:sz w:val="28"/>
                <w:lang w:val="en-US"/>
              </w:rPr>
            </w:pPr>
            <w:r>
              <w:rPr>
                <w:i/>
                <w:sz w:val="28"/>
              </w:rPr>
              <w:t>Hòa</w:t>
            </w:r>
            <w:r>
              <w:rPr>
                <w:i/>
                <w:spacing w:val="-1"/>
                <w:sz w:val="28"/>
              </w:rPr>
              <w:t xml:space="preserve"> </w:t>
            </w:r>
            <w:r>
              <w:rPr>
                <w:i/>
                <w:sz w:val="28"/>
              </w:rPr>
              <w:t>An,</w:t>
            </w:r>
            <w:r>
              <w:rPr>
                <w:i/>
                <w:spacing w:val="-5"/>
                <w:sz w:val="28"/>
              </w:rPr>
              <w:t xml:space="preserve"> </w:t>
            </w:r>
            <w:r>
              <w:rPr>
                <w:i/>
                <w:sz w:val="28"/>
              </w:rPr>
              <w:t>ngày</w:t>
            </w:r>
            <w:r>
              <w:rPr>
                <w:i/>
                <w:spacing w:val="-4"/>
                <w:sz w:val="28"/>
                <w:lang w:val="en-US"/>
              </w:rPr>
              <w:t xml:space="preserve"> 22 </w:t>
            </w:r>
            <w:r>
              <w:rPr>
                <w:i/>
                <w:sz w:val="28"/>
              </w:rPr>
              <w:t>tháng</w:t>
            </w:r>
            <w:r>
              <w:rPr>
                <w:i/>
                <w:spacing w:val="-4"/>
                <w:sz w:val="28"/>
              </w:rPr>
              <w:t xml:space="preserve"> </w:t>
            </w:r>
            <w:r>
              <w:rPr>
                <w:i/>
                <w:sz w:val="28"/>
                <w:lang w:val="en-US"/>
              </w:rPr>
              <w:t>8</w:t>
            </w:r>
            <w:r>
              <w:rPr>
                <w:i/>
                <w:spacing w:val="-1"/>
                <w:sz w:val="28"/>
              </w:rPr>
              <w:t xml:space="preserve"> </w:t>
            </w:r>
            <w:r>
              <w:rPr>
                <w:i/>
                <w:sz w:val="28"/>
              </w:rPr>
              <w:t>năm</w:t>
            </w:r>
            <w:r>
              <w:rPr>
                <w:i/>
                <w:spacing w:val="-2"/>
                <w:sz w:val="28"/>
              </w:rPr>
              <w:t xml:space="preserve"> </w:t>
            </w:r>
            <w:r>
              <w:rPr>
                <w:i/>
                <w:spacing w:val="-4"/>
                <w:sz w:val="28"/>
              </w:rPr>
              <w:t>202</w:t>
            </w:r>
            <w:r>
              <w:rPr>
                <w:i/>
                <w:spacing w:val="-4"/>
                <w:sz w:val="28"/>
                <w:lang w:val="en-US"/>
              </w:rPr>
              <w:t>6</w:t>
            </w:r>
          </w:p>
        </w:tc>
      </w:tr>
      <w:tr w:rsidR="00387857" w:rsidTr="00E55C7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1882" w:type="dxa"/>
          <w:wAfter w:w="1209" w:type="dxa"/>
          <w:trHeight w:val="1044"/>
        </w:trPr>
        <w:tc>
          <w:tcPr>
            <w:tcW w:w="1244" w:type="dxa"/>
            <w:tcBorders>
              <w:top w:val="nil"/>
              <w:left w:val="nil"/>
              <w:bottom w:val="nil"/>
              <w:right w:val="nil"/>
            </w:tcBorders>
          </w:tcPr>
          <w:p w:rsidR="00387857" w:rsidRDefault="00387857" w:rsidP="00742AD0">
            <w:pPr>
              <w:pStyle w:val="TableParagraph"/>
              <w:spacing w:before="120" w:after="120" w:line="311" w:lineRule="exact"/>
              <w:ind w:left="50"/>
              <w:rPr>
                <w:sz w:val="28"/>
              </w:rPr>
            </w:pPr>
            <w:r>
              <w:rPr>
                <w:sz w:val="28"/>
              </w:rPr>
              <w:t>Kính</w:t>
            </w:r>
            <w:r>
              <w:rPr>
                <w:spacing w:val="-3"/>
                <w:sz w:val="28"/>
              </w:rPr>
              <w:t xml:space="preserve"> </w:t>
            </w:r>
            <w:r>
              <w:rPr>
                <w:spacing w:val="-4"/>
                <w:sz w:val="28"/>
              </w:rPr>
              <w:t>gửi:</w:t>
            </w:r>
          </w:p>
        </w:tc>
        <w:tc>
          <w:tcPr>
            <w:tcW w:w="6014" w:type="dxa"/>
            <w:gridSpan w:val="2"/>
            <w:tcBorders>
              <w:top w:val="nil"/>
              <w:left w:val="nil"/>
              <w:bottom w:val="nil"/>
              <w:right w:val="nil"/>
            </w:tcBorders>
          </w:tcPr>
          <w:p w:rsidR="00CB60F4" w:rsidRDefault="00CB60F4" w:rsidP="00CB60F4">
            <w:pPr>
              <w:pStyle w:val="TableParagraph"/>
              <w:tabs>
                <w:tab w:val="left" w:pos="270"/>
              </w:tabs>
              <w:spacing w:line="322" w:lineRule="exact"/>
              <w:ind w:left="0" w:firstLine="125"/>
              <w:rPr>
                <w:sz w:val="28"/>
                <w:lang w:val="en-US"/>
              </w:rPr>
            </w:pPr>
          </w:p>
          <w:p w:rsidR="00387857" w:rsidRDefault="00387857" w:rsidP="00CB60F4">
            <w:pPr>
              <w:pStyle w:val="TableParagraph"/>
              <w:tabs>
                <w:tab w:val="left" w:pos="270"/>
              </w:tabs>
              <w:spacing w:line="322" w:lineRule="exact"/>
              <w:ind w:left="0" w:firstLine="125"/>
              <w:rPr>
                <w:spacing w:val="-5"/>
                <w:sz w:val="28"/>
                <w:lang w:val="en-US"/>
              </w:rPr>
            </w:pPr>
            <w:r>
              <w:rPr>
                <w:sz w:val="28"/>
                <w:lang w:val="en-US"/>
              </w:rPr>
              <w:t xml:space="preserve">- </w:t>
            </w:r>
            <w:r>
              <w:rPr>
                <w:sz w:val="28"/>
              </w:rPr>
              <w:t>Phòng</w:t>
            </w:r>
            <w:r>
              <w:rPr>
                <w:spacing w:val="-6"/>
                <w:sz w:val="28"/>
              </w:rPr>
              <w:t xml:space="preserve"> </w:t>
            </w:r>
            <w:r>
              <w:rPr>
                <w:sz w:val="28"/>
              </w:rPr>
              <w:t>Kinh</w:t>
            </w:r>
            <w:r>
              <w:rPr>
                <w:spacing w:val="-6"/>
                <w:sz w:val="28"/>
              </w:rPr>
              <w:t xml:space="preserve"> </w:t>
            </w:r>
            <w:r>
              <w:rPr>
                <w:spacing w:val="-5"/>
                <w:sz w:val="28"/>
              </w:rPr>
              <w:t>tế;</w:t>
            </w:r>
            <w:r>
              <w:rPr>
                <w:spacing w:val="-5"/>
                <w:sz w:val="28"/>
                <w:lang w:val="en-US"/>
              </w:rPr>
              <w:t xml:space="preserve"> </w:t>
            </w:r>
          </w:p>
          <w:p w:rsidR="00E55C71" w:rsidRPr="00E55C71" w:rsidRDefault="00E55C71" w:rsidP="00CB60F4">
            <w:pPr>
              <w:pStyle w:val="TableParagraph"/>
              <w:tabs>
                <w:tab w:val="left" w:pos="270"/>
              </w:tabs>
              <w:spacing w:line="322" w:lineRule="exact"/>
              <w:ind w:left="0" w:firstLine="125"/>
              <w:rPr>
                <w:sz w:val="28"/>
                <w:lang w:val="en-US"/>
              </w:rPr>
            </w:pPr>
            <w:r>
              <w:rPr>
                <w:sz w:val="28"/>
                <w:lang w:val="en-US"/>
              </w:rPr>
              <w:t>- Công chức phụ trách thôn;</w:t>
            </w:r>
          </w:p>
          <w:p w:rsidR="00387857" w:rsidRDefault="00387857" w:rsidP="00CB60F4">
            <w:pPr>
              <w:pStyle w:val="TableParagraph"/>
              <w:numPr>
                <w:ilvl w:val="0"/>
                <w:numId w:val="15"/>
              </w:numPr>
              <w:tabs>
                <w:tab w:val="left" w:pos="275"/>
              </w:tabs>
              <w:spacing w:line="302" w:lineRule="exact"/>
              <w:ind w:left="275" w:hanging="150"/>
              <w:rPr>
                <w:sz w:val="28"/>
              </w:rPr>
            </w:pPr>
            <w:r>
              <w:rPr>
                <w:sz w:val="28"/>
              </w:rPr>
              <w:t>Các</w:t>
            </w:r>
            <w:r>
              <w:rPr>
                <w:spacing w:val="5"/>
                <w:sz w:val="28"/>
              </w:rPr>
              <w:t xml:space="preserve"> </w:t>
            </w:r>
            <w:r>
              <w:rPr>
                <w:sz w:val="28"/>
              </w:rPr>
              <w:t>ông,</w:t>
            </w:r>
            <w:r>
              <w:rPr>
                <w:spacing w:val="7"/>
                <w:sz w:val="28"/>
              </w:rPr>
              <w:t xml:space="preserve"> </w:t>
            </w:r>
            <w:r>
              <w:rPr>
                <w:sz w:val="28"/>
              </w:rPr>
              <w:t>(bà)</w:t>
            </w:r>
            <w:r>
              <w:rPr>
                <w:spacing w:val="7"/>
                <w:sz w:val="28"/>
              </w:rPr>
              <w:t xml:space="preserve"> </w:t>
            </w:r>
            <w:r>
              <w:rPr>
                <w:sz w:val="28"/>
              </w:rPr>
              <w:t>trưởng</w:t>
            </w:r>
            <w:r>
              <w:rPr>
                <w:spacing w:val="7"/>
                <w:sz w:val="28"/>
              </w:rPr>
              <w:t xml:space="preserve"> </w:t>
            </w:r>
            <w:r>
              <w:rPr>
                <w:spacing w:val="-2"/>
                <w:sz w:val="28"/>
              </w:rPr>
              <w:t>thôn</w:t>
            </w:r>
            <w:r>
              <w:rPr>
                <w:spacing w:val="-2"/>
                <w:sz w:val="28"/>
                <w:lang w:val="en-US"/>
              </w:rPr>
              <w:t xml:space="preserve"> trên địa bàn</w:t>
            </w:r>
            <w:r>
              <w:rPr>
                <w:spacing w:val="-2"/>
                <w:sz w:val="28"/>
              </w:rPr>
              <w:t>.</w:t>
            </w:r>
          </w:p>
        </w:tc>
      </w:tr>
    </w:tbl>
    <w:p w:rsidR="00CB60F4" w:rsidRDefault="00CB60F4" w:rsidP="00742AD0">
      <w:pPr>
        <w:spacing w:before="120" w:after="120" w:line="240" w:lineRule="auto"/>
        <w:ind w:firstLine="720"/>
        <w:jc w:val="both"/>
        <w:rPr>
          <w:sz w:val="28"/>
          <w:szCs w:val="28"/>
        </w:rPr>
      </w:pPr>
    </w:p>
    <w:p w:rsidR="00187C20" w:rsidRPr="00387857" w:rsidRDefault="00E55C71" w:rsidP="00742AD0">
      <w:pPr>
        <w:spacing w:before="120" w:after="120" w:line="240" w:lineRule="auto"/>
        <w:ind w:firstLine="720"/>
        <w:jc w:val="both"/>
        <w:rPr>
          <w:sz w:val="28"/>
          <w:szCs w:val="28"/>
        </w:rPr>
      </w:pPr>
      <w:r w:rsidRPr="00387857">
        <w:rPr>
          <w:sz w:val="28"/>
          <w:szCs w:val="28"/>
        </w:rPr>
        <w:t>Thực hiện Văn bản số</w:t>
      </w:r>
      <w:r w:rsidR="00187C20" w:rsidRPr="00387857">
        <w:rPr>
          <w:sz w:val="28"/>
          <w:szCs w:val="28"/>
        </w:rPr>
        <w:t xml:space="preserve"> 4774</w:t>
      </w:r>
      <w:r w:rsidRPr="00387857">
        <w:rPr>
          <w:sz w:val="28"/>
          <w:szCs w:val="28"/>
        </w:rPr>
        <w:t>/SXD-ĐTNƠ</w:t>
      </w:r>
      <w:r w:rsidR="00187C20" w:rsidRPr="00387857">
        <w:rPr>
          <w:sz w:val="28"/>
          <w:szCs w:val="28"/>
        </w:rPr>
        <w:t xml:space="preserve"> ngày 21 tháng 8 năm 2026</w:t>
      </w:r>
      <w:r w:rsidRPr="00387857">
        <w:rPr>
          <w:sz w:val="28"/>
          <w:szCs w:val="28"/>
        </w:rPr>
        <w:t xml:space="preserve"> của Sở Xây dựng tỉnh Tuyên Quang về việc rà soát, thống kê, đánh giá chính xác số lượng hộ gia đình hiện đang sinh sống trong nhà tạm, nhà dột nát trên địa bàn toàn tỉnh</w:t>
      </w:r>
      <w:r w:rsidR="00187C20" w:rsidRPr="00387857">
        <w:rPr>
          <w:sz w:val="28"/>
          <w:szCs w:val="28"/>
        </w:rPr>
        <w:t>.</w:t>
      </w:r>
    </w:p>
    <w:p w:rsidR="0040304D" w:rsidRPr="00387857" w:rsidRDefault="00E55C71" w:rsidP="00742AD0">
      <w:pPr>
        <w:spacing w:before="120" w:after="120" w:line="240" w:lineRule="auto"/>
        <w:ind w:firstLine="720"/>
        <w:jc w:val="both"/>
        <w:rPr>
          <w:sz w:val="28"/>
          <w:szCs w:val="28"/>
        </w:rPr>
      </w:pPr>
      <w:r w:rsidRPr="00387857">
        <w:rPr>
          <w:sz w:val="28"/>
          <w:szCs w:val="28"/>
        </w:rPr>
        <w:t xml:space="preserve">Để có </w:t>
      </w:r>
      <w:r w:rsidR="00187C20" w:rsidRPr="00387857">
        <w:rPr>
          <w:sz w:val="28"/>
          <w:szCs w:val="28"/>
        </w:rPr>
        <w:t>số liệu</w:t>
      </w:r>
      <w:r w:rsidRPr="00387857">
        <w:rPr>
          <w:sz w:val="28"/>
          <w:szCs w:val="28"/>
        </w:rPr>
        <w:t xml:space="preserve"> tổng hợp, đánh giá đầy đủ, chính xác số lượng hộ gia đình hiện đang sinh sống trong nhà tạm, nhà dột nát trên địa bàn xã Hòa An, </w:t>
      </w:r>
      <w:r>
        <w:rPr>
          <w:sz w:val="28"/>
          <w:szCs w:val="28"/>
        </w:rPr>
        <w:t>Ủy ban nhân dân</w:t>
      </w:r>
      <w:r w:rsidRPr="00387857">
        <w:rPr>
          <w:sz w:val="28"/>
          <w:szCs w:val="28"/>
        </w:rPr>
        <w:t xml:space="preserve"> xã yêu cầu các thôn và </w:t>
      </w:r>
      <w:r w:rsidR="004C0DD1">
        <w:rPr>
          <w:sz w:val="28"/>
          <w:szCs w:val="28"/>
        </w:rPr>
        <w:t>công chức</w:t>
      </w:r>
      <w:r w:rsidRPr="00387857">
        <w:rPr>
          <w:sz w:val="28"/>
          <w:szCs w:val="28"/>
        </w:rPr>
        <w:t xml:space="preserve"> được phân công phụ trách địa bàn khẩn trương triển khai rà soát, cụ thể như sau:</w:t>
      </w:r>
    </w:p>
    <w:p w:rsidR="0040304D" w:rsidRPr="00387857" w:rsidRDefault="00A120E8" w:rsidP="00387857">
      <w:pPr>
        <w:spacing w:before="120" w:after="120" w:line="240" w:lineRule="auto"/>
        <w:ind w:firstLine="720"/>
        <w:jc w:val="both"/>
        <w:rPr>
          <w:b/>
          <w:sz w:val="28"/>
          <w:szCs w:val="28"/>
        </w:rPr>
      </w:pPr>
      <w:r w:rsidRPr="00387857">
        <w:rPr>
          <w:b/>
          <w:sz w:val="28"/>
          <w:szCs w:val="28"/>
        </w:rPr>
        <w:t>1. Các ông ( bà ) Trưởng thôn.</w:t>
      </w:r>
    </w:p>
    <w:p w:rsidR="0040304D" w:rsidRPr="00387857" w:rsidRDefault="00204A90" w:rsidP="00387857">
      <w:pPr>
        <w:spacing w:before="120" w:after="120" w:line="240" w:lineRule="auto"/>
        <w:ind w:firstLine="720"/>
        <w:jc w:val="both"/>
        <w:rPr>
          <w:sz w:val="28"/>
          <w:szCs w:val="28"/>
        </w:rPr>
      </w:pPr>
      <w:r w:rsidRPr="00387857">
        <w:rPr>
          <w:sz w:val="28"/>
          <w:szCs w:val="28"/>
        </w:rPr>
        <w:t xml:space="preserve">- </w:t>
      </w:r>
      <w:r w:rsidR="00E55C71" w:rsidRPr="00387857">
        <w:rPr>
          <w:sz w:val="28"/>
          <w:szCs w:val="28"/>
        </w:rPr>
        <w:t>Tổ chức rà soát trên phạm vi toàn địa bàn thôn, bảo đảm xác định đầy đủ, chính xác các hộ gia đình hiện đang sinh sống trong nhà tạm, nhà dột nát; không bỏ sót đối tượng, không thống kê trùng lặp.</w:t>
      </w:r>
    </w:p>
    <w:p w:rsidR="0040304D" w:rsidRPr="00387857" w:rsidRDefault="00204A90" w:rsidP="00387857">
      <w:pPr>
        <w:spacing w:before="120" w:after="120" w:line="240" w:lineRule="auto"/>
        <w:ind w:firstLine="720"/>
        <w:jc w:val="both"/>
        <w:rPr>
          <w:sz w:val="28"/>
          <w:szCs w:val="28"/>
        </w:rPr>
      </w:pPr>
      <w:r w:rsidRPr="00387857">
        <w:rPr>
          <w:sz w:val="28"/>
          <w:szCs w:val="28"/>
        </w:rPr>
        <w:t xml:space="preserve">- </w:t>
      </w:r>
      <w:r w:rsidR="00E55C71" w:rsidRPr="00387857">
        <w:rPr>
          <w:sz w:val="28"/>
          <w:szCs w:val="28"/>
        </w:rPr>
        <w:t xml:space="preserve">Việc xác định, đánh giá nhà ở thực hiện theo đúng các tiêu chí quy định tại </w:t>
      </w:r>
      <w:r w:rsidR="00E55C71" w:rsidRPr="00387857">
        <w:rPr>
          <w:i/>
          <w:sz w:val="28"/>
          <w:szCs w:val="28"/>
        </w:rPr>
        <w:t>Quyết định số 55/QĐ-BXD</w:t>
      </w:r>
      <w:r w:rsidR="00E55C71" w:rsidRPr="00387857">
        <w:rPr>
          <w:sz w:val="28"/>
          <w:szCs w:val="28"/>
        </w:rPr>
        <w:t xml:space="preserve"> ngày 20/01/2025 của Bộ Xây dựng về việc hướng dẫn tiêu chí nhà tạm, nhà dột nát.</w:t>
      </w:r>
    </w:p>
    <w:p w:rsidR="00204A90" w:rsidRPr="00387857" w:rsidRDefault="00204A90" w:rsidP="00387857">
      <w:pPr>
        <w:spacing w:before="120" w:after="120" w:line="240" w:lineRule="auto"/>
        <w:ind w:firstLine="720"/>
        <w:jc w:val="center"/>
        <w:rPr>
          <w:i/>
          <w:sz w:val="28"/>
          <w:szCs w:val="28"/>
        </w:rPr>
      </w:pPr>
      <w:r w:rsidRPr="00387857">
        <w:rPr>
          <w:i/>
          <w:sz w:val="28"/>
          <w:szCs w:val="28"/>
        </w:rPr>
        <w:t>( Có quyết định kèm theo )</w:t>
      </w:r>
    </w:p>
    <w:p w:rsidR="00387857" w:rsidRPr="00387857" w:rsidRDefault="00387857" w:rsidP="00387857">
      <w:pPr>
        <w:spacing w:before="120" w:after="120"/>
        <w:ind w:firstLine="720"/>
        <w:rPr>
          <w:sz w:val="28"/>
          <w:szCs w:val="28"/>
        </w:rPr>
      </w:pPr>
      <w:r w:rsidRPr="00387857">
        <w:rPr>
          <w:rStyle w:val="fontstyle01"/>
        </w:rPr>
        <w:t>- Kết quả rà soát phải phản ánh đúng thực tế tại địa bàn; trong đó cần kiểm tra,</w:t>
      </w:r>
      <w:r w:rsidRPr="00387857">
        <w:rPr>
          <w:sz w:val="28"/>
          <w:szCs w:val="28"/>
        </w:rPr>
        <w:t xml:space="preserve"> </w:t>
      </w:r>
      <w:r w:rsidRPr="00387857">
        <w:rPr>
          <w:rStyle w:val="fontstyle01"/>
        </w:rPr>
        <w:t>đối chiếu thông tin về hộ gia đình, địa chỉ, hiện trạng nhà ở, có hình ảnh từng hộ và</w:t>
      </w:r>
      <w:r w:rsidRPr="00387857">
        <w:rPr>
          <w:sz w:val="28"/>
          <w:szCs w:val="28"/>
        </w:rPr>
        <w:t xml:space="preserve"> </w:t>
      </w:r>
      <w:r w:rsidRPr="00387857">
        <w:rPr>
          <w:rStyle w:val="fontstyle01"/>
        </w:rPr>
        <w:t>các nội dung có liên quan trước khi tổng hợp, báo cáo.</w:t>
      </w:r>
    </w:p>
    <w:p w:rsidR="00204A90" w:rsidRPr="00387857" w:rsidRDefault="00387857" w:rsidP="00387857">
      <w:pPr>
        <w:spacing w:before="120" w:after="120" w:line="240" w:lineRule="auto"/>
        <w:ind w:firstLine="720"/>
        <w:jc w:val="center"/>
        <w:rPr>
          <w:i/>
          <w:sz w:val="28"/>
          <w:szCs w:val="28"/>
        </w:rPr>
      </w:pPr>
      <w:r w:rsidRPr="00387857">
        <w:rPr>
          <w:i/>
          <w:sz w:val="28"/>
          <w:szCs w:val="28"/>
        </w:rPr>
        <w:t xml:space="preserve"> </w:t>
      </w:r>
      <w:r w:rsidR="00204A90" w:rsidRPr="00387857">
        <w:rPr>
          <w:i/>
          <w:sz w:val="28"/>
          <w:szCs w:val="28"/>
        </w:rPr>
        <w:t>( Có mẫu biểu kèm theo )</w:t>
      </w:r>
    </w:p>
    <w:p w:rsidR="0040304D" w:rsidRPr="00387857" w:rsidRDefault="00204A90" w:rsidP="00387857">
      <w:pPr>
        <w:spacing w:before="120" w:after="120" w:line="240" w:lineRule="auto"/>
        <w:ind w:firstLine="720"/>
        <w:jc w:val="both"/>
        <w:rPr>
          <w:sz w:val="28"/>
          <w:szCs w:val="28"/>
        </w:rPr>
      </w:pPr>
      <w:r w:rsidRPr="00387857">
        <w:rPr>
          <w:sz w:val="28"/>
          <w:szCs w:val="28"/>
        </w:rPr>
        <w:t xml:space="preserve">- </w:t>
      </w:r>
      <w:r w:rsidR="00E55C71" w:rsidRPr="00387857">
        <w:rPr>
          <w:sz w:val="28"/>
          <w:szCs w:val="28"/>
        </w:rPr>
        <w:t>Trưởng thôn phối hợp với cán bộ phụ trách địa bàn chịu trách nhiệm về tính đầy đủ, chính xác của số liệu, bảo đảm không trùng lặp giữa các thôn.</w:t>
      </w:r>
    </w:p>
    <w:p w:rsidR="00B67609" w:rsidRPr="00387857" w:rsidRDefault="00187C20" w:rsidP="00387857">
      <w:pPr>
        <w:spacing w:before="120" w:after="120" w:line="240" w:lineRule="auto"/>
        <w:ind w:firstLine="720"/>
        <w:jc w:val="both"/>
        <w:rPr>
          <w:spacing w:val="6"/>
          <w:sz w:val="28"/>
          <w:szCs w:val="28"/>
        </w:rPr>
      </w:pPr>
      <w:r w:rsidRPr="00387857">
        <w:rPr>
          <w:spacing w:val="6"/>
          <w:sz w:val="28"/>
          <w:szCs w:val="28"/>
        </w:rPr>
        <w:t xml:space="preserve">- </w:t>
      </w:r>
      <w:r w:rsidR="00B67609" w:rsidRPr="00387857">
        <w:rPr>
          <w:spacing w:val="6"/>
          <w:sz w:val="28"/>
          <w:szCs w:val="28"/>
        </w:rPr>
        <w:t>Các thôn hoàn thành việc rà soát gửi báo cáo về Ủy ban nhân dân xã (</w:t>
      </w:r>
      <w:r w:rsidR="00B67609" w:rsidRPr="00387857">
        <w:rPr>
          <w:i/>
          <w:iCs/>
          <w:spacing w:val="6"/>
          <w:sz w:val="28"/>
          <w:szCs w:val="28"/>
        </w:rPr>
        <w:t>qua phòng Kinh tế</w:t>
      </w:r>
      <w:r w:rsidR="00B67609" w:rsidRPr="00387857">
        <w:rPr>
          <w:spacing w:val="6"/>
          <w:sz w:val="28"/>
          <w:szCs w:val="28"/>
        </w:rPr>
        <w:t xml:space="preserve">) trước ngày </w:t>
      </w:r>
      <w:r w:rsidR="00B67609" w:rsidRPr="00387857">
        <w:rPr>
          <w:b/>
          <w:bCs/>
          <w:spacing w:val="6"/>
          <w:sz w:val="28"/>
          <w:szCs w:val="28"/>
        </w:rPr>
        <w:t>25 tháng 8 năm 2026</w:t>
      </w:r>
      <w:r w:rsidR="00B67609" w:rsidRPr="00387857">
        <w:rPr>
          <w:spacing w:val="6"/>
          <w:sz w:val="28"/>
          <w:szCs w:val="28"/>
        </w:rPr>
        <w:t xml:space="preserve"> để tổng hợp, báo cáo.</w:t>
      </w:r>
    </w:p>
    <w:p w:rsidR="00B67609" w:rsidRPr="00387857" w:rsidRDefault="00B67609" w:rsidP="00387857">
      <w:pPr>
        <w:pStyle w:val="ListParagraph"/>
        <w:spacing w:before="120" w:after="120" w:line="240" w:lineRule="auto"/>
        <w:ind w:left="0" w:firstLine="720"/>
        <w:jc w:val="both"/>
        <w:rPr>
          <w:sz w:val="28"/>
          <w:szCs w:val="28"/>
        </w:rPr>
      </w:pPr>
      <w:r w:rsidRPr="00387857">
        <w:rPr>
          <w:sz w:val="28"/>
          <w:szCs w:val="28"/>
        </w:rPr>
        <w:lastRenderedPageBreak/>
        <w:t xml:space="preserve">Trong quá trình thực hiện, nếu có khó khăn, vướng mắc, các đơn vị kịp thời phản ánh về </w:t>
      </w:r>
      <w:r w:rsidR="00187C20" w:rsidRPr="00387857">
        <w:rPr>
          <w:sz w:val="28"/>
          <w:szCs w:val="28"/>
        </w:rPr>
        <w:t>Ủy ban nhân dân</w:t>
      </w:r>
      <w:r w:rsidRPr="00387857">
        <w:rPr>
          <w:sz w:val="28"/>
          <w:szCs w:val="28"/>
        </w:rPr>
        <w:t xml:space="preserve"> xã để được hướng dẫn, giải quyết.</w:t>
      </w:r>
    </w:p>
    <w:p w:rsidR="00B67609" w:rsidRPr="00387857" w:rsidRDefault="00B67609" w:rsidP="00387857">
      <w:pPr>
        <w:pStyle w:val="ListParagraph"/>
        <w:spacing w:before="120" w:after="120" w:line="240" w:lineRule="auto"/>
        <w:ind w:left="0" w:firstLine="720"/>
        <w:jc w:val="both"/>
        <w:rPr>
          <w:b/>
          <w:sz w:val="28"/>
          <w:szCs w:val="28"/>
          <w:lang w:eastAsia="vi-VN"/>
        </w:rPr>
      </w:pPr>
      <w:r w:rsidRPr="00387857">
        <w:rPr>
          <w:b/>
          <w:sz w:val="28"/>
          <w:szCs w:val="28"/>
          <w:lang w:eastAsia="vi-VN"/>
        </w:rPr>
        <w:t>2. Phòng Kinh tế xã.</w:t>
      </w:r>
    </w:p>
    <w:p w:rsidR="009C7A03" w:rsidRPr="00387857" w:rsidRDefault="009C7A03" w:rsidP="00387857">
      <w:pPr>
        <w:spacing w:before="120" w:after="120" w:line="240" w:lineRule="auto"/>
        <w:ind w:firstLine="720"/>
        <w:jc w:val="both"/>
        <w:rPr>
          <w:sz w:val="28"/>
          <w:szCs w:val="28"/>
        </w:rPr>
      </w:pPr>
      <w:r w:rsidRPr="00387857">
        <w:rPr>
          <w:sz w:val="28"/>
          <w:szCs w:val="28"/>
        </w:rPr>
        <w:t xml:space="preserve">Chủ trì, phối hợp hướng dẫn chuyên môn cho các thôn trong quá trình rà soát, thống kê </w:t>
      </w:r>
      <w:r w:rsidR="00B67609" w:rsidRPr="00387857">
        <w:rPr>
          <w:sz w:val="28"/>
          <w:szCs w:val="28"/>
        </w:rPr>
        <w:t>số lượng hộ gia đình hiện đang sinh sống trong nhà tạm, nhà dột nát</w:t>
      </w:r>
      <w:r w:rsidRPr="00387857">
        <w:rPr>
          <w:sz w:val="28"/>
          <w:szCs w:val="28"/>
        </w:rPr>
        <w:t>.</w:t>
      </w:r>
    </w:p>
    <w:p w:rsidR="009C7A03" w:rsidRPr="00387857" w:rsidRDefault="009C7A03" w:rsidP="00387857">
      <w:pPr>
        <w:spacing w:before="120" w:after="120" w:line="240" w:lineRule="auto"/>
        <w:ind w:firstLine="720"/>
        <w:jc w:val="both"/>
        <w:rPr>
          <w:sz w:val="28"/>
          <w:szCs w:val="28"/>
        </w:rPr>
      </w:pPr>
      <w:r w:rsidRPr="00387857">
        <w:rPr>
          <w:sz w:val="28"/>
          <w:szCs w:val="28"/>
        </w:rPr>
        <w:t>Kiểm tra, đối chiếu số liệu do các thôn báo cáo</w:t>
      </w:r>
      <w:r w:rsidR="00813ACD" w:rsidRPr="00387857">
        <w:rPr>
          <w:sz w:val="28"/>
          <w:szCs w:val="28"/>
        </w:rPr>
        <w:t xml:space="preserve">, </w:t>
      </w:r>
      <w:r w:rsidR="00B67609" w:rsidRPr="00387857">
        <w:rPr>
          <w:sz w:val="28"/>
          <w:szCs w:val="28"/>
        </w:rPr>
        <w:t xml:space="preserve">thống kê số lượng hộ gia đình hiện đang sinh sống trong nhà tạm, nhà dột nát </w:t>
      </w:r>
      <w:r w:rsidRPr="00387857">
        <w:rPr>
          <w:sz w:val="28"/>
          <w:szCs w:val="28"/>
        </w:rPr>
        <w:t>trên địa bàn 15 thôn.</w:t>
      </w:r>
    </w:p>
    <w:p w:rsidR="00204A90" w:rsidRPr="00387857" w:rsidRDefault="009C7A03" w:rsidP="00387857">
      <w:pPr>
        <w:spacing w:before="120" w:after="120" w:line="240" w:lineRule="auto"/>
        <w:ind w:firstLine="720"/>
        <w:jc w:val="both"/>
        <w:rPr>
          <w:sz w:val="28"/>
          <w:szCs w:val="28"/>
        </w:rPr>
      </w:pPr>
      <w:r w:rsidRPr="00387857">
        <w:rPr>
          <w:sz w:val="28"/>
          <w:szCs w:val="28"/>
        </w:rPr>
        <w:t>Tham mưu Ủy ban nhân dân xã tổng hợp kết quả báo cáo theo quy định.</w:t>
      </w:r>
    </w:p>
    <w:p w:rsidR="00813ACD" w:rsidRPr="00387857" w:rsidRDefault="00813ACD" w:rsidP="00387857">
      <w:pPr>
        <w:spacing w:before="120" w:after="120" w:line="240" w:lineRule="auto"/>
        <w:ind w:firstLine="720"/>
        <w:jc w:val="both"/>
        <w:rPr>
          <w:b/>
          <w:sz w:val="28"/>
          <w:szCs w:val="28"/>
        </w:rPr>
      </w:pPr>
      <w:r w:rsidRPr="00387857">
        <w:rPr>
          <w:b/>
          <w:sz w:val="28"/>
          <w:szCs w:val="28"/>
        </w:rPr>
        <w:t xml:space="preserve">3. </w:t>
      </w:r>
      <w:r w:rsidR="00E55C71">
        <w:rPr>
          <w:b/>
          <w:sz w:val="28"/>
          <w:szCs w:val="28"/>
        </w:rPr>
        <w:t>Công chức</w:t>
      </w:r>
      <w:r w:rsidRPr="00387857">
        <w:rPr>
          <w:b/>
          <w:sz w:val="28"/>
          <w:szCs w:val="28"/>
        </w:rPr>
        <w:t xml:space="preserve"> phụ trách thôn.</w:t>
      </w:r>
    </w:p>
    <w:p w:rsidR="00813ACD" w:rsidRPr="00387857" w:rsidRDefault="00813ACD" w:rsidP="00387857">
      <w:pPr>
        <w:spacing w:before="120" w:after="120" w:line="240" w:lineRule="auto"/>
        <w:ind w:firstLine="720"/>
        <w:jc w:val="both"/>
        <w:rPr>
          <w:sz w:val="28"/>
          <w:szCs w:val="28"/>
        </w:rPr>
      </w:pPr>
      <w:r w:rsidRPr="00387857">
        <w:rPr>
          <w:sz w:val="28"/>
          <w:szCs w:val="28"/>
        </w:rPr>
        <w:t>C</w:t>
      </w:r>
      <w:r w:rsidR="004C0DD1">
        <w:rPr>
          <w:sz w:val="28"/>
          <w:szCs w:val="28"/>
        </w:rPr>
        <w:t>ông chức</w:t>
      </w:r>
      <w:bookmarkStart w:id="0" w:name="_GoBack"/>
      <w:bookmarkEnd w:id="0"/>
      <w:r w:rsidRPr="00387857">
        <w:rPr>
          <w:sz w:val="28"/>
          <w:szCs w:val="28"/>
        </w:rPr>
        <w:t xml:space="preserve"> phụ trách thôn: Phối hợp với các ông bà Trưởng thôn, đôn đốc tiến độ rà soát, chịu trách nhiệm trước chủ tịch Ủy ban nhân dân xã về tiến độ, kết quả, báo cáo kịp thời những khó khăn, vướng mắc về Ủy ban nhân dân xã </w:t>
      </w:r>
      <w:r w:rsidRPr="00D1766E">
        <w:rPr>
          <w:i/>
          <w:sz w:val="28"/>
          <w:szCs w:val="28"/>
        </w:rPr>
        <w:t>( qua Phòng Kinh tế )</w:t>
      </w:r>
      <w:r w:rsidRPr="00387857">
        <w:rPr>
          <w:sz w:val="28"/>
          <w:szCs w:val="28"/>
        </w:rPr>
        <w:t xml:space="preserve"> để xin ý kiến chỉ đạo tháo gỡ kịp thời.</w:t>
      </w:r>
    </w:p>
    <w:p w:rsidR="00D1766E" w:rsidRDefault="00D1766E" w:rsidP="00D1766E">
      <w:pPr>
        <w:spacing w:before="120" w:after="120"/>
        <w:ind w:firstLine="720"/>
        <w:rPr>
          <w:spacing w:val="-6"/>
          <w:sz w:val="28"/>
          <w:szCs w:val="28"/>
        </w:rPr>
      </w:pPr>
      <w:r w:rsidRPr="00D1766E">
        <w:rPr>
          <w:spacing w:val="-6"/>
          <w:sz w:val="28"/>
          <w:szCs w:val="28"/>
        </w:rPr>
        <w:t>Đề nghị thủ trưởng các cơ quan, đơn vị trên địa bàn và các ông bà trưởng thôn triển khai thực hiện nghiêm túc nội dung văn bản này.</w:t>
      </w:r>
    </w:p>
    <w:p w:rsidR="00D1766E" w:rsidRDefault="00D1766E" w:rsidP="00D1766E">
      <w:pPr>
        <w:pStyle w:val="BodyText"/>
        <w:spacing w:before="18"/>
        <w:rPr>
          <w:sz w:val="20"/>
        </w:rPr>
      </w:pPr>
    </w:p>
    <w:tbl>
      <w:tblPr>
        <w:tblW w:w="0" w:type="auto"/>
        <w:tblInd w:w="-5" w:type="dxa"/>
        <w:tblLayout w:type="fixed"/>
        <w:tblCellMar>
          <w:left w:w="0" w:type="dxa"/>
          <w:right w:w="0" w:type="dxa"/>
        </w:tblCellMar>
        <w:tblLook w:val="01E0" w:firstRow="1" w:lastRow="1" w:firstColumn="1" w:lastColumn="1" w:noHBand="0" w:noVBand="0"/>
      </w:tblPr>
      <w:tblGrid>
        <w:gridCol w:w="5103"/>
        <w:gridCol w:w="3686"/>
      </w:tblGrid>
      <w:tr w:rsidR="00D1766E" w:rsidTr="00DA1808">
        <w:trPr>
          <w:trHeight w:val="2706"/>
        </w:trPr>
        <w:tc>
          <w:tcPr>
            <w:tcW w:w="5103" w:type="dxa"/>
          </w:tcPr>
          <w:p w:rsidR="00D1766E" w:rsidRDefault="00D1766E" w:rsidP="00DA1808">
            <w:pPr>
              <w:pStyle w:val="TableParagraph"/>
              <w:spacing w:line="264" w:lineRule="exact"/>
              <w:ind w:left="50"/>
              <w:rPr>
                <w:b/>
                <w:i/>
                <w:sz w:val="24"/>
              </w:rPr>
            </w:pPr>
            <w:r>
              <w:rPr>
                <w:b/>
                <w:i/>
                <w:sz w:val="24"/>
              </w:rPr>
              <w:t xml:space="preserve">Nơi </w:t>
            </w:r>
            <w:r>
              <w:rPr>
                <w:b/>
                <w:i/>
                <w:spacing w:val="-2"/>
                <w:sz w:val="24"/>
              </w:rPr>
              <w:t>nhận:</w:t>
            </w:r>
          </w:p>
          <w:p w:rsidR="00E55C71" w:rsidRDefault="00E55C71" w:rsidP="00D1766E">
            <w:pPr>
              <w:pStyle w:val="TableParagraph"/>
              <w:numPr>
                <w:ilvl w:val="0"/>
                <w:numId w:val="16"/>
              </w:numPr>
              <w:tabs>
                <w:tab w:val="left" w:pos="176"/>
              </w:tabs>
              <w:spacing w:line="252" w:lineRule="exact"/>
              <w:ind w:left="176" w:hanging="126"/>
            </w:pPr>
            <w:r>
              <w:rPr>
                <w:lang w:val="en-US"/>
              </w:rPr>
              <w:t>Như kính gửi;</w:t>
            </w:r>
          </w:p>
          <w:p w:rsidR="00D1766E" w:rsidRDefault="00D1766E" w:rsidP="00D1766E">
            <w:pPr>
              <w:pStyle w:val="TableParagraph"/>
              <w:numPr>
                <w:ilvl w:val="0"/>
                <w:numId w:val="16"/>
              </w:numPr>
              <w:tabs>
                <w:tab w:val="left" w:pos="176"/>
              </w:tabs>
              <w:spacing w:line="252" w:lineRule="exact"/>
              <w:ind w:left="176" w:hanging="126"/>
            </w:pPr>
            <w:r>
              <w:t>Chủ</w:t>
            </w:r>
            <w:r>
              <w:rPr>
                <w:spacing w:val="-2"/>
              </w:rPr>
              <w:t xml:space="preserve"> </w:t>
            </w:r>
            <w:r>
              <w:t>tịch</w:t>
            </w:r>
            <w:r>
              <w:rPr>
                <w:lang w:val="en-US"/>
              </w:rPr>
              <w:t xml:space="preserve"> UBND xã;</w:t>
            </w:r>
          </w:p>
          <w:p w:rsidR="00D1766E" w:rsidRDefault="00D1766E" w:rsidP="00D1766E">
            <w:pPr>
              <w:pStyle w:val="TableParagraph"/>
              <w:numPr>
                <w:ilvl w:val="0"/>
                <w:numId w:val="16"/>
              </w:numPr>
              <w:tabs>
                <w:tab w:val="left" w:pos="176"/>
              </w:tabs>
              <w:spacing w:line="252" w:lineRule="exact"/>
              <w:ind w:left="176" w:hanging="126"/>
            </w:pPr>
            <w:r>
              <w:rPr>
                <w:spacing w:val="-4"/>
                <w:lang w:val="en-US"/>
              </w:rPr>
              <w:t>C</w:t>
            </w:r>
            <w:r>
              <w:t>ác</w:t>
            </w:r>
            <w:r>
              <w:rPr>
                <w:spacing w:val="-3"/>
              </w:rPr>
              <w:t xml:space="preserve"> </w:t>
            </w:r>
            <w:r>
              <w:t>P</w:t>
            </w:r>
            <w:r>
              <w:rPr>
                <w:lang w:val="en-US"/>
              </w:rPr>
              <w:t>hó chủ tịch</w:t>
            </w:r>
            <w:r>
              <w:t xml:space="preserve"> UBND</w:t>
            </w:r>
            <w:r>
              <w:rPr>
                <w:spacing w:val="-5"/>
              </w:rPr>
              <w:t xml:space="preserve"> xã;</w:t>
            </w:r>
          </w:p>
          <w:p w:rsidR="00D1766E" w:rsidRPr="00D01D0F" w:rsidRDefault="00D1766E" w:rsidP="00D1766E">
            <w:pPr>
              <w:pStyle w:val="TableParagraph"/>
              <w:numPr>
                <w:ilvl w:val="0"/>
                <w:numId w:val="16"/>
              </w:numPr>
              <w:tabs>
                <w:tab w:val="left" w:pos="176"/>
                <w:tab w:val="left" w:pos="1641"/>
              </w:tabs>
              <w:spacing w:before="2" w:line="252" w:lineRule="exact"/>
              <w:ind w:left="176" w:hanging="126"/>
            </w:pPr>
            <w:r>
              <w:rPr>
                <w:lang w:val="en-US"/>
              </w:rPr>
              <w:t>Chánh VP HĐND - UBND xã;</w:t>
            </w:r>
          </w:p>
          <w:p w:rsidR="00D1766E" w:rsidRDefault="00D1766E" w:rsidP="00D1766E">
            <w:pPr>
              <w:pStyle w:val="TableParagraph"/>
              <w:numPr>
                <w:ilvl w:val="0"/>
                <w:numId w:val="16"/>
              </w:numPr>
              <w:tabs>
                <w:tab w:val="left" w:pos="174"/>
              </w:tabs>
              <w:spacing w:before="1"/>
              <w:ind w:hanging="124"/>
            </w:pPr>
            <w:r>
              <w:t>Lưu:</w:t>
            </w:r>
            <w:r>
              <w:rPr>
                <w:spacing w:val="-2"/>
              </w:rPr>
              <w:t xml:space="preserve"> </w:t>
            </w:r>
            <w:r>
              <w:t>VT;</w:t>
            </w:r>
            <w:r>
              <w:rPr>
                <w:spacing w:val="-1"/>
              </w:rPr>
              <w:t xml:space="preserve"> </w:t>
            </w:r>
            <w:r>
              <w:rPr>
                <w:spacing w:val="-5"/>
              </w:rPr>
              <w:t>KT.</w:t>
            </w:r>
          </w:p>
        </w:tc>
        <w:tc>
          <w:tcPr>
            <w:tcW w:w="3686" w:type="dxa"/>
          </w:tcPr>
          <w:p w:rsidR="00D1766E" w:rsidRDefault="00D1766E" w:rsidP="00DA1808">
            <w:pPr>
              <w:pStyle w:val="TableParagraph"/>
              <w:ind w:left="530" w:right="6"/>
              <w:jc w:val="center"/>
              <w:rPr>
                <w:b/>
                <w:sz w:val="26"/>
              </w:rPr>
            </w:pPr>
            <w:r>
              <w:rPr>
                <w:b/>
                <w:sz w:val="26"/>
                <w:lang w:val="en-US"/>
              </w:rPr>
              <w:t>TM</w:t>
            </w:r>
            <w:r>
              <w:rPr>
                <w:b/>
                <w:sz w:val="26"/>
              </w:rPr>
              <w:t>.</w:t>
            </w:r>
            <w:r>
              <w:rPr>
                <w:b/>
                <w:spacing w:val="-11"/>
                <w:sz w:val="26"/>
              </w:rPr>
              <w:t xml:space="preserve"> </w:t>
            </w:r>
            <w:r>
              <w:rPr>
                <w:b/>
                <w:sz w:val="26"/>
              </w:rPr>
              <w:t>UỶ</w:t>
            </w:r>
            <w:r>
              <w:rPr>
                <w:b/>
                <w:spacing w:val="-9"/>
                <w:sz w:val="26"/>
              </w:rPr>
              <w:t xml:space="preserve"> </w:t>
            </w:r>
            <w:r>
              <w:rPr>
                <w:b/>
                <w:sz w:val="26"/>
              </w:rPr>
              <w:t>BAN</w:t>
            </w:r>
            <w:r>
              <w:rPr>
                <w:b/>
                <w:spacing w:val="-11"/>
                <w:sz w:val="26"/>
              </w:rPr>
              <w:t xml:space="preserve"> </w:t>
            </w:r>
            <w:r>
              <w:rPr>
                <w:b/>
                <w:sz w:val="26"/>
              </w:rPr>
              <w:t>NHÂN</w:t>
            </w:r>
            <w:r>
              <w:rPr>
                <w:b/>
                <w:spacing w:val="-10"/>
                <w:sz w:val="26"/>
              </w:rPr>
              <w:t xml:space="preserve"> </w:t>
            </w:r>
            <w:r>
              <w:rPr>
                <w:b/>
                <w:sz w:val="26"/>
              </w:rPr>
              <w:t xml:space="preserve">DÂN </w:t>
            </w:r>
            <w:r>
              <w:rPr>
                <w:b/>
                <w:sz w:val="26"/>
                <w:lang w:val="en-US"/>
              </w:rPr>
              <w:t xml:space="preserve">KT. </w:t>
            </w:r>
            <w:r>
              <w:rPr>
                <w:b/>
                <w:sz w:val="26"/>
              </w:rPr>
              <w:t>CHỦ TỊCH</w:t>
            </w:r>
          </w:p>
          <w:p w:rsidR="00D1766E" w:rsidRPr="000931E2" w:rsidRDefault="00D1766E" w:rsidP="00DA1808">
            <w:pPr>
              <w:pStyle w:val="TableParagraph"/>
              <w:ind w:left="530" w:right="6"/>
              <w:jc w:val="center"/>
              <w:rPr>
                <w:b/>
                <w:sz w:val="26"/>
                <w:lang w:val="en-US"/>
              </w:rPr>
            </w:pPr>
            <w:r>
              <w:rPr>
                <w:b/>
                <w:sz w:val="26"/>
                <w:lang w:val="en-US"/>
              </w:rPr>
              <w:t>PHÓ CHỦ TỊCH</w:t>
            </w:r>
          </w:p>
          <w:p w:rsidR="00D1766E" w:rsidRDefault="00D1766E" w:rsidP="00DA1808">
            <w:pPr>
              <w:pStyle w:val="TableParagraph"/>
              <w:spacing w:before="4"/>
              <w:ind w:left="0"/>
              <w:rPr>
                <w:b/>
                <w:sz w:val="26"/>
                <w:lang w:val="vi-VN"/>
              </w:rPr>
            </w:pPr>
          </w:p>
          <w:p w:rsidR="00D1766E" w:rsidRPr="00045718" w:rsidRDefault="00D1766E" w:rsidP="00DA1808">
            <w:pPr>
              <w:pStyle w:val="TableParagraph"/>
              <w:spacing w:before="4"/>
              <w:ind w:left="0"/>
              <w:rPr>
                <w:sz w:val="15"/>
                <w:lang w:val="vi-VN"/>
              </w:rPr>
            </w:pPr>
          </w:p>
          <w:p w:rsidR="00D1766E" w:rsidRDefault="00D1766E" w:rsidP="00DA1808">
            <w:pPr>
              <w:pStyle w:val="TableParagraph"/>
              <w:ind w:left="745"/>
              <w:rPr>
                <w:sz w:val="20"/>
                <w:lang w:val="en-US"/>
              </w:rPr>
            </w:pPr>
          </w:p>
          <w:p w:rsidR="00D1766E" w:rsidRDefault="00D1766E" w:rsidP="00DA1808">
            <w:pPr>
              <w:pStyle w:val="TableParagraph"/>
              <w:ind w:left="745"/>
              <w:rPr>
                <w:sz w:val="20"/>
                <w:lang w:val="en-US"/>
              </w:rPr>
            </w:pPr>
          </w:p>
          <w:p w:rsidR="00D1766E" w:rsidRDefault="00D1766E" w:rsidP="00DA1808">
            <w:pPr>
              <w:pStyle w:val="TableParagraph"/>
              <w:ind w:left="745"/>
              <w:rPr>
                <w:sz w:val="20"/>
                <w:lang w:val="en-US"/>
              </w:rPr>
            </w:pPr>
          </w:p>
          <w:p w:rsidR="00D1766E" w:rsidRDefault="00D1766E" w:rsidP="00DA1808">
            <w:pPr>
              <w:pStyle w:val="TableParagraph"/>
              <w:ind w:left="745"/>
              <w:rPr>
                <w:sz w:val="20"/>
                <w:lang w:val="en-US"/>
              </w:rPr>
            </w:pPr>
          </w:p>
          <w:p w:rsidR="00D1766E" w:rsidRPr="00BA44D9" w:rsidRDefault="00D1766E" w:rsidP="00DA1808">
            <w:pPr>
              <w:pStyle w:val="TableParagraph"/>
              <w:ind w:left="745"/>
              <w:rPr>
                <w:sz w:val="20"/>
                <w:lang w:val="en-US"/>
              </w:rPr>
            </w:pPr>
          </w:p>
          <w:p w:rsidR="00D1766E" w:rsidRPr="001E026F" w:rsidRDefault="00D1766E" w:rsidP="00DA1808">
            <w:pPr>
              <w:pStyle w:val="TableParagraph"/>
              <w:spacing w:before="50" w:line="302" w:lineRule="exact"/>
              <w:ind w:left="530"/>
              <w:jc w:val="center"/>
              <w:rPr>
                <w:b/>
                <w:sz w:val="28"/>
                <w:lang w:val="en-US"/>
              </w:rPr>
            </w:pPr>
            <w:r>
              <w:rPr>
                <w:b/>
                <w:sz w:val="28"/>
                <w:lang w:val="en-US"/>
              </w:rPr>
              <w:t>Đinh Ngọc Yên</w:t>
            </w:r>
          </w:p>
        </w:tc>
      </w:tr>
    </w:tbl>
    <w:p w:rsidR="00D1766E" w:rsidRPr="00D1766E" w:rsidRDefault="00D1766E" w:rsidP="00D1766E">
      <w:pPr>
        <w:spacing w:before="120" w:after="120"/>
        <w:ind w:firstLine="720"/>
        <w:rPr>
          <w:spacing w:val="-6"/>
          <w:sz w:val="28"/>
          <w:szCs w:val="28"/>
        </w:rPr>
      </w:pPr>
    </w:p>
    <w:p w:rsidR="0040304D" w:rsidRPr="00387857" w:rsidRDefault="0040304D" w:rsidP="00387857">
      <w:pPr>
        <w:spacing w:before="120" w:after="120"/>
        <w:ind w:firstLine="720"/>
        <w:rPr>
          <w:sz w:val="28"/>
          <w:szCs w:val="28"/>
        </w:rPr>
      </w:pPr>
    </w:p>
    <w:sectPr w:rsidR="0040304D" w:rsidRPr="00387857" w:rsidSect="0055563A">
      <w:pgSz w:w="12240" w:h="15840"/>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58459AB"/>
    <w:multiLevelType w:val="hybridMultilevel"/>
    <w:tmpl w:val="93DCCC0E"/>
    <w:lvl w:ilvl="0" w:tplc="C5F26404">
      <w:numFmt w:val="bullet"/>
      <w:lvlText w:val="-"/>
      <w:lvlJc w:val="left"/>
      <w:pPr>
        <w:ind w:left="276" w:hanging="168"/>
      </w:pPr>
      <w:rPr>
        <w:rFonts w:ascii="Times New Roman" w:eastAsia="Times New Roman" w:hAnsi="Times New Roman" w:cs="Times New Roman" w:hint="default"/>
        <w:b w:val="0"/>
        <w:bCs w:val="0"/>
        <w:i w:val="0"/>
        <w:iCs w:val="0"/>
        <w:spacing w:val="0"/>
        <w:w w:val="100"/>
        <w:sz w:val="28"/>
        <w:szCs w:val="28"/>
        <w:lang w:val="vi" w:eastAsia="en-US" w:bidi="ar-SA"/>
      </w:rPr>
    </w:lvl>
    <w:lvl w:ilvl="1" w:tplc="649E7984">
      <w:numFmt w:val="bullet"/>
      <w:lvlText w:val="•"/>
      <w:lvlJc w:val="left"/>
      <w:pPr>
        <w:ind w:left="849" w:hanging="168"/>
      </w:pPr>
      <w:rPr>
        <w:rFonts w:hint="default"/>
        <w:lang w:val="vi" w:eastAsia="en-US" w:bidi="ar-SA"/>
      </w:rPr>
    </w:lvl>
    <w:lvl w:ilvl="2" w:tplc="39280670">
      <w:numFmt w:val="bullet"/>
      <w:lvlText w:val="•"/>
      <w:lvlJc w:val="left"/>
      <w:pPr>
        <w:ind w:left="1418" w:hanging="168"/>
      </w:pPr>
      <w:rPr>
        <w:rFonts w:hint="default"/>
        <w:lang w:val="vi" w:eastAsia="en-US" w:bidi="ar-SA"/>
      </w:rPr>
    </w:lvl>
    <w:lvl w:ilvl="3" w:tplc="3EBAF8D8">
      <w:numFmt w:val="bullet"/>
      <w:lvlText w:val="•"/>
      <w:lvlJc w:val="left"/>
      <w:pPr>
        <w:ind w:left="1987" w:hanging="168"/>
      </w:pPr>
      <w:rPr>
        <w:rFonts w:hint="default"/>
        <w:lang w:val="vi" w:eastAsia="en-US" w:bidi="ar-SA"/>
      </w:rPr>
    </w:lvl>
    <w:lvl w:ilvl="4" w:tplc="F9CA5008">
      <w:numFmt w:val="bullet"/>
      <w:lvlText w:val="•"/>
      <w:lvlJc w:val="left"/>
      <w:pPr>
        <w:ind w:left="2557" w:hanging="168"/>
      </w:pPr>
      <w:rPr>
        <w:rFonts w:hint="default"/>
        <w:lang w:val="vi" w:eastAsia="en-US" w:bidi="ar-SA"/>
      </w:rPr>
    </w:lvl>
    <w:lvl w:ilvl="5" w:tplc="9D86A99E">
      <w:numFmt w:val="bullet"/>
      <w:lvlText w:val="•"/>
      <w:lvlJc w:val="left"/>
      <w:pPr>
        <w:ind w:left="3126" w:hanging="168"/>
      </w:pPr>
      <w:rPr>
        <w:rFonts w:hint="default"/>
        <w:lang w:val="vi" w:eastAsia="en-US" w:bidi="ar-SA"/>
      </w:rPr>
    </w:lvl>
    <w:lvl w:ilvl="6" w:tplc="9F2AB98E">
      <w:numFmt w:val="bullet"/>
      <w:lvlText w:val="•"/>
      <w:lvlJc w:val="left"/>
      <w:pPr>
        <w:ind w:left="3695" w:hanging="168"/>
      </w:pPr>
      <w:rPr>
        <w:rFonts w:hint="default"/>
        <w:lang w:val="vi" w:eastAsia="en-US" w:bidi="ar-SA"/>
      </w:rPr>
    </w:lvl>
    <w:lvl w:ilvl="7" w:tplc="00341AF2">
      <w:numFmt w:val="bullet"/>
      <w:lvlText w:val="•"/>
      <w:lvlJc w:val="left"/>
      <w:pPr>
        <w:ind w:left="4265" w:hanging="168"/>
      </w:pPr>
      <w:rPr>
        <w:rFonts w:hint="default"/>
        <w:lang w:val="vi" w:eastAsia="en-US" w:bidi="ar-SA"/>
      </w:rPr>
    </w:lvl>
    <w:lvl w:ilvl="8" w:tplc="3528C8F2">
      <w:numFmt w:val="bullet"/>
      <w:lvlText w:val="•"/>
      <w:lvlJc w:val="left"/>
      <w:pPr>
        <w:ind w:left="4834" w:hanging="168"/>
      </w:pPr>
      <w:rPr>
        <w:rFonts w:hint="default"/>
        <w:lang w:val="vi" w:eastAsia="en-US" w:bidi="ar-SA"/>
      </w:rPr>
    </w:lvl>
  </w:abstractNum>
  <w:abstractNum w:abstractNumId="10" w15:restartNumberingAfterBreak="0">
    <w:nsid w:val="127F3E1F"/>
    <w:multiLevelType w:val="hybridMultilevel"/>
    <w:tmpl w:val="6402047A"/>
    <w:lvl w:ilvl="0" w:tplc="A85AEFBA">
      <w:start w:val="3"/>
      <w:numFmt w:val="bullet"/>
      <w:lvlText w:val="-"/>
      <w:lvlJc w:val="left"/>
      <w:pPr>
        <w:ind w:left="1080" w:hanging="360"/>
      </w:pPr>
      <w:rPr>
        <w:rFonts w:ascii="Times New Roman" w:eastAsiaTheme="minorEastAsia" w:hAnsi="Times New Roman" w:cs="Times New Roman" w:hint="default"/>
        <w:color w:val="00000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15A7576C"/>
    <w:multiLevelType w:val="hybridMultilevel"/>
    <w:tmpl w:val="2D321FFC"/>
    <w:lvl w:ilvl="0" w:tplc="8796FA48">
      <w:numFmt w:val="bullet"/>
      <w:lvlText w:val="-"/>
      <w:lvlJc w:val="left"/>
      <w:pPr>
        <w:ind w:left="174" w:hanging="125"/>
      </w:pPr>
      <w:rPr>
        <w:rFonts w:ascii="Times New Roman" w:eastAsia="Times New Roman" w:hAnsi="Times New Roman" w:cs="Times New Roman" w:hint="default"/>
        <w:b w:val="0"/>
        <w:bCs w:val="0"/>
        <w:i w:val="0"/>
        <w:iCs w:val="0"/>
        <w:spacing w:val="0"/>
        <w:w w:val="100"/>
        <w:sz w:val="22"/>
        <w:szCs w:val="22"/>
        <w:lang w:val="vi" w:eastAsia="en-US" w:bidi="ar-SA"/>
      </w:rPr>
    </w:lvl>
    <w:lvl w:ilvl="1" w:tplc="6846C674">
      <w:numFmt w:val="bullet"/>
      <w:lvlText w:val="•"/>
      <w:lvlJc w:val="left"/>
      <w:pPr>
        <w:ind w:left="700" w:hanging="125"/>
      </w:pPr>
      <w:rPr>
        <w:rFonts w:hint="default"/>
        <w:lang w:val="vi" w:eastAsia="en-US" w:bidi="ar-SA"/>
      </w:rPr>
    </w:lvl>
    <w:lvl w:ilvl="2" w:tplc="023036FC">
      <w:numFmt w:val="bullet"/>
      <w:lvlText w:val="•"/>
      <w:lvlJc w:val="left"/>
      <w:pPr>
        <w:ind w:left="1220" w:hanging="125"/>
      </w:pPr>
      <w:rPr>
        <w:rFonts w:hint="default"/>
        <w:lang w:val="vi" w:eastAsia="en-US" w:bidi="ar-SA"/>
      </w:rPr>
    </w:lvl>
    <w:lvl w:ilvl="3" w:tplc="C4E2A72E">
      <w:numFmt w:val="bullet"/>
      <w:lvlText w:val="•"/>
      <w:lvlJc w:val="left"/>
      <w:pPr>
        <w:ind w:left="1740" w:hanging="125"/>
      </w:pPr>
      <w:rPr>
        <w:rFonts w:hint="default"/>
        <w:lang w:val="vi" w:eastAsia="en-US" w:bidi="ar-SA"/>
      </w:rPr>
    </w:lvl>
    <w:lvl w:ilvl="4" w:tplc="1CC28B2C">
      <w:numFmt w:val="bullet"/>
      <w:lvlText w:val="•"/>
      <w:lvlJc w:val="left"/>
      <w:pPr>
        <w:ind w:left="2261" w:hanging="125"/>
      </w:pPr>
      <w:rPr>
        <w:rFonts w:hint="default"/>
        <w:lang w:val="vi" w:eastAsia="en-US" w:bidi="ar-SA"/>
      </w:rPr>
    </w:lvl>
    <w:lvl w:ilvl="5" w:tplc="906AB6D6">
      <w:numFmt w:val="bullet"/>
      <w:lvlText w:val="•"/>
      <w:lvlJc w:val="left"/>
      <w:pPr>
        <w:ind w:left="2781" w:hanging="125"/>
      </w:pPr>
      <w:rPr>
        <w:rFonts w:hint="default"/>
        <w:lang w:val="vi" w:eastAsia="en-US" w:bidi="ar-SA"/>
      </w:rPr>
    </w:lvl>
    <w:lvl w:ilvl="6" w:tplc="CD70CF58">
      <w:numFmt w:val="bullet"/>
      <w:lvlText w:val="•"/>
      <w:lvlJc w:val="left"/>
      <w:pPr>
        <w:ind w:left="3301" w:hanging="125"/>
      </w:pPr>
      <w:rPr>
        <w:rFonts w:hint="default"/>
        <w:lang w:val="vi" w:eastAsia="en-US" w:bidi="ar-SA"/>
      </w:rPr>
    </w:lvl>
    <w:lvl w:ilvl="7" w:tplc="D800F854">
      <w:numFmt w:val="bullet"/>
      <w:lvlText w:val="•"/>
      <w:lvlJc w:val="left"/>
      <w:pPr>
        <w:ind w:left="3822" w:hanging="125"/>
      </w:pPr>
      <w:rPr>
        <w:rFonts w:hint="default"/>
        <w:lang w:val="vi" w:eastAsia="en-US" w:bidi="ar-SA"/>
      </w:rPr>
    </w:lvl>
    <w:lvl w:ilvl="8" w:tplc="652CBBAA">
      <w:numFmt w:val="bullet"/>
      <w:lvlText w:val="•"/>
      <w:lvlJc w:val="left"/>
      <w:pPr>
        <w:ind w:left="4342" w:hanging="125"/>
      </w:pPr>
      <w:rPr>
        <w:rFonts w:hint="default"/>
        <w:lang w:val="vi" w:eastAsia="en-US" w:bidi="ar-SA"/>
      </w:rPr>
    </w:lvl>
  </w:abstractNum>
  <w:abstractNum w:abstractNumId="12" w15:restartNumberingAfterBreak="0">
    <w:nsid w:val="338411B7"/>
    <w:multiLevelType w:val="hybridMultilevel"/>
    <w:tmpl w:val="4DA88232"/>
    <w:lvl w:ilvl="0" w:tplc="6C34A8E8">
      <w:start w:val="1"/>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EA302ED"/>
    <w:multiLevelType w:val="hybridMultilevel"/>
    <w:tmpl w:val="4A9E27CE"/>
    <w:lvl w:ilvl="0" w:tplc="A90E1D5A">
      <w:start w:val="1"/>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F32450B"/>
    <w:multiLevelType w:val="hybridMultilevel"/>
    <w:tmpl w:val="6B18FE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F40119B"/>
    <w:multiLevelType w:val="hybridMultilevel"/>
    <w:tmpl w:val="C004D384"/>
    <w:lvl w:ilvl="0" w:tplc="D668F9E0">
      <w:start w:val="3"/>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14"/>
  </w:num>
  <w:num w:numId="11">
    <w:abstractNumId w:val="12"/>
  </w:num>
  <w:num w:numId="12">
    <w:abstractNumId w:val="13"/>
  </w:num>
  <w:num w:numId="13">
    <w:abstractNumId w:val="15"/>
  </w:num>
  <w:num w:numId="14">
    <w:abstractNumId w:val="10"/>
  </w:num>
  <w:num w:numId="15">
    <w:abstractNumId w:val="9"/>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136D5"/>
    <w:rsid w:val="0015074B"/>
    <w:rsid w:val="00187C20"/>
    <w:rsid w:val="00204A90"/>
    <w:rsid w:val="0029639D"/>
    <w:rsid w:val="00326F90"/>
    <w:rsid w:val="00387857"/>
    <w:rsid w:val="0040304D"/>
    <w:rsid w:val="004C0DD1"/>
    <w:rsid w:val="0055563A"/>
    <w:rsid w:val="006B0537"/>
    <w:rsid w:val="006B1919"/>
    <w:rsid w:val="00742AD0"/>
    <w:rsid w:val="0080318F"/>
    <w:rsid w:val="00813ACD"/>
    <w:rsid w:val="00994555"/>
    <w:rsid w:val="009C7A03"/>
    <w:rsid w:val="00A120E8"/>
    <w:rsid w:val="00AA1D8D"/>
    <w:rsid w:val="00B47730"/>
    <w:rsid w:val="00B67609"/>
    <w:rsid w:val="00CB0664"/>
    <w:rsid w:val="00CB60F4"/>
    <w:rsid w:val="00D1766E"/>
    <w:rsid w:val="00E55C71"/>
    <w:rsid w:val="00F13E13"/>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9E75D9C"/>
  <w14:defaultImageDpi w14:val="300"/>
  <w15:docId w15:val="{81D2622C-C478-4C83-A87F-D4226CB2EE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C693F"/>
    <w:rPr>
      <w:rFonts w:ascii="Times New Roman" w:hAnsi="Times New Roman"/>
      <w:sz w:val="26"/>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1"/>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customStyle="1" w:styleId="fontstyle01">
    <w:name w:val="fontstyle01"/>
    <w:basedOn w:val="DefaultParagraphFont"/>
    <w:rsid w:val="00387857"/>
    <w:rPr>
      <w:rFonts w:ascii="Times New Roman" w:hAnsi="Times New Roman" w:cs="Times New Roman" w:hint="default"/>
      <w:b w:val="0"/>
      <w:bCs w:val="0"/>
      <w:i w:val="0"/>
      <w:iCs w:val="0"/>
      <w:color w:val="000000"/>
      <w:sz w:val="28"/>
      <w:szCs w:val="28"/>
    </w:rPr>
  </w:style>
  <w:style w:type="paragraph" w:customStyle="1" w:styleId="TableParagraph">
    <w:name w:val="Table Paragraph"/>
    <w:basedOn w:val="Normal"/>
    <w:uiPriority w:val="1"/>
    <w:qFormat/>
    <w:rsid w:val="00387857"/>
    <w:pPr>
      <w:widowControl w:val="0"/>
      <w:autoSpaceDE w:val="0"/>
      <w:autoSpaceDN w:val="0"/>
      <w:spacing w:after="0" w:line="240" w:lineRule="auto"/>
      <w:ind w:left="174"/>
    </w:pPr>
    <w:rPr>
      <w:rFonts w:eastAsia="Times New Roman" w:cs="Times New Roman"/>
      <w:sz w:val="22"/>
      <w:lang w:val="v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0650483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5DCE66-21E8-4484-AD3F-BC4C16FE8A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2</Pages>
  <Words>449</Words>
  <Characters>2565</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3008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Administrator</cp:lastModifiedBy>
  <cp:revision>5</cp:revision>
  <cp:lastPrinted>2026-08-22T08:37:00Z</cp:lastPrinted>
  <dcterms:created xsi:type="dcterms:W3CDTF">2013-12-23T23:15:00Z</dcterms:created>
  <dcterms:modified xsi:type="dcterms:W3CDTF">2026-08-22T09:19:00Z</dcterms:modified>
  <cp:category/>
</cp:coreProperties>
</file>