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085"/>
      </w:tblGrid>
      <w:tr w:rsidR="004E64EB" w14:paraId="4E98E700" w14:textId="77777777" w:rsidTr="00B35612">
        <w:tc>
          <w:tcPr>
            <w:tcW w:w="5084" w:type="dxa"/>
          </w:tcPr>
          <w:p w14:paraId="06E22634" w14:textId="53CF3B66" w:rsidR="004E64EB" w:rsidRPr="00B35612" w:rsidRDefault="004E64EB" w:rsidP="00B35612">
            <w:pPr>
              <w:widowControl w:val="0"/>
              <w:jc w:val="center"/>
              <w:rPr>
                <w:sz w:val="28"/>
                <w:szCs w:val="28"/>
              </w:rPr>
            </w:pPr>
            <w:bookmarkStart w:id="0" w:name="_Hlk236469952"/>
            <w:r w:rsidRPr="00B35612">
              <w:rPr>
                <w:sz w:val="28"/>
                <w:szCs w:val="28"/>
              </w:rPr>
              <w:t>UBND TỈNH TUYÊN QUANG</w:t>
            </w:r>
          </w:p>
          <w:p w14:paraId="7187B9CC" w14:textId="4EC1AC81" w:rsidR="004E64EB" w:rsidRDefault="004E64EB" w:rsidP="00B35612">
            <w:pPr>
              <w:widowControl w:val="0"/>
              <w:jc w:val="center"/>
              <w:rPr>
                <w:b/>
                <w:i/>
              </w:rPr>
            </w:pPr>
            <w:r w:rsidRPr="00B35612">
              <w:rPr>
                <w:b/>
                <w:sz w:val="28"/>
                <w:szCs w:val="28"/>
              </w:rPr>
              <w:t>SỞ NỘI VỤ</w:t>
            </w:r>
          </w:p>
        </w:tc>
        <w:tc>
          <w:tcPr>
            <w:tcW w:w="5085" w:type="dxa"/>
          </w:tcPr>
          <w:p w14:paraId="7EEFBFAA" w14:textId="77777777" w:rsidR="004E64EB" w:rsidRDefault="004E64EB" w:rsidP="00B35612">
            <w:pPr>
              <w:widowControl w:val="0"/>
              <w:rPr>
                <w:b/>
                <w:i/>
              </w:rPr>
            </w:pPr>
          </w:p>
        </w:tc>
      </w:tr>
    </w:tbl>
    <w:p w14:paraId="09BA21A8" w14:textId="7703BEEE" w:rsidR="004E64EB" w:rsidRPr="00B35612" w:rsidRDefault="00B35612" w:rsidP="00B35612">
      <w:pPr>
        <w:widowControl w:val="0"/>
        <w:tabs>
          <w:tab w:val="center" w:pos="2104"/>
        </w:tabs>
        <w:jc w:val="right"/>
        <w:rPr>
          <w:b/>
          <w:i/>
          <w:lang w:val="vi-VN"/>
        </w:rPr>
      </w:pPr>
      <w:r>
        <w:rPr>
          <w:b/>
          <w:i/>
          <w:noProof/>
        </w:rPr>
        <mc:AlternateContent>
          <mc:Choice Requires="wps">
            <w:drawing>
              <wp:anchor distT="0" distB="0" distL="114300" distR="114300" simplePos="0" relativeHeight="251659264" behindDoc="0" locked="0" layoutInCell="1" allowOverlap="1" wp14:anchorId="26F2C128" wp14:editId="37AE09AF">
                <wp:simplePos x="0" y="0"/>
                <wp:positionH relativeFrom="column">
                  <wp:posOffset>1349705</wp:posOffset>
                </wp:positionH>
                <wp:positionV relativeFrom="paragraph">
                  <wp:posOffset>474345</wp:posOffset>
                </wp:positionV>
                <wp:extent cx="474980" cy="0"/>
                <wp:effectExtent l="0" t="0" r="20320" b="19050"/>
                <wp:wrapNone/>
                <wp:docPr id="1" name="Straight Connector 1"/>
                <wp:cNvGraphicFramePr/>
                <a:graphic xmlns:a="http://schemas.openxmlformats.org/drawingml/2006/main">
                  <a:graphicData uri="http://schemas.microsoft.com/office/word/2010/wordprocessingShape">
                    <wps:wsp>
                      <wps:cNvCnPr/>
                      <wps:spPr>
                        <a:xfrm flipV="1">
                          <a:off x="0" y="0"/>
                          <a:ext cx="474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347A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3pt,37.35pt" to="143.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" strokecolor="black [3040]"/>
            </w:pict>
          </mc:Fallback>
        </mc:AlternateContent>
      </w:r>
      <w:r>
        <w:rPr>
          <w:b/>
          <w:i/>
          <w:noProof/>
          <w:lang w:val="vi-VN" w:eastAsia="vi-VN"/>
        </w:rPr>
        <w:tab/>
      </w:r>
      <w:r w:rsidRPr="00B35612">
        <w:rPr>
          <w:b/>
          <w:i/>
          <w:lang w:val="vi-VN"/>
        </w:rPr>
        <w:t>Biểu mẫu số 01/ĐGTĐ-BHM</w:t>
      </w:r>
      <w:r>
        <w:rPr>
          <w:b/>
          <w:i/>
          <w:noProof/>
          <w:lang w:val="vi-VN" w:eastAsia="vi-VN"/>
        </w:rPr>
        <w:br w:type="textWrapping" w:clear="all"/>
      </w:r>
    </w:p>
    <w:p w14:paraId="1BEE6699" w14:textId="048B1F29" w:rsidR="00367C2A" w:rsidRPr="007D6940" w:rsidRDefault="00367C2A" w:rsidP="00367C2A">
      <w:pPr>
        <w:widowControl w:val="0"/>
        <w:jc w:val="center"/>
        <w:rPr>
          <w:b/>
          <w:sz w:val="28"/>
          <w:szCs w:val="28"/>
          <w:lang w:val="vi-VN"/>
        </w:rPr>
      </w:pPr>
      <w:r w:rsidRPr="007D6940">
        <w:rPr>
          <w:b/>
          <w:sz w:val="28"/>
          <w:szCs w:val="28"/>
          <w:lang w:val="vi-VN"/>
        </w:rPr>
        <w:t>BIỂU MẪU ĐÁNH GIÁ TÁC ĐỘNG CỦA THỦ TỤC HÀNH CHÍNH</w:t>
      </w:r>
    </w:p>
    <w:p w14:paraId="68370F14" w14:textId="58FC8DBB" w:rsidR="00367C2A" w:rsidRPr="007D6940" w:rsidRDefault="00367C2A" w:rsidP="00367C2A">
      <w:pPr>
        <w:widowControl w:val="0"/>
        <w:jc w:val="center"/>
        <w:rPr>
          <w:b/>
          <w:sz w:val="28"/>
          <w:szCs w:val="28"/>
          <w:lang w:val="vi-VN"/>
        </w:rPr>
      </w:pPr>
      <w:r w:rsidRPr="007D6940">
        <w:rPr>
          <w:b/>
          <w:sz w:val="28"/>
          <w:szCs w:val="28"/>
          <w:lang w:val="vi-VN"/>
        </w:rPr>
        <w:t>DỰ KIẾN BAN HÀNH MỚI TRONG DỰ THẢO VĂN BẢN</w:t>
      </w:r>
    </w:p>
    <w:p w14:paraId="5D2D80F1" w14:textId="3234C56D" w:rsidR="00A51FF7" w:rsidRPr="007D6940" w:rsidRDefault="00F328B3" w:rsidP="009A354E">
      <w:pPr>
        <w:widowControl w:val="0"/>
        <w:spacing w:before="240"/>
        <w:ind w:firstLine="720"/>
        <w:jc w:val="both"/>
        <w:rPr>
          <w:rFonts w:ascii="Times New Roman Bold" w:hAnsi="Times New Roman Bold"/>
          <w:b/>
          <w:spacing w:val="-12"/>
          <w:sz w:val="28"/>
          <w:szCs w:val="28"/>
          <w:lang w:val="vi-VN"/>
        </w:rPr>
      </w:pPr>
      <w:r w:rsidRPr="007D6940">
        <w:rPr>
          <w:b/>
          <w:sz w:val="28"/>
          <w:szCs w:val="28"/>
          <w:lang w:val="vi-VN"/>
        </w:rPr>
        <w:t xml:space="preserve">Tên dự thảo văn bản: </w:t>
      </w:r>
      <w:r w:rsidRPr="007D6940">
        <w:rPr>
          <w:rFonts w:ascii="Times New Roman Bold" w:hAnsi="Times New Roman Bold"/>
          <w:b/>
          <w:spacing w:val="-12"/>
          <w:sz w:val="28"/>
          <w:szCs w:val="28"/>
          <w:lang w:val="vi-VN"/>
        </w:rPr>
        <w:t xml:space="preserve">Quyết định </w:t>
      </w:r>
      <w:r w:rsidR="00972B74" w:rsidRPr="007D6940">
        <w:rPr>
          <w:rFonts w:ascii="Times New Roman Bold" w:hAnsi="Times New Roman Bold"/>
          <w:b/>
          <w:spacing w:val="-12"/>
          <w:sz w:val="28"/>
          <w:szCs w:val="28"/>
          <w:lang w:val="vi-VN"/>
        </w:rPr>
        <w:t>s</w:t>
      </w:r>
      <w:r w:rsidR="00B35612" w:rsidRPr="007D6940">
        <w:rPr>
          <w:rFonts w:ascii="Times New Roman Bold" w:hAnsi="Times New Roman Bold"/>
          <w:b/>
          <w:spacing w:val="-12"/>
          <w:sz w:val="28"/>
          <w:szCs w:val="28"/>
          <w:lang w:val="vi-VN"/>
        </w:rPr>
        <w:t>ửa đổi, bổ sung một số Điều của Quyết định số 108/2025/QĐ-UBND ngày 12 tháng 12 năm 2025 của Ủy ban nhân dân tỉnh quy định chi tiết một số điều của Luật Thi đua, khen thưởng trên địa bàn tỉnh Tuyên Quang</w:t>
      </w:r>
    </w:p>
    <w:p w14:paraId="03C5A69A" w14:textId="77777777" w:rsidR="00A51FF7" w:rsidRPr="007D6940" w:rsidRDefault="00A51FF7" w:rsidP="002B61F8">
      <w:pPr>
        <w:widowControl w:val="0"/>
        <w:rPr>
          <w:sz w:val="28"/>
          <w:szCs w:val="28"/>
          <w:lang w:val="vi-VN"/>
        </w:rPr>
      </w:pPr>
    </w:p>
    <w:bookmarkEnd w:id="0"/>
    <w:p w14:paraId="0EF3673E" w14:textId="5E69213E" w:rsidR="00A02898" w:rsidRPr="007D6940" w:rsidRDefault="00A02898" w:rsidP="00B35612">
      <w:pPr>
        <w:widowControl w:val="0"/>
        <w:jc w:val="center"/>
        <w:rPr>
          <w:lang w:val="vi-VN"/>
        </w:rPr>
      </w:pPr>
      <w:r w:rsidRPr="007D6940">
        <w:rPr>
          <w:b/>
          <w:sz w:val="28"/>
          <w:szCs w:val="28"/>
          <w:lang w:val="vi-VN"/>
        </w:rPr>
        <w:t>THỦ TỤC HÀNH CHÍNH 1:</w:t>
      </w:r>
      <w:r w:rsidRPr="007D6940">
        <w:rPr>
          <w:b/>
          <w:lang w:val="vi-VN"/>
        </w:rPr>
        <w:t xml:space="preserve"> </w:t>
      </w:r>
      <w:r w:rsidR="00B35612" w:rsidRPr="007D6940">
        <w:rPr>
          <w:b/>
          <w:lang w:val="vi-VN"/>
        </w:rPr>
        <w:br/>
      </w:r>
      <w:r w:rsidR="002C6261" w:rsidRPr="007D6940">
        <w:rPr>
          <w:rFonts w:cs="Times New Roman"/>
          <w:b/>
          <w:color w:val="000000"/>
          <w:sz w:val="28"/>
          <w:szCs w:val="28"/>
          <w:lang w:val="vi-VN"/>
        </w:rPr>
        <w:t>T</w:t>
      </w:r>
      <w:r w:rsidR="00B35612" w:rsidRPr="00B35612">
        <w:rPr>
          <w:rFonts w:cs="Times New Roman"/>
          <w:b/>
          <w:color w:val="000000"/>
          <w:sz w:val="28"/>
          <w:szCs w:val="28"/>
          <w:lang w:val="vi-VN"/>
        </w:rPr>
        <w:t>hủ tục đề nghị xét tặng Kỷ niệm chương</w:t>
      </w:r>
      <w:r w:rsidR="00972B74" w:rsidRPr="007D6940">
        <w:rPr>
          <w:rFonts w:cs="Times New Roman"/>
          <w:b/>
          <w:color w:val="000000"/>
          <w:sz w:val="28"/>
          <w:szCs w:val="28"/>
          <w:lang w:val="vi-VN"/>
        </w:rPr>
        <w:t xml:space="preserve"> </w:t>
      </w:r>
      <w:r w:rsidR="00B35612" w:rsidRPr="00B35612">
        <w:rPr>
          <w:rFonts w:cs="Times New Roman"/>
          <w:b/>
          <w:color w:val="000000"/>
          <w:sz w:val="28"/>
          <w:szCs w:val="28"/>
          <w:lang w:val="vi-VN"/>
        </w:rPr>
        <w:t>“Vì sự nghiệp phát triển tỉnh Tuyên Quang”</w:t>
      </w:r>
      <w:r w:rsidR="00B35612" w:rsidRPr="007D6940">
        <w:rPr>
          <w:b/>
          <w:lang w:val="vi-VN"/>
        </w:rPr>
        <w:br/>
      </w:r>
    </w:p>
    <w:tbl>
      <w:tblPr>
        <w:tblStyle w:val="TableGrid"/>
        <w:tblW w:w="14458" w:type="dxa"/>
        <w:tblInd w:w="279" w:type="dxa"/>
        <w:tblLook w:val="04A0" w:firstRow="1" w:lastRow="0" w:firstColumn="1" w:lastColumn="0" w:noHBand="0" w:noVBand="1"/>
      </w:tblPr>
      <w:tblGrid>
        <w:gridCol w:w="3544"/>
        <w:gridCol w:w="10914"/>
      </w:tblGrid>
      <w:tr w:rsidR="00A02898" w:rsidRPr="007D6940" w14:paraId="2E252C93" w14:textId="77777777" w:rsidTr="00972B74">
        <w:tc>
          <w:tcPr>
            <w:tcW w:w="14458" w:type="dxa"/>
            <w:gridSpan w:val="2"/>
          </w:tcPr>
          <w:p w14:paraId="5E7E4B8C" w14:textId="1C752964" w:rsidR="00A02898" w:rsidRPr="007D6940" w:rsidRDefault="00A02898" w:rsidP="00972B74">
            <w:pPr>
              <w:widowControl w:val="0"/>
              <w:spacing w:before="120" w:after="120"/>
              <w:jc w:val="both"/>
              <w:rPr>
                <w:rFonts w:cs="Times New Roman"/>
                <w:sz w:val="28"/>
                <w:szCs w:val="28"/>
                <w:lang w:val="vi-VN"/>
              </w:rPr>
            </w:pPr>
            <w:r w:rsidRPr="007D6940">
              <w:rPr>
                <w:rFonts w:cs="Times New Roman"/>
                <w:b/>
                <w:sz w:val="28"/>
                <w:szCs w:val="28"/>
                <w:lang w:val="vi-VN"/>
              </w:rPr>
              <w:t>I. SỰ CẦN THIẾT CỦA QUY ĐỊNH VỀ THỦ TỤC HÀNH CHÍNH TẠI DỰ THẢO VĂN BẢN</w:t>
            </w:r>
          </w:p>
        </w:tc>
      </w:tr>
      <w:tr w:rsidR="00A02898" w:rsidRPr="007D6940" w14:paraId="1BCB796B" w14:textId="77777777" w:rsidTr="00A23EBB">
        <w:tc>
          <w:tcPr>
            <w:tcW w:w="3544" w:type="dxa"/>
          </w:tcPr>
          <w:p w14:paraId="632BE0C3" w14:textId="57B9705E" w:rsidR="00A02898" w:rsidRPr="007D6940" w:rsidRDefault="00A02898" w:rsidP="003578D4">
            <w:pPr>
              <w:widowControl w:val="0"/>
              <w:spacing w:before="120" w:line="240" w:lineRule="auto"/>
              <w:jc w:val="both"/>
              <w:rPr>
                <w:rFonts w:ascii="Times New Roman Bold" w:hAnsi="Times New Roman Bold" w:cs="Times New Roman"/>
                <w:b/>
                <w:spacing w:val="-8"/>
                <w:sz w:val="28"/>
                <w:szCs w:val="28"/>
                <w:lang w:val="vi-VN"/>
              </w:rPr>
            </w:pPr>
            <w:r w:rsidRPr="007D6940">
              <w:rPr>
                <w:rFonts w:ascii="Times New Roman Bold" w:hAnsi="Times New Roman Bold" w:cs="Times New Roman"/>
                <w:b/>
                <w:spacing w:val="-8"/>
                <w:sz w:val="28"/>
                <w:szCs w:val="28"/>
                <w:lang w:val="vi-VN"/>
              </w:rPr>
              <w:t>1. Nội dung cụ thể trong ngành, lĩnh vực mà Nhà nước cần quản lý hoặc các biện pháp phát triển kinh tế - xã hội, ngân sách, quốc phòng, an ninh?</w:t>
            </w:r>
          </w:p>
        </w:tc>
        <w:tc>
          <w:tcPr>
            <w:tcW w:w="10914" w:type="dxa"/>
          </w:tcPr>
          <w:p w14:paraId="51C422EE" w14:textId="02A8F21C" w:rsidR="00972B74" w:rsidRPr="00972B74" w:rsidRDefault="00A02898" w:rsidP="003578D4">
            <w:pPr>
              <w:widowControl w:val="0"/>
              <w:spacing w:before="120" w:line="240" w:lineRule="auto"/>
              <w:jc w:val="both"/>
              <w:rPr>
                <w:rFonts w:cs="Times New Roman"/>
                <w:sz w:val="28"/>
                <w:szCs w:val="28"/>
                <w:lang w:val="vi-VN"/>
              </w:rPr>
            </w:pPr>
            <w:r w:rsidRPr="007D6940">
              <w:rPr>
                <w:rFonts w:cs="Times New Roman"/>
                <w:sz w:val="28"/>
                <w:szCs w:val="28"/>
                <w:lang w:val="vi-VN"/>
              </w:rPr>
              <w:t xml:space="preserve">a) Dự thảo </w:t>
            </w:r>
            <w:r w:rsidR="00B35612" w:rsidRPr="007D6940">
              <w:rPr>
                <w:rFonts w:cs="Times New Roman"/>
                <w:sz w:val="28"/>
                <w:szCs w:val="28"/>
                <w:lang w:val="vi-VN"/>
              </w:rPr>
              <w:t>quy định h</w:t>
            </w:r>
            <w:r w:rsidR="00B35612" w:rsidRPr="00972B74">
              <w:rPr>
                <w:rFonts w:cs="Times New Roman"/>
                <w:color w:val="000000"/>
                <w:sz w:val="28"/>
                <w:szCs w:val="28"/>
                <w:lang w:val="vi-VN"/>
              </w:rPr>
              <w:t>ồ sơ, thủ tục đề nghị xét tặng Kỷ niệm chương “Vì sự nghiệp phát triển tỉnh Tuyên Quang”</w:t>
            </w:r>
            <w:r w:rsidR="00B35612" w:rsidRPr="007D6940">
              <w:rPr>
                <w:rFonts w:cs="Times New Roman"/>
                <w:color w:val="000000"/>
                <w:sz w:val="28"/>
                <w:szCs w:val="28"/>
                <w:lang w:val="vi-VN"/>
              </w:rPr>
              <w:t xml:space="preserve"> bảo đảm </w:t>
            </w:r>
            <w:r w:rsidR="00972B74" w:rsidRPr="007D6940">
              <w:rPr>
                <w:rFonts w:cs="Times New Roman"/>
                <w:color w:val="000000"/>
                <w:sz w:val="28"/>
                <w:szCs w:val="28"/>
                <w:lang w:val="vi-VN"/>
              </w:rPr>
              <w:t xml:space="preserve">thực hiện các quy định của pháp luật về thi đua, khen thưởng và cụ thể hóa nhiệm vụ được giao tại </w:t>
            </w:r>
            <w:r w:rsidR="00972B74" w:rsidRPr="007D6940">
              <w:rPr>
                <w:rStyle w:val="Strong"/>
                <w:rFonts w:cs="Times New Roman"/>
                <w:b w:val="0"/>
                <w:spacing w:val="-2"/>
                <w:sz w:val="28"/>
                <w:szCs w:val="28"/>
                <w:lang w:val="vi-VN"/>
              </w:rPr>
              <w:t>Nghị quyết số …./2026/NQ-HĐND ngày …./2026 của Hội đồng nhân dân tỉnh</w:t>
            </w:r>
            <w:r w:rsidR="00972B74" w:rsidRPr="003578D4">
              <w:rPr>
                <w:rStyle w:val="Strong"/>
                <w:rFonts w:cs="Times New Roman"/>
                <w:b w:val="0"/>
                <w:spacing w:val="-2"/>
                <w:sz w:val="28"/>
                <w:szCs w:val="28"/>
                <w:lang w:val="vi-VN"/>
              </w:rPr>
              <w:t xml:space="preserve"> Tuyên Quang</w:t>
            </w:r>
            <w:r w:rsidR="00B35612" w:rsidRPr="003578D4">
              <w:rPr>
                <w:rFonts w:cs="Times New Roman"/>
                <w:sz w:val="28"/>
                <w:szCs w:val="28"/>
                <w:lang w:val="vi-VN"/>
              </w:rPr>
              <w:t>.</w:t>
            </w:r>
            <w:r w:rsidR="00972B74" w:rsidRPr="007D6940">
              <w:rPr>
                <w:rFonts w:cs="Times New Roman"/>
                <w:sz w:val="28"/>
                <w:szCs w:val="28"/>
                <w:lang w:val="vi-VN"/>
              </w:rPr>
              <w:t xml:space="preserve"> </w:t>
            </w:r>
            <w:r w:rsidRPr="00972B74">
              <w:rPr>
                <w:rFonts w:cs="Times New Roman"/>
                <w:sz w:val="28"/>
                <w:szCs w:val="28"/>
                <w:lang w:val="vi-VN"/>
              </w:rPr>
              <w:t xml:space="preserve">Quy định xác lập quy trình </w:t>
            </w:r>
            <w:r w:rsidR="00972B74" w:rsidRPr="00972B74">
              <w:rPr>
                <w:rFonts w:cs="Times New Roman"/>
                <w:sz w:val="28"/>
                <w:szCs w:val="28"/>
                <w:lang w:val="vi-VN"/>
              </w:rPr>
              <w:t xml:space="preserve">xét, đề nghị, </w:t>
            </w:r>
            <w:r w:rsidRPr="00972B74">
              <w:rPr>
                <w:rFonts w:cs="Times New Roman"/>
                <w:sz w:val="28"/>
                <w:szCs w:val="28"/>
                <w:lang w:val="vi-VN"/>
              </w:rPr>
              <w:t xml:space="preserve">tiếp nhận, </w:t>
            </w:r>
            <w:r w:rsidR="00972B74" w:rsidRPr="00972B74">
              <w:rPr>
                <w:rFonts w:cs="Times New Roman"/>
                <w:sz w:val="28"/>
                <w:szCs w:val="28"/>
                <w:lang w:val="vi-VN"/>
              </w:rPr>
              <w:t xml:space="preserve">thẩm định, </w:t>
            </w:r>
            <w:r w:rsidRPr="00972B74">
              <w:rPr>
                <w:rFonts w:cs="Times New Roman"/>
                <w:sz w:val="28"/>
                <w:szCs w:val="28"/>
                <w:lang w:val="vi-VN"/>
              </w:rPr>
              <w:t xml:space="preserve">đề nghị </w:t>
            </w:r>
            <w:r w:rsidR="00972B74" w:rsidRPr="00972B74">
              <w:rPr>
                <w:rFonts w:cs="Times New Roman"/>
                <w:sz w:val="28"/>
                <w:szCs w:val="28"/>
                <w:lang w:val="vi-VN"/>
              </w:rPr>
              <w:t>xét tặng Kỷ niệm chương.</w:t>
            </w:r>
          </w:p>
          <w:p w14:paraId="255A7F1E" w14:textId="22B5CA88" w:rsidR="00A02898" w:rsidRPr="00972B74" w:rsidRDefault="00A02898" w:rsidP="003578D4">
            <w:pPr>
              <w:widowControl w:val="0"/>
              <w:spacing w:before="120" w:after="120" w:line="240" w:lineRule="auto"/>
              <w:jc w:val="both"/>
              <w:rPr>
                <w:rFonts w:cs="Times New Roman"/>
                <w:sz w:val="28"/>
                <w:szCs w:val="28"/>
                <w:lang w:val="vi-VN"/>
              </w:rPr>
            </w:pPr>
            <w:r w:rsidRPr="00972B74">
              <w:rPr>
                <w:rFonts w:cs="Times New Roman"/>
                <w:sz w:val="28"/>
                <w:szCs w:val="28"/>
                <w:lang w:val="vi-VN"/>
              </w:rPr>
              <w:t xml:space="preserve">b) Lý do Nhà nước cần quy định: </w:t>
            </w:r>
            <w:r w:rsidR="00972B74" w:rsidRPr="00972B74">
              <w:rPr>
                <w:rFonts w:cs="Times New Roman"/>
                <w:sz w:val="28"/>
                <w:szCs w:val="28"/>
                <w:lang w:val="vi-VN"/>
              </w:rPr>
              <w:t xml:space="preserve">Quy định hồ sơ, thủ tục để đảm bảo </w:t>
            </w:r>
            <w:r w:rsidRPr="00972B74">
              <w:rPr>
                <w:rFonts w:cs="Times New Roman"/>
                <w:sz w:val="28"/>
                <w:szCs w:val="28"/>
                <w:lang w:val="vi-VN"/>
              </w:rPr>
              <w:t>thống nhất, công khai, minh bạch</w:t>
            </w:r>
            <w:r w:rsidR="00972B74" w:rsidRPr="00972B74">
              <w:rPr>
                <w:rFonts w:cs="Times New Roman"/>
                <w:sz w:val="28"/>
                <w:szCs w:val="28"/>
                <w:lang w:val="vi-VN"/>
              </w:rPr>
              <w:t>, đúng tiêu chuẩn</w:t>
            </w:r>
            <w:r w:rsidRPr="00972B74">
              <w:rPr>
                <w:rFonts w:cs="Times New Roman"/>
                <w:sz w:val="28"/>
                <w:szCs w:val="28"/>
                <w:lang w:val="vi-VN"/>
              </w:rPr>
              <w:t xml:space="preserve"> </w:t>
            </w:r>
            <w:r w:rsidR="00972B74" w:rsidRPr="00972B74">
              <w:rPr>
                <w:rFonts w:cs="Times New Roman"/>
                <w:sz w:val="28"/>
                <w:szCs w:val="28"/>
                <w:lang w:val="vi-VN"/>
              </w:rPr>
              <w:t>trong thực hiện quy định của pháp luật về thi đua, khen thưởng.</w:t>
            </w:r>
          </w:p>
        </w:tc>
      </w:tr>
      <w:tr w:rsidR="00A02898" w:rsidRPr="007D6940" w14:paraId="7487929E" w14:textId="77777777" w:rsidTr="00A23EBB">
        <w:tc>
          <w:tcPr>
            <w:tcW w:w="3544" w:type="dxa"/>
          </w:tcPr>
          <w:p w14:paraId="6B608C46" w14:textId="01D679D7" w:rsidR="00A02898" w:rsidRPr="003578D4" w:rsidRDefault="00A02898" w:rsidP="003578D4">
            <w:pPr>
              <w:widowControl w:val="0"/>
              <w:spacing w:before="120" w:line="240" w:lineRule="auto"/>
              <w:jc w:val="both"/>
              <w:rPr>
                <w:rFonts w:ascii="Times New Roman Bold" w:hAnsi="Times New Roman Bold" w:cs="Times New Roman"/>
                <w:spacing w:val="-4"/>
                <w:sz w:val="28"/>
                <w:szCs w:val="28"/>
                <w:lang w:val="vi-VN"/>
              </w:rPr>
            </w:pPr>
            <w:r w:rsidRPr="003578D4">
              <w:rPr>
                <w:rFonts w:ascii="Times New Roman Bold" w:hAnsi="Times New Roman Bold" w:cs="Times New Roman"/>
                <w:b/>
                <w:spacing w:val="-4"/>
                <w:sz w:val="28"/>
                <w:szCs w:val="28"/>
                <w:lang w:val="vi-VN"/>
              </w:rPr>
              <w:t>2. Nội dung quyền,</w:t>
            </w:r>
            <w:r w:rsidR="003578D4" w:rsidRPr="003578D4">
              <w:rPr>
                <w:rFonts w:ascii="Times New Roman Bold" w:hAnsi="Times New Roman Bold" w:cs="Times New Roman"/>
                <w:b/>
                <w:spacing w:val="-4"/>
                <w:sz w:val="28"/>
                <w:szCs w:val="28"/>
                <w:lang w:val="vi-VN"/>
              </w:rPr>
              <w:t xml:space="preserve"> </w:t>
            </w:r>
            <w:r w:rsidRPr="003578D4">
              <w:rPr>
                <w:rFonts w:ascii="Times New Roman Bold" w:hAnsi="Times New Roman Bold" w:cs="Times New Roman"/>
                <w:b/>
                <w:spacing w:val="-4"/>
                <w:sz w:val="28"/>
                <w:szCs w:val="28"/>
                <w:lang w:val="vi-VN"/>
              </w:rPr>
              <w:t>nghĩa vụ và lợi ích hợp pháp cụ thể của cá nhân, tổ chức cần được bảo đảm?</w:t>
            </w:r>
          </w:p>
          <w:p w14:paraId="63FA43C2" w14:textId="77777777" w:rsidR="00A02898" w:rsidRPr="00972B74" w:rsidRDefault="00A02898" w:rsidP="003578D4">
            <w:pPr>
              <w:widowControl w:val="0"/>
              <w:spacing w:before="120" w:line="240" w:lineRule="auto"/>
              <w:jc w:val="both"/>
              <w:rPr>
                <w:rFonts w:cs="Times New Roman"/>
                <w:b/>
                <w:sz w:val="28"/>
                <w:szCs w:val="28"/>
                <w:lang w:val="vi-VN"/>
              </w:rPr>
            </w:pPr>
          </w:p>
        </w:tc>
        <w:tc>
          <w:tcPr>
            <w:tcW w:w="10914" w:type="dxa"/>
          </w:tcPr>
          <w:p w14:paraId="3D113E1E" w14:textId="4FDDB399" w:rsidR="003578D4" w:rsidRPr="003578D4" w:rsidRDefault="00A02898" w:rsidP="003578D4">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Quy định </w:t>
            </w:r>
            <w:r w:rsidR="00972B74" w:rsidRPr="00972B74">
              <w:rPr>
                <w:rFonts w:cs="Times New Roman"/>
                <w:sz w:val="28"/>
                <w:szCs w:val="28"/>
                <w:lang w:val="vi-VN"/>
              </w:rPr>
              <w:t xml:space="preserve">hồ sơ, </w:t>
            </w:r>
            <w:r w:rsidRPr="00972B74">
              <w:rPr>
                <w:rFonts w:cs="Times New Roman"/>
                <w:sz w:val="28"/>
                <w:szCs w:val="28"/>
                <w:lang w:val="vi-VN"/>
              </w:rPr>
              <w:t xml:space="preserve">thủ tục nhằm bảo đảm quyền </w:t>
            </w:r>
            <w:r w:rsidR="00972B74" w:rsidRPr="00972B74">
              <w:rPr>
                <w:rFonts w:cs="Times New Roman"/>
                <w:sz w:val="28"/>
                <w:szCs w:val="28"/>
                <w:lang w:val="vi-VN"/>
              </w:rPr>
              <w:t xml:space="preserve">lợi </w:t>
            </w:r>
            <w:r w:rsidR="00FD1939" w:rsidRPr="00FD1939">
              <w:rPr>
                <w:rFonts w:cs="Times New Roman"/>
                <w:sz w:val="28"/>
                <w:szCs w:val="28"/>
                <w:lang w:val="vi-VN"/>
              </w:rPr>
              <w:t xml:space="preserve">hợp pháp </w:t>
            </w:r>
            <w:r w:rsidR="00972B74" w:rsidRPr="00972B74">
              <w:rPr>
                <w:rFonts w:cs="Times New Roman"/>
                <w:sz w:val="28"/>
                <w:szCs w:val="28"/>
                <w:lang w:val="vi-VN"/>
              </w:rPr>
              <w:t>của cá nhân khi được tặng Kỷ niệm chương</w:t>
            </w:r>
            <w:r w:rsidR="00FD1939" w:rsidRPr="00FD1939">
              <w:rPr>
                <w:rFonts w:cs="Times New Roman"/>
                <w:sz w:val="28"/>
                <w:szCs w:val="28"/>
                <w:lang w:val="vi-VN"/>
              </w:rPr>
              <w:t xml:space="preserve">; quyền của tổ chức </w:t>
            </w:r>
            <w:r w:rsidRPr="00972B74">
              <w:rPr>
                <w:rFonts w:cs="Times New Roman"/>
                <w:sz w:val="28"/>
                <w:szCs w:val="28"/>
                <w:lang w:val="vi-VN"/>
              </w:rPr>
              <w:t>được nộp hồ sơ bằng hình thức trực tiếp, trực tuyến hoặc qua dịch vụ bưu chính công ích</w:t>
            </w:r>
            <w:r w:rsidR="00FD1939" w:rsidRPr="00FD1939">
              <w:rPr>
                <w:rFonts w:cs="Times New Roman"/>
                <w:sz w:val="28"/>
                <w:szCs w:val="28"/>
                <w:lang w:val="vi-VN"/>
              </w:rPr>
              <w:t xml:space="preserve">. </w:t>
            </w:r>
            <w:r w:rsidRPr="00972B74">
              <w:rPr>
                <w:rFonts w:cs="Times New Roman"/>
                <w:sz w:val="28"/>
                <w:szCs w:val="28"/>
                <w:lang w:val="vi-VN"/>
              </w:rPr>
              <w:t>Đồng thời, thủ tục xác đị</w:t>
            </w:r>
            <w:r w:rsidR="00FD1939">
              <w:rPr>
                <w:rFonts w:cs="Times New Roman"/>
                <w:sz w:val="28"/>
                <w:szCs w:val="28"/>
                <w:lang w:val="vi-VN"/>
              </w:rPr>
              <w:t xml:space="preserve">nh nghĩa vụ kê khai trung thực, </w:t>
            </w:r>
            <w:r w:rsidRPr="00972B74">
              <w:rPr>
                <w:rFonts w:cs="Times New Roman"/>
                <w:sz w:val="28"/>
                <w:szCs w:val="28"/>
                <w:lang w:val="vi-VN"/>
              </w:rPr>
              <w:t xml:space="preserve">chịu trách nhiệm về </w:t>
            </w:r>
            <w:r w:rsidR="00FD1939" w:rsidRPr="00FD1939">
              <w:rPr>
                <w:rFonts w:cs="Times New Roman"/>
                <w:sz w:val="28"/>
                <w:szCs w:val="28"/>
                <w:lang w:val="vi-VN"/>
              </w:rPr>
              <w:t xml:space="preserve">tính chính xác của </w:t>
            </w:r>
            <w:r w:rsidRPr="00972B74">
              <w:rPr>
                <w:rFonts w:cs="Times New Roman"/>
                <w:sz w:val="28"/>
                <w:szCs w:val="28"/>
                <w:lang w:val="vi-VN"/>
              </w:rPr>
              <w:t xml:space="preserve">hồ sơ, </w:t>
            </w:r>
            <w:r w:rsidR="003578D4" w:rsidRPr="003578D4">
              <w:rPr>
                <w:rFonts w:cs="Times New Roman"/>
                <w:sz w:val="28"/>
                <w:szCs w:val="28"/>
                <w:lang w:val="vi-VN"/>
              </w:rPr>
              <w:t>thành tích đề nghị.</w:t>
            </w:r>
          </w:p>
          <w:p w14:paraId="13065214" w14:textId="399B1EB0" w:rsidR="00A02898" w:rsidRPr="00B75C37" w:rsidRDefault="00FD1939" w:rsidP="009A354E">
            <w:pPr>
              <w:widowControl w:val="0"/>
              <w:spacing w:before="120" w:after="120" w:line="240" w:lineRule="auto"/>
              <w:jc w:val="both"/>
              <w:rPr>
                <w:rFonts w:cs="Times New Roman"/>
                <w:sz w:val="28"/>
                <w:szCs w:val="28"/>
                <w:lang w:val="vi-VN"/>
              </w:rPr>
            </w:pPr>
            <w:r w:rsidRPr="00FD1939">
              <w:rPr>
                <w:rFonts w:cs="Times New Roman"/>
                <w:sz w:val="28"/>
                <w:szCs w:val="28"/>
                <w:lang w:val="vi-VN"/>
              </w:rPr>
              <w:t>b</w:t>
            </w:r>
            <w:r w:rsidR="00A02898" w:rsidRPr="00972B74">
              <w:rPr>
                <w:rFonts w:cs="Times New Roman"/>
                <w:sz w:val="28"/>
                <w:szCs w:val="28"/>
                <w:lang w:val="vi-VN"/>
              </w:rPr>
              <w:t xml:space="preserve">) </w:t>
            </w:r>
            <w:r w:rsidRPr="00972B74">
              <w:rPr>
                <w:rFonts w:cs="Times New Roman"/>
                <w:sz w:val="28"/>
                <w:szCs w:val="28"/>
                <w:lang w:val="vi-VN"/>
              </w:rPr>
              <w:t xml:space="preserve">Lý do Nhà nước cần quy định: Quy định hồ sơ, thủ tục để đảm bảo thống nhất, công khai, minh bạch, đúng tiêu chuẩn trong thực hiện quy định của pháp luật về </w:t>
            </w:r>
            <w:r w:rsidR="00B75C37">
              <w:rPr>
                <w:rFonts w:cs="Times New Roman"/>
                <w:sz w:val="28"/>
                <w:szCs w:val="28"/>
                <w:lang w:val="vi-VN"/>
              </w:rPr>
              <w:t xml:space="preserve">thi đua, khen thưởng và thực hiện nhiệm vụ của </w:t>
            </w:r>
            <w:r w:rsidR="00B75C37" w:rsidRPr="00B75C37">
              <w:rPr>
                <w:rFonts w:cs="Times New Roman"/>
                <w:sz w:val="28"/>
                <w:szCs w:val="28"/>
                <w:lang w:val="vi-VN"/>
              </w:rPr>
              <w:t>Hội đồng nhân dân tỉnh giao.</w:t>
            </w:r>
          </w:p>
        </w:tc>
      </w:tr>
      <w:tr w:rsidR="00A02898" w:rsidRPr="007D6940" w14:paraId="64E266A4" w14:textId="77777777" w:rsidTr="00A23EBB">
        <w:tc>
          <w:tcPr>
            <w:tcW w:w="3544" w:type="dxa"/>
          </w:tcPr>
          <w:p w14:paraId="055D9010" w14:textId="108FD488" w:rsidR="00A02898" w:rsidRPr="00A23EBB" w:rsidRDefault="00A02898" w:rsidP="003578D4">
            <w:pPr>
              <w:widowControl w:val="0"/>
              <w:spacing w:before="120" w:line="240" w:lineRule="auto"/>
              <w:jc w:val="both"/>
              <w:rPr>
                <w:rFonts w:ascii="Times New Roman Bold" w:hAnsi="Times New Roman Bold" w:cs="Times New Roman"/>
                <w:spacing w:val="-6"/>
                <w:sz w:val="28"/>
                <w:szCs w:val="28"/>
                <w:lang w:val="vi-VN"/>
              </w:rPr>
            </w:pPr>
            <w:r w:rsidRPr="00A23EBB">
              <w:rPr>
                <w:rFonts w:ascii="Times New Roman Bold" w:hAnsi="Times New Roman Bold" w:cs="Times New Roman"/>
                <w:b/>
                <w:spacing w:val="-6"/>
                <w:sz w:val="28"/>
                <w:szCs w:val="28"/>
                <w:lang w:val="vi-VN"/>
              </w:rPr>
              <w:lastRenderedPageBreak/>
              <w:t>3. Lý do lựa chọn biện pháp quy định thủ tục hành chính?</w:t>
            </w:r>
          </w:p>
        </w:tc>
        <w:tc>
          <w:tcPr>
            <w:tcW w:w="10914" w:type="dxa"/>
          </w:tcPr>
          <w:p w14:paraId="6D44502B" w14:textId="00C0009E" w:rsidR="00C542CB" w:rsidRDefault="00A02898" w:rsidP="00C542CB">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Nếu không quy định rõ thành phần hồ sơ, cách thức nộp, thời hạn giải quyết, cơ quan quyết định, kết quả giải quyết </w:t>
            </w:r>
            <w:r w:rsidR="00C542CB">
              <w:rPr>
                <w:rFonts w:cs="Times New Roman"/>
                <w:sz w:val="28"/>
                <w:szCs w:val="28"/>
                <w:lang w:val="vi-VN"/>
              </w:rPr>
              <w:t>trong thực hiện xét</w:t>
            </w:r>
            <w:r w:rsidR="00B75C37" w:rsidRPr="00B75C37">
              <w:rPr>
                <w:rFonts w:cs="Times New Roman"/>
                <w:sz w:val="28"/>
                <w:szCs w:val="28"/>
                <w:lang w:val="vi-VN"/>
              </w:rPr>
              <w:t xml:space="preserve"> tặng Kỷ niệm chương</w:t>
            </w:r>
            <w:r w:rsidRPr="00972B74">
              <w:rPr>
                <w:rFonts w:cs="Times New Roman"/>
                <w:sz w:val="28"/>
                <w:szCs w:val="28"/>
                <w:lang w:val="vi-VN"/>
              </w:rPr>
              <w:t xml:space="preserve"> </w:t>
            </w:r>
            <w:r w:rsidR="00B75C37" w:rsidRPr="00C542CB">
              <w:rPr>
                <w:rFonts w:cs="Times New Roman"/>
                <w:sz w:val="28"/>
                <w:szCs w:val="28"/>
                <w:lang w:val="vi-VN"/>
              </w:rPr>
              <w:t>sẽ không đ</w:t>
            </w:r>
            <w:r w:rsidR="00C542CB">
              <w:rPr>
                <w:rFonts w:cs="Times New Roman"/>
                <w:sz w:val="28"/>
                <w:szCs w:val="28"/>
                <w:lang w:val="vi-VN"/>
              </w:rPr>
              <w:t>ảm bảo về đối tượng, tiêu chuẩn theo quy định.</w:t>
            </w:r>
          </w:p>
          <w:p w14:paraId="716C5AC0" w14:textId="7FBE48D8" w:rsidR="00A02898" w:rsidRPr="009A354E" w:rsidRDefault="00A02898" w:rsidP="009A354E">
            <w:pPr>
              <w:widowControl w:val="0"/>
              <w:spacing w:before="120" w:after="120" w:line="240" w:lineRule="auto"/>
              <w:jc w:val="both"/>
              <w:rPr>
                <w:rFonts w:cs="Times New Roman"/>
                <w:spacing w:val="-4"/>
                <w:sz w:val="28"/>
                <w:szCs w:val="28"/>
                <w:lang w:val="vi-VN"/>
              </w:rPr>
            </w:pPr>
            <w:r w:rsidRPr="009A354E">
              <w:rPr>
                <w:rFonts w:cs="Times New Roman"/>
                <w:spacing w:val="-4"/>
                <w:sz w:val="28"/>
                <w:szCs w:val="28"/>
                <w:lang w:val="vi-VN"/>
              </w:rPr>
              <w:t xml:space="preserve">b) Điều, khoản quy định thủ tục hành chính tại dự thảo văn bản: </w:t>
            </w:r>
            <w:r w:rsidR="00C542CB" w:rsidRPr="009A354E">
              <w:rPr>
                <w:rFonts w:cs="Times New Roman"/>
                <w:spacing w:val="-4"/>
                <w:sz w:val="28"/>
                <w:szCs w:val="28"/>
                <w:lang w:val="vi-VN"/>
              </w:rPr>
              <w:t xml:space="preserve">Khoản 6 Điều 17 </w:t>
            </w:r>
            <w:r w:rsidRPr="009A354E">
              <w:rPr>
                <w:rFonts w:cs="Times New Roman"/>
                <w:spacing w:val="-4"/>
                <w:sz w:val="28"/>
                <w:szCs w:val="28"/>
                <w:lang w:val="vi-VN"/>
              </w:rPr>
              <w:t xml:space="preserve">quy định </w:t>
            </w:r>
            <w:r w:rsidR="00C542CB" w:rsidRPr="009A354E">
              <w:rPr>
                <w:rFonts w:cs="Times New Roman"/>
                <w:spacing w:val="-4"/>
                <w:sz w:val="28"/>
                <w:szCs w:val="28"/>
                <w:lang w:val="vi-VN"/>
              </w:rPr>
              <w:t>về hồ sơ đề nghị xét tặng Kỷ niệm chương</w:t>
            </w:r>
            <w:r w:rsidRPr="009A354E">
              <w:rPr>
                <w:rFonts w:cs="Times New Roman"/>
                <w:spacing w:val="-4"/>
                <w:sz w:val="28"/>
                <w:szCs w:val="28"/>
                <w:lang w:val="vi-VN"/>
              </w:rPr>
              <w:t xml:space="preserve">; </w:t>
            </w:r>
            <w:r w:rsidR="00C542CB" w:rsidRPr="009A354E">
              <w:rPr>
                <w:rFonts w:cs="Times New Roman"/>
                <w:spacing w:val="-4"/>
                <w:sz w:val="28"/>
                <w:szCs w:val="28"/>
                <w:lang w:val="vi-VN"/>
              </w:rPr>
              <w:t xml:space="preserve">khoản 7 </w:t>
            </w:r>
            <w:r w:rsidRPr="009A354E">
              <w:rPr>
                <w:rFonts w:cs="Times New Roman"/>
                <w:spacing w:val="-4"/>
                <w:sz w:val="28"/>
                <w:szCs w:val="28"/>
                <w:lang w:val="vi-VN"/>
              </w:rPr>
              <w:t xml:space="preserve">Điều </w:t>
            </w:r>
            <w:r w:rsidR="00C542CB" w:rsidRPr="009A354E">
              <w:rPr>
                <w:rFonts w:cs="Times New Roman"/>
                <w:spacing w:val="-4"/>
                <w:sz w:val="28"/>
                <w:szCs w:val="28"/>
                <w:lang w:val="vi-VN"/>
              </w:rPr>
              <w:t>1</w:t>
            </w:r>
            <w:r w:rsidRPr="009A354E">
              <w:rPr>
                <w:rFonts w:cs="Times New Roman"/>
                <w:spacing w:val="-4"/>
                <w:sz w:val="28"/>
                <w:szCs w:val="28"/>
                <w:lang w:val="vi-VN"/>
              </w:rPr>
              <w:t xml:space="preserve">7 quy định </w:t>
            </w:r>
            <w:r w:rsidR="00C542CB" w:rsidRPr="009A354E">
              <w:rPr>
                <w:rFonts w:cs="Times New Roman"/>
                <w:spacing w:val="-4"/>
                <w:sz w:val="28"/>
                <w:szCs w:val="28"/>
                <w:lang w:val="vi-VN"/>
              </w:rPr>
              <w:t>về thủ tục đề nghị xét tặng Kỷ niệm chương</w:t>
            </w:r>
            <w:r w:rsidRPr="009A354E">
              <w:rPr>
                <w:rFonts w:cs="Times New Roman"/>
                <w:spacing w:val="-4"/>
                <w:sz w:val="28"/>
                <w:szCs w:val="28"/>
                <w:lang w:val="vi-VN"/>
              </w:rPr>
              <w:t>.</w:t>
            </w:r>
          </w:p>
        </w:tc>
      </w:tr>
      <w:tr w:rsidR="00A02898" w:rsidRPr="007D6940" w14:paraId="27B9EBC9" w14:textId="77777777" w:rsidTr="00A23EBB">
        <w:tc>
          <w:tcPr>
            <w:tcW w:w="3544" w:type="dxa"/>
          </w:tcPr>
          <w:p w14:paraId="5A679240" w14:textId="0BD02A24" w:rsidR="00A02898" w:rsidRPr="009A354E" w:rsidRDefault="00A02898" w:rsidP="009A354E">
            <w:pPr>
              <w:widowControl w:val="0"/>
              <w:spacing w:before="120" w:after="120"/>
              <w:jc w:val="both"/>
              <w:rPr>
                <w:rFonts w:ascii="Times New Roman Bold" w:hAnsi="Times New Roman Bold" w:cs="Times New Roman"/>
                <w:spacing w:val="-8"/>
                <w:sz w:val="28"/>
                <w:szCs w:val="28"/>
                <w:lang w:val="vi-VN"/>
              </w:rPr>
            </w:pPr>
            <w:r w:rsidRPr="009A354E">
              <w:rPr>
                <w:rFonts w:ascii="Times New Roman Bold" w:hAnsi="Times New Roman Bold" w:cs="Times New Roman"/>
                <w:b/>
                <w:spacing w:val="-8"/>
                <w:sz w:val="28"/>
                <w:szCs w:val="28"/>
                <w:lang w:val="vi-VN"/>
              </w:rPr>
              <w:t>4. Có biện pháp nào khác có thể sử dụng mà không phải bằng quy định thủ tục hành chính không?</w:t>
            </w:r>
          </w:p>
        </w:tc>
        <w:tc>
          <w:tcPr>
            <w:tcW w:w="10914" w:type="dxa"/>
          </w:tcPr>
          <w:p w14:paraId="25EE32FD" w14:textId="15038FF4" w:rsidR="00A02898" w:rsidRPr="00972B74" w:rsidRDefault="00A02898" w:rsidP="009A354E">
            <w:pPr>
              <w:widowControl w:val="0"/>
              <w:spacing w:before="120"/>
              <w:rPr>
                <w:rFonts w:cs="Times New Roman"/>
                <w:sz w:val="28"/>
                <w:szCs w:val="28"/>
                <w:lang w:val="vi-VN"/>
              </w:rPr>
            </w:pPr>
            <w:r w:rsidRPr="00972B74">
              <w:rPr>
                <w:rFonts w:cs="Times New Roman"/>
                <w:sz w:val="28"/>
                <w:szCs w:val="28"/>
                <w:lang w:val="vi-VN"/>
              </w:rPr>
              <w:t>Có []       Không [</w:t>
            </w:r>
            <w:r w:rsidR="00C542CB" w:rsidRPr="00972B74">
              <w:rPr>
                <w:rFonts w:cs="Times New Roman"/>
                <w:sz w:val="28"/>
                <w:szCs w:val="28"/>
                <w:lang w:val="vi-VN"/>
              </w:rPr>
              <w:t>x</w:t>
            </w:r>
            <w:r w:rsidRPr="00972B74">
              <w:rPr>
                <w:rFonts w:cs="Times New Roman"/>
                <w:sz w:val="28"/>
                <w:szCs w:val="28"/>
                <w:lang w:val="vi-VN"/>
              </w:rPr>
              <w:t xml:space="preserve"> ]</w:t>
            </w:r>
          </w:p>
          <w:p w14:paraId="52627F49" w14:textId="2DEBA32A" w:rsidR="00A02898" w:rsidRPr="00972B74" w:rsidRDefault="00A02898" w:rsidP="00C542CB">
            <w:pPr>
              <w:widowControl w:val="0"/>
              <w:jc w:val="both"/>
              <w:rPr>
                <w:rFonts w:cs="Times New Roman"/>
                <w:sz w:val="28"/>
                <w:szCs w:val="28"/>
                <w:lang w:val="vi-VN"/>
              </w:rPr>
            </w:pPr>
            <w:r w:rsidRPr="00972B74">
              <w:rPr>
                <w:rFonts w:cs="Times New Roman"/>
                <w:sz w:val="28"/>
                <w:szCs w:val="28"/>
                <w:lang w:val="vi-VN"/>
              </w:rPr>
              <w:t xml:space="preserve">Nếu </w:t>
            </w:r>
            <w:r w:rsidR="00C542CB" w:rsidRPr="00C542CB">
              <w:rPr>
                <w:rFonts w:cs="Times New Roman"/>
                <w:sz w:val="28"/>
                <w:szCs w:val="28"/>
                <w:lang w:val="vi-VN"/>
              </w:rPr>
              <w:t>Không</w:t>
            </w:r>
            <w:r w:rsidRPr="00972B74">
              <w:rPr>
                <w:rFonts w:cs="Times New Roman"/>
                <w:sz w:val="28"/>
                <w:szCs w:val="28"/>
                <w:lang w:val="vi-VN"/>
              </w:rPr>
              <w:t xml:space="preserve">, nêu rõ </w:t>
            </w:r>
            <w:r w:rsidR="00C542CB" w:rsidRPr="00C542CB">
              <w:rPr>
                <w:rFonts w:cs="Times New Roman"/>
                <w:sz w:val="28"/>
                <w:szCs w:val="28"/>
                <w:lang w:val="vi-VN"/>
              </w:rPr>
              <w:t>lý do</w:t>
            </w:r>
            <w:r w:rsidRPr="00972B74">
              <w:rPr>
                <w:rFonts w:cs="Times New Roman"/>
                <w:sz w:val="28"/>
                <w:szCs w:val="28"/>
                <w:lang w:val="vi-VN"/>
              </w:rPr>
              <w:t xml:space="preserve">: </w:t>
            </w:r>
            <w:r w:rsidR="00C542CB" w:rsidRPr="00C542CB">
              <w:rPr>
                <w:rFonts w:cs="Times New Roman"/>
                <w:sz w:val="28"/>
                <w:szCs w:val="28"/>
                <w:lang w:val="vi-VN"/>
              </w:rPr>
              <w:t>C</w:t>
            </w:r>
            <w:r w:rsidRPr="00972B74">
              <w:rPr>
                <w:rFonts w:cs="Times New Roman"/>
                <w:sz w:val="28"/>
                <w:szCs w:val="28"/>
                <w:lang w:val="vi-VN"/>
              </w:rPr>
              <w:t>ần quy định thủ tục hành chính ở mức cần thiết, với 01 bộ hồ sơ, cách thức nộp đa dạng, không thu phí,</w:t>
            </w:r>
            <w:r w:rsidR="00C542CB">
              <w:rPr>
                <w:rFonts w:cs="Times New Roman"/>
                <w:sz w:val="28"/>
                <w:szCs w:val="28"/>
                <w:lang w:val="vi-VN"/>
              </w:rPr>
              <w:t xml:space="preserve"> lệ phí</w:t>
            </w:r>
            <w:r w:rsidRPr="00972B74">
              <w:rPr>
                <w:rFonts w:cs="Times New Roman"/>
                <w:sz w:val="28"/>
                <w:szCs w:val="28"/>
                <w:lang w:val="vi-VN"/>
              </w:rPr>
              <w:t>.</w:t>
            </w:r>
          </w:p>
        </w:tc>
      </w:tr>
      <w:tr w:rsidR="00A02898" w:rsidRPr="007D6940" w14:paraId="0E1F0215" w14:textId="77777777" w:rsidTr="00972B74">
        <w:tc>
          <w:tcPr>
            <w:tcW w:w="14458" w:type="dxa"/>
            <w:gridSpan w:val="2"/>
          </w:tcPr>
          <w:p w14:paraId="1EA72ABB" w14:textId="1C37742A" w:rsidR="00A02898" w:rsidRPr="00972B74" w:rsidRDefault="00A02898" w:rsidP="009A354E">
            <w:pPr>
              <w:widowControl w:val="0"/>
              <w:spacing w:before="120" w:after="120"/>
              <w:jc w:val="both"/>
              <w:rPr>
                <w:rFonts w:cs="Times New Roman"/>
                <w:sz w:val="28"/>
                <w:szCs w:val="28"/>
                <w:lang w:val="vi-VN"/>
              </w:rPr>
            </w:pPr>
            <w:r w:rsidRPr="00972B74">
              <w:rPr>
                <w:rFonts w:cs="Times New Roman"/>
                <w:b/>
                <w:sz w:val="28"/>
                <w:szCs w:val="28"/>
                <w:lang w:val="vi-VN"/>
              </w:rPr>
              <w:t>II. ĐÁNH GIÁ TÍNH HỢP HIẾN, HỢP PHÁP CỦA THỦ TỤC HÀNH CHÍNH</w:t>
            </w:r>
          </w:p>
        </w:tc>
      </w:tr>
      <w:tr w:rsidR="00A02898" w:rsidRPr="007D6940" w14:paraId="3003522D" w14:textId="77777777" w:rsidTr="00A23EBB">
        <w:tc>
          <w:tcPr>
            <w:tcW w:w="3544" w:type="dxa"/>
          </w:tcPr>
          <w:p w14:paraId="669713E2" w14:textId="20064BCB" w:rsidR="00A02898" w:rsidRPr="00972B74" w:rsidRDefault="00A02898" w:rsidP="009A354E">
            <w:pPr>
              <w:widowControl w:val="0"/>
              <w:spacing w:before="120"/>
              <w:rPr>
                <w:rFonts w:cs="Times New Roman"/>
                <w:sz w:val="28"/>
                <w:szCs w:val="28"/>
                <w:lang w:val="vi-VN"/>
              </w:rPr>
            </w:pPr>
            <w:r w:rsidRPr="00972B74">
              <w:rPr>
                <w:rFonts w:cs="Times New Roman"/>
                <w:b/>
                <w:sz w:val="28"/>
                <w:szCs w:val="28"/>
                <w:lang w:val="vi-VN"/>
              </w:rPr>
              <w:t>1. Có phù hợp với Hiến pháp không?</w:t>
            </w:r>
          </w:p>
        </w:tc>
        <w:tc>
          <w:tcPr>
            <w:tcW w:w="10914" w:type="dxa"/>
          </w:tcPr>
          <w:p w14:paraId="63E65213" w14:textId="5911CB6F" w:rsidR="00A02898" w:rsidRPr="00972B74" w:rsidRDefault="00A23EBB" w:rsidP="009A354E">
            <w:pPr>
              <w:widowControl w:val="0"/>
              <w:spacing w:before="120"/>
              <w:rPr>
                <w:rFonts w:cs="Times New Roman"/>
                <w:sz w:val="28"/>
                <w:szCs w:val="28"/>
                <w:lang w:val="vi-VN"/>
              </w:rPr>
            </w:pPr>
            <w:r>
              <w:rPr>
                <w:rFonts w:cs="Times New Roman"/>
                <w:sz w:val="28"/>
                <w:szCs w:val="28"/>
                <w:lang w:val="vi-VN"/>
              </w:rPr>
              <w:t>Có [x]       Không [</w:t>
            </w:r>
            <w:r w:rsidR="00A02898" w:rsidRPr="00972B74">
              <w:rPr>
                <w:rFonts w:cs="Times New Roman"/>
                <w:sz w:val="28"/>
                <w:szCs w:val="28"/>
                <w:lang w:val="vi-VN"/>
              </w:rPr>
              <w:t>]</w:t>
            </w:r>
          </w:p>
          <w:p w14:paraId="4CE2B33F" w14:textId="29DA8D3F" w:rsidR="00A02898" w:rsidRPr="00972B74" w:rsidRDefault="00A02898" w:rsidP="009A354E">
            <w:pPr>
              <w:widowControl w:val="0"/>
              <w:spacing w:after="120"/>
              <w:jc w:val="both"/>
              <w:rPr>
                <w:rFonts w:cs="Times New Roman"/>
                <w:sz w:val="28"/>
                <w:szCs w:val="28"/>
                <w:lang w:val="vi-VN"/>
              </w:rPr>
            </w:pPr>
            <w:r w:rsidRPr="00972B74">
              <w:rPr>
                <w:rFonts w:cs="Times New Roman"/>
                <w:sz w:val="28"/>
                <w:szCs w:val="28"/>
                <w:lang w:val="vi-VN"/>
              </w:rPr>
              <w:t xml:space="preserve">Nêu rõ lý do: Quy định thủ tục hành chính nhằm bảo đảm quyền, lợi ích hợp pháp của tổ chức, cá nhân trong </w:t>
            </w:r>
            <w:r w:rsidR="00C542CB" w:rsidRPr="00C542CB">
              <w:rPr>
                <w:rFonts w:cs="Times New Roman"/>
                <w:sz w:val="28"/>
                <w:szCs w:val="28"/>
                <w:lang w:val="vi-VN"/>
              </w:rPr>
              <w:t>thực hiện pháp luật về thi đua, khen thưởng</w:t>
            </w:r>
            <w:r w:rsidRPr="00972B74">
              <w:rPr>
                <w:rFonts w:cs="Times New Roman"/>
                <w:sz w:val="28"/>
                <w:szCs w:val="28"/>
                <w:lang w:val="vi-VN"/>
              </w:rPr>
              <w:t>; đồng thời bảo đảm việc quản lý</w:t>
            </w:r>
            <w:r w:rsidR="00C542CB" w:rsidRPr="00C542CB">
              <w:rPr>
                <w:rFonts w:cs="Times New Roman"/>
                <w:sz w:val="28"/>
                <w:szCs w:val="28"/>
                <w:lang w:val="vi-VN"/>
              </w:rPr>
              <w:t xml:space="preserve"> </w:t>
            </w:r>
            <w:r w:rsidRPr="00972B74">
              <w:rPr>
                <w:rFonts w:cs="Times New Roman"/>
                <w:sz w:val="28"/>
                <w:szCs w:val="28"/>
                <w:lang w:val="vi-VN"/>
              </w:rPr>
              <w:t xml:space="preserve">nhà nước </w:t>
            </w:r>
            <w:r w:rsidR="00C542CB" w:rsidRPr="00C542CB">
              <w:rPr>
                <w:rFonts w:cs="Times New Roman"/>
                <w:sz w:val="28"/>
                <w:szCs w:val="28"/>
                <w:lang w:val="vi-VN"/>
              </w:rPr>
              <w:t xml:space="preserve">về thi đua, khen thưởng được </w:t>
            </w:r>
            <w:r w:rsidRPr="00972B74">
              <w:rPr>
                <w:rFonts w:cs="Times New Roman"/>
                <w:sz w:val="28"/>
                <w:szCs w:val="28"/>
                <w:lang w:val="vi-VN"/>
              </w:rPr>
              <w:t xml:space="preserve">công khai, minh bạch, đúng đối tượng, đúng </w:t>
            </w:r>
            <w:r w:rsidR="00C542CB" w:rsidRPr="00C542CB">
              <w:rPr>
                <w:rFonts w:cs="Times New Roman"/>
                <w:sz w:val="28"/>
                <w:szCs w:val="28"/>
                <w:lang w:val="vi-VN"/>
              </w:rPr>
              <w:t>tiêu chuẩn</w:t>
            </w:r>
            <w:r w:rsidRPr="00972B74">
              <w:rPr>
                <w:rFonts w:cs="Times New Roman"/>
                <w:sz w:val="28"/>
                <w:szCs w:val="28"/>
                <w:lang w:val="vi-VN"/>
              </w:rPr>
              <w:t xml:space="preserve">. Dự thảo không đặt ra </w:t>
            </w:r>
            <w:r w:rsidR="00C542CB" w:rsidRPr="00C542CB">
              <w:rPr>
                <w:rFonts w:cs="Times New Roman"/>
                <w:sz w:val="28"/>
                <w:szCs w:val="28"/>
                <w:lang w:val="vi-VN"/>
              </w:rPr>
              <w:t xml:space="preserve">vấn đề </w:t>
            </w:r>
            <w:r w:rsidRPr="00972B74">
              <w:rPr>
                <w:rFonts w:cs="Times New Roman"/>
                <w:sz w:val="28"/>
                <w:szCs w:val="28"/>
                <w:lang w:val="vi-VN"/>
              </w:rPr>
              <w:t xml:space="preserve">hạn chế quyền con người, quyền công dân trái Hiến pháp; không phân biệt đối xử giữa các </w:t>
            </w:r>
            <w:r w:rsidR="00C542CB" w:rsidRPr="00C542CB">
              <w:rPr>
                <w:rFonts w:cs="Times New Roman"/>
                <w:sz w:val="28"/>
                <w:szCs w:val="28"/>
                <w:lang w:val="vi-VN"/>
              </w:rPr>
              <w:t>cá nhân</w:t>
            </w:r>
            <w:r w:rsidR="00C542CB">
              <w:rPr>
                <w:rFonts w:cs="Times New Roman"/>
                <w:sz w:val="28"/>
                <w:szCs w:val="28"/>
                <w:lang w:val="vi-VN"/>
              </w:rPr>
              <w:t xml:space="preserve"> có đủ tiêu chuẩn theo quy định.</w:t>
            </w:r>
          </w:p>
        </w:tc>
      </w:tr>
      <w:tr w:rsidR="00154D6C" w:rsidRPr="007D6940" w14:paraId="63D5B0C5" w14:textId="77777777" w:rsidTr="00A23EBB">
        <w:tc>
          <w:tcPr>
            <w:tcW w:w="3544" w:type="dxa"/>
          </w:tcPr>
          <w:p w14:paraId="39C4FF43" w14:textId="14813A84" w:rsidR="00154D6C" w:rsidRPr="009A354E" w:rsidRDefault="00154D6C" w:rsidP="009A354E">
            <w:pPr>
              <w:widowControl w:val="0"/>
              <w:spacing w:before="120"/>
              <w:jc w:val="both"/>
              <w:rPr>
                <w:rFonts w:ascii="Times New Roman Bold" w:hAnsi="Times New Roman Bold" w:cs="Times New Roman"/>
                <w:spacing w:val="-10"/>
                <w:sz w:val="28"/>
                <w:szCs w:val="28"/>
                <w:lang w:val="vi-VN"/>
              </w:rPr>
            </w:pPr>
            <w:r w:rsidRPr="009A354E">
              <w:rPr>
                <w:rFonts w:ascii="Times New Roman Bold" w:hAnsi="Times New Roman Bold" w:cs="Times New Roman"/>
                <w:b/>
                <w:spacing w:val="-10"/>
                <w:sz w:val="28"/>
                <w:szCs w:val="28"/>
                <w:lang w:val="vi-VN"/>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10914" w:type="dxa"/>
          </w:tcPr>
          <w:p w14:paraId="3E7171F2" w14:textId="04679B3F" w:rsidR="00154D6C" w:rsidRPr="00972B74" w:rsidRDefault="00154D6C" w:rsidP="009A354E">
            <w:pPr>
              <w:widowControl w:val="0"/>
              <w:spacing w:before="120"/>
              <w:jc w:val="both"/>
              <w:rPr>
                <w:rFonts w:cs="Times New Roman"/>
                <w:sz w:val="28"/>
                <w:szCs w:val="28"/>
                <w:lang w:val="vi-VN"/>
              </w:rPr>
            </w:pPr>
            <w:r w:rsidRPr="00972B74">
              <w:rPr>
                <w:rFonts w:cs="Times New Roman"/>
                <w:sz w:val="28"/>
                <w:szCs w:val="28"/>
                <w:lang w:val="vi-VN"/>
              </w:rPr>
              <w:t xml:space="preserve">- Với văn bản của </w:t>
            </w:r>
            <w:r w:rsidR="00A23EBB">
              <w:rPr>
                <w:rFonts w:cs="Times New Roman"/>
                <w:sz w:val="28"/>
                <w:szCs w:val="28"/>
                <w:lang w:val="vi-VN"/>
              </w:rPr>
              <w:t>cơ quan nhà nước cấp trên: Có [</w:t>
            </w:r>
            <w:r w:rsidRPr="00972B74">
              <w:rPr>
                <w:rFonts w:cs="Times New Roman"/>
                <w:sz w:val="28"/>
                <w:szCs w:val="28"/>
                <w:lang w:val="vi-VN"/>
              </w:rPr>
              <w:t>]       Không [x]</w:t>
            </w:r>
          </w:p>
          <w:p w14:paraId="212D274F" w14:textId="1C4C2DB0" w:rsidR="00154D6C" w:rsidRPr="00EB1BEB" w:rsidRDefault="00C542CB" w:rsidP="002B61F8">
            <w:pPr>
              <w:widowControl w:val="0"/>
              <w:jc w:val="both"/>
              <w:rPr>
                <w:rFonts w:cs="Times New Roman"/>
                <w:sz w:val="28"/>
                <w:szCs w:val="28"/>
                <w:lang w:val="vi-VN"/>
              </w:rPr>
            </w:pPr>
            <w:r>
              <w:rPr>
                <w:rFonts w:cs="Times New Roman"/>
                <w:sz w:val="28"/>
                <w:szCs w:val="28"/>
                <w:lang w:val="vi-VN"/>
              </w:rPr>
              <w:t xml:space="preserve">Lý do: </w:t>
            </w:r>
            <w:r w:rsidRPr="00C542CB">
              <w:rPr>
                <w:rFonts w:cs="Times New Roman"/>
                <w:sz w:val="28"/>
                <w:szCs w:val="28"/>
                <w:lang w:val="vi-VN"/>
              </w:rPr>
              <w:t>T</w:t>
            </w:r>
            <w:r w:rsidR="00154D6C" w:rsidRPr="00972B74">
              <w:rPr>
                <w:rFonts w:cs="Times New Roman"/>
                <w:sz w:val="28"/>
                <w:szCs w:val="28"/>
                <w:lang w:val="vi-VN"/>
              </w:rPr>
              <w:t xml:space="preserve">hủ tục được xây dựng trên cơ sở Nghị quyết số </w:t>
            </w:r>
            <w:r>
              <w:rPr>
                <w:rFonts w:cs="Times New Roman"/>
                <w:sz w:val="28"/>
                <w:szCs w:val="28"/>
                <w:lang w:val="vi-VN"/>
              </w:rPr>
              <w:t>…</w:t>
            </w:r>
            <w:r w:rsidR="00154D6C" w:rsidRPr="00972B74">
              <w:rPr>
                <w:rFonts w:cs="Times New Roman"/>
                <w:sz w:val="28"/>
                <w:szCs w:val="28"/>
                <w:lang w:val="vi-VN"/>
              </w:rPr>
              <w:t xml:space="preserve">/2026/NQ-HĐND, Luật </w:t>
            </w:r>
            <w:r w:rsidRPr="00C542CB">
              <w:rPr>
                <w:rFonts w:cs="Times New Roman"/>
                <w:sz w:val="28"/>
                <w:szCs w:val="28"/>
                <w:lang w:val="vi-VN"/>
              </w:rPr>
              <w:t>số 06/2026/QH16 sửa đổi, bổ sung Luật Thi đua, khen thưởng</w:t>
            </w:r>
            <w:r w:rsidR="00154D6C" w:rsidRPr="00972B74">
              <w:rPr>
                <w:rFonts w:cs="Times New Roman"/>
                <w:sz w:val="28"/>
                <w:szCs w:val="28"/>
                <w:lang w:val="vi-VN"/>
              </w:rPr>
              <w:t>, pháp luật ban hành văn bản quy phạm pháp luậ</w:t>
            </w:r>
            <w:r>
              <w:rPr>
                <w:rFonts w:cs="Times New Roman"/>
                <w:sz w:val="28"/>
                <w:szCs w:val="28"/>
                <w:lang w:val="vi-VN"/>
              </w:rPr>
              <w:t>t, kiểm soát thủ tục hành chính</w:t>
            </w:r>
            <w:r w:rsidR="00154D6C" w:rsidRPr="00972B74">
              <w:rPr>
                <w:rFonts w:cs="Times New Roman"/>
                <w:sz w:val="28"/>
                <w:szCs w:val="28"/>
                <w:lang w:val="vi-VN"/>
              </w:rPr>
              <w:t xml:space="preserve">; dự thảo </w:t>
            </w:r>
            <w:r w:rsidR="00EB1BEB">
              <w:rPr>
                <w:rFonts w:cs="Times New Roman"/>
                <w:sz w:val="28"/>
                <w:szCs w:val="28"/>
                <w:lang w:val="vi-VN"/>
              </w:rPr>
              <w:t xml:space="preserve">chỉ cụ thể hóa trình tự, hồ sơ </w:t>
            </w:r>
            <w:r w:rsidR="00154D6C" w:rsidRPr="00972B74">
              <w:rPr>
                <w:rFonts w:cs="Times New Roman"/>
                <w:sz w:val="28"/>
                <w:szCs w:val="28"/>
                <w:lang w:val="vi-VN"/>
              </w:rPr>
              <w:t xml:space="preserve">và trách nhiệm tổ chức thực hiện </w:t>
            </w:r>
            <w:r w:rsidR="00EB1BEB" w:rsidRPr="00EB1BEB">
              <w:rPr>
                <w:rFonts w:cs="Times New Roman"/>
                <w:sz w:val="28"/>
                <w:szCs w:val="28"/>
                <w:lang w:val="vi-VN"/>
              </w:rPr>
              <w:t>quy định</w:t>
            </w:r>
            <w:r w:rsidR="00154D6C" w:rsidRPr="00972B74">
              <w:rPr>
                <w:rFonts w:cs="Times New Roman"/>
                <w:sz w:val="28"/>
                <w:szCs w:val="28"/>
                <w:lang w:val="vi-VN"/>
              </w:rPr>
              <w:t xml:space="preserve"> đã được </w:t>
            </w:r>
            <w:r w:rsidR="00EB1BEB" w:rsidRPr="00EB1BEB">
              <w:rPr>
                <w:rFonts w:cs="Times New Roman"/>
                <w:sz w:val="28"/>
                <w:szCs w:val="28"/>
                <w:lang w:val="vi-VN"/>
              </w:rPr>
              <w:t xml:space="preserve">Nghị quyết của </w:t>
            </w:r>
            <w:r w:rsidR="00154D6C" w:rsidRPr="00972B74">
              <w:rPr>
                <w:rFonts w:cs="Times New Roman"/>
                <w:sz w:val="28"/>
                <w:szCs w:val="28"/>
                <w:lang w:val="vi-VN"/>
              </w:rPr>
              <w:t xml:space="preserve">Hội đồng nhân dân tỉnh </w:t>
            </w:r>
            <w:r w:rsidR="00EB1BEB" w:rsidRPr="00EB1BEB">
              <w:rPr>
                <w:rFonts w:cs="Times New Roman"/>
                <w:sz w:val="28"/>
                <w:szCs w:val="28"/>
                <w:lang w:val="vi-VN"/>
              </w:rPr>
              <w:t>thông qua.</w:t>
            </w:r>
          </w:p>
          <w:p w14:paraId="5C49C5BC" w14:textId="5372C8DF" w:rsidR="00154D6C" w:rsidRPr="00972B74" w:rsidRDefault="00154D6C" w:rsidP="002B61F8">
            <w:pPr>
              <w:widowControl w:val="0"/>
              <w:jc w:val="both"/>
              <w:rPr>
                <w:rFonts w:cs="Times New Roman"/>
                <w:sz w:val="28"/>
                <w:szCs w:val="28"/>
                <w:lang w:val="vi-VN"/>
              </w:rPr>
            </w:pPr>
            <w:r w:rsidRPr="00972B74">
              <w:rPr>
                <w:rFonts w:cs="Times New Roman"/>
                <w:sz w:val="28"/>
                <w:szCs w:val="28"/>
                <w:lang w:val="vi-VN"/>
              </w:rPr>
              <w:t>- Với</w:t>
            </w:r>
            <w:r w:rsidR="00A23EBB">
              <w:rPr>
                <w:rFonts w:cs="Times New Roman"/>
                <w:sz w:val="28"/>
                <w:szCs w:val="28"/>
                <w:lang w:val="vi-VN"/>
              </w:rPr>
              <w:t xml:space="preserve"> văn bản của cơ quan khác: Có [</w:t>
            </w:r>
            <w:r w:rsidRPr="00972B74">
              <w:rPr>
                <w:rFonts w:cs="Times New Roman"/>
                <w:sz w:val="28"/>
                <w:szCs w:val="28"/>
                <w:lang w:val="vi-VN"/>
              </w:rPr>
              <w:t>]       Không [x]</w:t>
            </w:r>
          </w:p>
          <w:p w14:paraId="15339471" w14:textId="093D5705" w:rsidR="00154D6C" w:rsidRPr="00A23EBB" w:rsidRDefault="00154D6C" w:rsidP="002B61F8">
            <w:pPr>
              <w:widowControl w:val="0"/>
              <w:jc w:val="both"/>
              <w:rPr>
                <w:rFonts w:cs="Times New Roman"/>
                <w:spacing w:val="-6"/>
                <w:sz w:val="28"/>
                <w:szCs w:val="28"/>
                <w:lang w:val="vi-VN"/>
              </w:rPr>
            </w:pPr>
            <w:r w:rsidRPr="00A23EBB">
              <w:rPr>
                <w:rFonts w:cs="Times New Roman"/>
                <w:spacing w:val="-6"/>
                <w:sz w:val="28"/>
                <w:szCs w:val="28"/>
                <w:lang w:val="vi-VN"/>
              </w:rPr>
              <w:t>- Với điều ước quốc tế có liên quan mà nước CHXHCN V</w:t>
            </w:r>
            <w:r w:rsidR="00A23EBB" w:rsidRPr="00A23EBB">
              <w:rPr>
                <w:rFonts w:cs="Times New Roman"/>
                <w:spacing w:val="-6"/>
                <w:sz w:val="28"/>
                <w:szCs w:val="28"/>
                <w:lang w:val="vi-VN"/>
              </w:rPr>
              <w:t>iệt Nam là thành viên: Có [</w:t>
            </w:r>
            <w:r w:rsidR="00EB1BEB" w:rsidRPr="00A23EBB">
              <w:rPr>
                <w:rFonts w:cs="Times New Roman"/>
                <w:spacing w:val="-6"/>
                <w:sz w:val="28"/>
                <w:szCs w:val="28"/>
                <w:lang w:val="vi-VN"/>
              </w:rPr>
              <w:t xml:space="preserve">]  </w:t>
            </w:r>
            <w:r w:rsidRPr="00A23EBB">
              <w:rPr>
                <w:rFonts w:cs="Times New Roman"/>
                <w:spacing w:val="-6"/>
                <w:sz w:val="28"/>
                <w:szCs w:val="28"/>
                <w:lang w:val="vi-VN"/>
              </w:rPr>
              <w:t>Không [x]</w:t>
            </w:r>
          </w:p>
          <w:p w14:paraId="55817E43" w14:textId="3F9C3225" w:rsidR="00154D6C" w:rsidRPr="00972B74" w:rsidRDefault="00154D6C" w:rsidP="009A354E">
            <w:pPr>
              <w:widowControl w:val="0"/>
              <w:spacing w:after="120"/>
              <w:jc w:val="both"/>
              <w:rPr>
                <w:rFonts w:cs="Times New Roman"/>
                <w:sz w:val="28"/>
                <w:szCs w:val="28"/>
                <w:lang w:val="vi-VN"/>
              </w:rPr>
            </w:pPr>
            <w:r w:rsidRPr="00972B74">
              <w:rPr>
                <w:rFonts w:cs="Times New Roman"/>
                <w:sz w:val="28"/>
                <w:szCs w:val="28"/>
                <w:lang w:val="vi-VN"/>
              </w:rPr>
              <w:lastRenderedPageBreak/>
              <w:t>Không phát hiện nội dung mâu t</w:t>
            </w:r>
            <w:r w:rsidR="00EB1BEB">
              <w:rPr>
                <w:rFonts w:cs="Times New Roman"/>
                <w:sz w:val="28"/>
                <w:szCs w:val="28"/>
                <w:lang w:val="vi-VN"/>
              </w:rPr>
              <w:t>huẫn, chồng chéo hoặc xung đột với các v</w:t>
            </w:r>
            <w:r w:rsidR="00EB1BEB" w:rsidRPr="00EB1BEB">
              <w:rPr>
                <w:rFonts w:cs="Times New Roman"/>
                <w:sz w:val="28"/>
                <w:szCs w:val="28"/>
                <w:lang w:val="vi-VN"/>
              </w:rPr>
              <w:t>ă</w:t>
            </w:r>
            <w:r w:rsidR="00EB1BEB">
              <w:rPr>
                <w:rFonts w:cs="Times New Roman"/>
                <w:sz w:val="28"/>
                <w:szCs w:val="28"/>
                <w:lang w:val="vi-VN"/>
              </w:rPr>
              <w:t>n bản của cơ quan khác</w:t>
            </w:r>
            <w:r w:rsidR="00EB1BEB" w:rsidRPr="00EB1BEB">
              <w:rPr>
                <w:rFonts w:cs="Times New Roman"/>
                <w:sz w:val="28"/>
                <w:szCs w:val="28"/>
                <w:lang w:val="vi-VN"/>
              </w:rPr>
              <w:t xml:space="preserve">; với </w:t>
            </w:r>
            <w:r w:rsidR="00EB1BEB">
              <w:rPr>
                <w:rFonts w:cs="Times New Roman"/>
                <w:sz w:val="28"/>
                <w:szCs w:val="28"/>
                <w:lang w:val="vi-VN"/>
              </w:rPr>
              <w:t>điều ước quốc tế có liên quan.</w:t>
            </w:r>
          </w:p>
        </w:tc>
      </w:tr>
      <w:tr w:rsidR="00154D6C" w:rsidRPr="007D6940" w14:paraId="6F8F495B" w14:textId="77777777" w:rsidTr="00972B74">
        <w:tc>
          <w:tcPr>
            <w:tcW w:w="14458" w:type="dxa"/>
            <w:gridSpan w:val="2"/>
          </w:tcPr>
          <w:p w14:paraId="0D46C8BA" w14:textId="389FECC0" w:rsidR="00154D6C" w:rsidRPr="00972B74" w:rsidRDefault="00154D6C" w:rsidP="009A354E">
            <w:pPr>
              <w:widowControl w:val="0"/>
              <w:spacing w:before="120" w:after="120"/>
              <w:rPr>
                <w:rFonts w:cs="Times New Roman"/>
                <w:sz w:val="28"/>
                <w:szCs w:val="28"/>
                <w:lang w:val="vi-VN"/>
              </w:rPr>
            </w:pPr>
            <w:r w:rsidRPr="00972B74">
              <w:rPr>
                <w:rFonts w:cs="Times New Roman"/>
                <w:b/>
                <w:sz w:val="28"/>
                <w:szCs w:val="28"/>
                <w:lang w:val="vi-VN"/>
              </w:rPr>
              <w:lastRenderedPageBreak/>
              <w:t>III. ĐÁNH GIÁ TÍNH HỢP LÝ CỦA THỦ TỤC HÀNH CHÍNH</w:t>
            </w:r>
          </w:p>
        </w:tc>
      </w:tr>
      <w:tr w:rsidR="00154D6C" w:rsidRPr="007D6940" w14:paraId="3118B7D5" w14:textId="77777777" w:rsidTr="00972B74">
        <w:tc>
          <w:tcPr>
            <w:tcW w:w="14458" w:type="dxa"/>
            <w:gridSpan w:val="2"/>
          </w:tcPr>
          <w:p w14:paraId="7719BA9B" w14:textId="3F688416" w:rsidR="00154D6C" w:rsidRPr="00972B74" w:rsidRDefault="00154D6C" w:rsidP="002B61F8">
            <w:pPr>
              <w:widowControl w:val="0"/>
              <w:spacing w:after="80"/>
              <w:rPr>
                <w:rFonts w:cs="Times New Roman"/>
                <w:b/>
                <w:sz w:val="28"/>
                <w:szCs w:val="28"/>
                <w:lang w:val="vi-VN"/>
              </w:rPr>
            </w:pPr>
            <w:r w:rsidRPr="00972B74">
              <w:rPr>
                <w:rFonts w:cs="Times New Roman"/>
                <w:b/>
                <w:sz w:val="28"/>
                <w:szCs w:val="28"/>
                <w:lang w:val="vi-VN"/>
              </w:rPr>
              <w:t>1. Tên thủ tục hành chính</w:t>
            </w:r>
          </w:p>
        </w:tc>
      </w:tr>
      <w:tr w:rsidR="00154D6C" w:rsidRPr="007D6940" w14:paraId="0A12AA73" w14:textId="77777777" w:rsidTr="00A23EBB">
        <w:tc>
          <w:tcPr>
            <w:tcW w:w="3544" w:type="dxa"/>
          </w:tcPr>
          <w:p w14:paraId="45C5F335" w14:textId="77777777" w:rsidR="00154D6C" w:rsidRPr="00972B74" w:rsidRDefault="00154D6C" w:rsidP="009A354E">
            <w:pPr>
              <w:widowControl w:val="0"/>
              <w:spacing w:before="120"/>
              <w:jc w:val="both"/>
              <w:rPr>
                <w:rFonts w:cs="Times New Roman"/>
                <w:sz w:val="28"/>
                <w:szCs w:val="28"/>
                <w:lang w:val="vi-VN"/>
              </w:rPr>
            </w:pPr>
            <w:r w:rsidRPr="00972B74">
              <w:rPr>
                <w:rFonts w:cs="Times New Roman"/>
                <w:sz w:val="28"/>
                <w:szCs w:val="28"/>
                <w:lang w:val="vi-VN"/>
              </w:rPr>
              <w:t>Có được quy định rõ ràng, cụ thể và phù hợp không?</w:t>
            </w:r>
          </w:p>
          <w:p w14:paraId="1AF17970" w14:textId="721F8CC6" w:rsidR="00154D6C" w:rsidRPr="00972B74" w:rsidRDefault="00154D6C" w:rsidP="002B61F8">
            <w:pPr>
              <w:widowControl w:val="0"/>
              <w:jc w:val="both"/>
              <w:rPr>
                <w:rFonts w:cs="Times New Roman"/>
                <w:sz w:val="28"/>
                <w:szCs w:val="28"/>
                <w:lang w:val="vi-VN"/>
              </w:rPr>
            </w:pPr>
          </w:p>
        </w:tc>
        <w:tc>
          <w:tcPr>
            <w:tcW w:w="10914" w:type="dxa"/>
          </w:tcPr>
          <w:p w14:paraId="492AF267" w14:textId="77777777" w:rsidR="00154D6C" w:rsidRPr="00972B74" w:rsidRDefault="00154D6C" w:rsidP="009A354E">
            <w:pPr>
              <w:widowControl w:val="0"/>
              <w:spacing w:before="120"/>
              <w:jc w:val="both"/>
              <w:rPr>
                <w:rFonts w:cs="Times New Roman"/>
                <w:sz w:val="28"/>
                <w:szCs w:val="28"/>
                <w:lang w:val="vi-VN"/>
              </w:rPr>
            </w:pPr>
            <w:r w:rsidRPr="00972B74">
              <w:rPr>
                <w:rFonts w:cs="Times New Roman"/>
                <w:sz w:val="28"/>
                <w:szCs w:val="28"/>
                <w:lang w:val="vi-VN"/>
              </w:rPr>
              <w:t>Có [x]       Không [ ]</w:t>
            </w:r>
          </w:p>
          <w:p w14:paraId="3CCC70DD" w14:textId="5700F442" w:rsidR="00154D6C" w:rsidRPr="00972B74" w:rsidRDefault="00DF72F4" w:rsidP="009A354E">
            <w:pPr>
              <w:widowControl w:val="0"/>
              <w:spacing w:after="120"/>
              <w:jc w:val="both"/>
              <w:rPr>
                <w:rFonts w:cs="Times New Roman"/>
                <w:sz w:val="28"/>
                <w:szCs w:val="28"/>
                <w:lang w:val="vi-VN"/>
              </w:rPr>
            </w:pPr>
            <w:r>
              <w:rPr>
                <w:rFonts w:cs="Times New Roman"/>
                <w:sz w:val="28"/>
                <w:szCs w:val="28"/>
                <w:lang w:val="vi-VN"/>
              </w:rPr>
              <w:t xml:space="preserve">Nêu rõ lý do: </w:t>
            </w:r>
            <w:r w:rsidRPr="00DF72F4">
              <w:rPr>
                <w:rFonts w:cs="Times New Roman"/>
                <w:sz w:val="28"/>
                <w:szCs w:val="28"/>
                <w:lang w:val="vi-VN"/>
              </w:rPr>
              <w:t>T</w:t>
            </w:r>
            <w:r w:rsidR="00154D6C" w:rsidRPr="00972B74">
              <w:rPr>
                <w:rFonts w:cs="Times New Roman"/>
                <w:sz w:val="28"/>
                <w:szCs w:val="28"/>
                <w:lang w:val="vi-VN"/>
              </w:rPr>
              <w:t xml:space="preserve">ên thủ tục là </w:t>
            </w:r>
            <w:r w:rsidR="00EB1BEB" w:rsidRPr="004242AC">
              <w:rPr>
                <w:rFonts w:cs="Times New Roman"/>
                <w:sz w:val="28"/>
                <w:szCs w:val="28"/>
                <w:lang w:val="vi-VN"/>
              </w:rPr>
              <w:t>“</w:t>
            </w:r>
            <w:r w:rsidR="00EB1BEB" w:rsidRPr="004242AC">
              <w:rPr>
                <w:rFonts w:cs="Times New Roman"/>
                <w:color w:val="000000"/>
                <w:sz w:val="28"/>
                <w:szCs w:val="28"/>
                <w:lang w:val="vi-VN"/>
              </w:rPr>
              <w:t>Hồ sơ, thủ tục đề nghị xét tặng Kỷ niệm chương “Vì sự nghiệp phát triển tỉnh Tuyên Quang”</w:t>
            </w:r>
            <w:r w:rsidR="00154D6C" w:rsidRPr="00972B74">
              <w:rPr>
                <w:rFonts w:cs="Times New Roman"/>
                <w:sz w:val="28"/>
                <w:szCs w:val="28"/>
                <w:lang w:val="vi-VN"/>
              </w:rPr>
              <w:t xml:space="preserve">, phản ánh đúng nội dung </w:t>
            </w:r>
            <w:r w:rsidR="00EB1BEB" w:rsidRPr="00EB1BEB">
              <w:rPr>
                <w:rFonts w:cs="Times New Roman"/>
                <w:sz w:val="28"/>
                <w:szCs w:val="28"/>
                <w:lang w:val="vi-VN"/>
              </w:rPr>
              <w:t>quy định tại khoản 6 khoản 7</w:t>
            </w:r>
            <w:r w:rsidR="00154D6C" w:rsidRPr="00972B74">
              <w:rPr>
                <w:rFonts w:cs="Times New Roman"/>
                <w:sz w:val="28"/>
                <w:szCs w:val="28"/>
                <w:lang w:val="vi-VN"/>
              </w:rPr>
              <w:t xml:space="preserve"> Điều </w:t>
            </w:r>
            <w:r w:rsidR="00EB1BEB" w:rsidRPr="00EB1BEB">
              <w:rPr>
                <w:rFonts w:cs="Times New Roman"/>
                <w:sz w:val="28"/>
                <w:szCs w:val="28"/>
                <w:lang w:val="vi-VN"/>
              </w:rPr>
              <w:t>1</w:t>
            </w:r>
            <w:r w:rsidR="00154D6C" w:rsidRPr="00972B74">
              <w:rPr>
                <w:rFonts w:cs="Times New Roman"/>
                <w:sz w:val="28"/>
                <w:szCs w:val="28"/>
                <w:lang w:val="vi-VN"/>
              </w:rPr>
              <w:t>7 dự thảo Quy</w:t>
            </w:r>
            <w:r w:rsidR="00EB1BEB" w:rsidRPr="00EB1BEB">
              <w:rPr>
                <w:rFonts w:cs="Times New Roman"/>
                <w:sz w:val="28"/>
                <w:szCs w:val="28"/>
                <w:lang w:val="vi-VN"/>
              </w:rPr>
              <w:t>ết</w:t>
            </w:r>
            <w:r w:rsidR="00154D6C" w:rsidRPr="00972B74">
              <w:rPr>
                <w:rFonts w:cs="Times New Roman"/>
                <w:sz w:val="28"/>
                <w:szCs w:val="28"/>
                <w:lang w:val="vi-VN"/>
              </w:rPr>
              <w:t xml:space="preserve"> định, phù hợp với Nghị quyết số </w:t>
            </w:r>
            <w:r w:rsidR="00EB1BEB">
              <w:rPr>
                <w:rFonts w:cs="Times New Roman"/>
                <w:sz w:val="28"/>
                <w:szCs w:val="28"/>
                <w:lang w:val="vi-VN"/>
              </w:rPr>
              <w:t>…</w:t>
            </w:r>
            <w:r w:rsidR="00154D6C" w:rsidRPr="00972B74">
              <w:rPr>
                <w:rFonts w:cs="Times New Roman"/>
                <w:sz w:val="28"/>
                <w:szCs w:val="28"/>
                <w:lang w:val="vi-VN"/>
              </w:rPr>
              <w:t>/2026/NQ-HĐND và thuận tiện cho việc công khai, tra cứu khi công bố thủ tục hành chính.</w:t>
            </w:r>
          </w:p>
        </w:tc>
      </w:tr>
      <w:tr w:rsidR="00154D6C" w:rsidRPr="00972B74" w14:paraId="4999351F" w14:textId="77777777" w:rsidTr="00972B74">
        <w:tc>
          <w:tcPr>
            <w:tcW w:w="14458" w:type="dxa"/>
            <w:gridSpan w:val="2"/>
          </w:tcPr>
          <w:p w14:paraId="7A95382E" w14:textId="3B0CBF40" w:rsidR="00154D6C" w:rsidRPr="00972B74" w:rsidRDefault="00154D6C" w:rsidP="009A354E">
            <w:pPr>
              <w:widowControl w:val="0"/>
              <w:spacing w:before="120" w:after="120"/>
              <w:jc w:val="both"/>
              <w:rPr>
                <w:rFonts w:cs="Times New Roman"/>
                <w:sz w:val="28"/>
                <w:szCs w:val="28"/>
              </w:rPr>
            </w:pPr>
            <w:r w:rsidRPr="00972B74">
              <w:rPr>
                <w:rFonts w:cs="Times New Roman"/>
                <w:b/>
                <w:sz w:val="28"/>
                <w:szCs w:val="28"/>
              </w:rPr>
              <w:t>2. Trình tự thực hiện</w:t>
            </w:r>
          </w:p>
        </w:tc>
      </w:tr>
      <w:tr w:rsidR="00154D6C" w:rsidRPr="007D6940" w14:paraId="1AEE45BA" w14:textId="77777777" w:rsidTr="00A23EBB">
        <w:tc>
          <w:tcPr>
            <w:tcW w:w="3544" w:type="dxa"/>
          </w:tcPr>
          <w:p w14:paraId="6F53AE21" w14:textId="7A224473" w:rsidR="00154D6C" w:rsidRPr="00972B74" w:rsidRDefault="006D038E" w:rsidP="009A354E">
            <w:pPr>
              <w:widowControl w:val="0"/>
              <w:spacing w:before="120"/>
              <w:jc w:val="both"/>
              <w:rPr>
                <w:rFonts w:cs="Times New Roman"/>
                <w:b/>
                <w:sz w:val="28"/>
                <w:szCs w:val="28"/>
              </w:rPr>
            </w:pPr>
            <w:r w:rsidRPr="00972B74">
              <w:rPr>
                <w:rFonts w:cs="Times New Roman"/>
                <w:sz w:val="28"/>
                <w:szCs w:val="28"/>
              </w:rPr>
              <w:t>a) Có được quy định rõ ràng và cụ thể về các bước thực hiện không?</w:t>
            </w:r>
          </w:p>
        </w:tc>
        <w:tc>
          <w:tcPr>
            <w:tcW w:w="10914" w:type="dxa"/>
          </w:tcPr>
          <w:p w14:paraId="076146D6" w14:textId="64FA5751" w:rsidR="006D038E" w:rsidRPr="00972B74" w:rsidRDefault="00A23EBB" w:rsidP="009A354E">
            <w:pPr>
              <w:widowControl w:val="0"/>
              <w:spacing w:before="120"/>
              <w:rPr>
                <w:rFonts w:cs="Times New Roman"/>
                <w:sz w:val="28"/>
                <w:szCs w:val="28"/>
              </w:rPr>
            </w:pPr>
            <w:r>
              <w:rPr>
                <w:rFonts w:cs="Times New Roman"/>
                <w:sz w:val="28"/>
                <w:szCs w:val="28"/>
              </w:rPr>
              <w:t xml:space="preserve"> Có [x]       Không [</w:t>
            </w:r>
            <w:r w:rsidR="006D038E" w:rsidRPr="00972B74">
              <w:rPr>
                <w:rFonts w:cs="Times New Roman"/>
                <w:sz w:val="28"/>
                <w:szCs w:val="28"/>
              </w:rPr>
              <w:t>]</w:t>
            </w:r>
          </w:p>
          <w:p w14:paraId="33762BF3" w14:textId="77777777" w:rsidR="00A23EBB" w:rsidRDefault="006D038E" w:rsidP="00EB1BEB">
            <w:pPr>
              <w:widowControl w:val="0"/>
              <w:jc w:val="both"/>
              <w:rPr>
                <w:rFonts w:cs="Times New Roman"/>
                <w:sz w:val="28"/>
                <w:szCs w:val="28"/>
                <w:lang w:val="vi-VN"/>
              </w:rPr>
            </w:pPr>
            <w:r w:rsidRPr="00EB1BEB">
              <w:rPr>
                <w:rFonts w:cs="Times New Roman"/>
                <w:sz w:val="28"/>
                <w:szCs w:val="28"/>
                <w:lang w:val="vi-VN"/>
              </w:rPr>
              <w:t xml:space="preserve">Trình tự gồm: </w:t>
            </w:r>
          </w:p>
          <w:p w14:paraId="00B333FD" w14:textId="6E8EF4C1" w:rsidR="00EB1BEB" w:rsidRPr="00EB1BEB" w:rsidRDefault="00EB1BEB" w:rsidP="00EB1BEB">
            <w:pPr>
              <w:widowControl w:val="0"/>
              <w:jc w:val="both"/>
              <w:rPr>
                <w:rFonts w:cs="Times New Roman"/>
                <w:sz w:val="28"/>
                <w:szCs w:val="28"/>
                <w:lang w:val="vi-VN"/>
              </w:rPr>
            </w:pPr>
            <w:r w:rsidRPr="00A23EBB">
              <w:rPr>
                <w:rFonts w:cs="Times New Roman"/>
                <w:sz w:val="28"/>
                <w:szCs w:val="28"/>
                <w:lang w:val="vi-VN"/>
              </w:rPr>
              <w:t xml:space="preserve">a) </w:t>
            </w:r>
            <w:r w:rsidRPr="00EB1BEB">
              <w:rPr>
                <w:rFonts w:cs="Times New Roman"/>
                <w:sz w:val="28"/>
                <w:szCs w:val="28"/>
                <w:lang w:val="vi-VN"/>
              </w:rPr>
              <w:t>Cơ quan, tổ chức, đơn vị, địa phương xét, lập hồ sơ đề nghị tặng Kỷ niệm chương theo tiêu chuẩn tại Nghị quyết số …./2026/NQ-HĐND ngày …./2026 củ</w:t>
            </w:r>
            <w:r w:rsidR="00A23EBB">
              <w:rPr>
                <w:rFonts w:cs="Times New Roman"/>
                <w:sz w:val="28"/>
                <w:szCs w:val="28"/>
                <w:lang w:val="vi-VN"/>
              </w:rPr>
              <w:t>a Hội đồng nhân dân tỉnh.</w:t>
            </w:r>
          </w:p>
          <w:p w14:paraId="75DE2E46" w14:textId="28DBCD0C" w:rsidR="00EB1BEB" w:rsidRPr="00EB1BEB" w:rsidRDefault="00EB1BEB" w:rsidP="00EB1BEB">
            <w:pPr>
              <w:widowControl w:val="0"/>
              <w:jc w:val="both"/>
              <w:rPr>
                <w:rFonts w:cs="Times New Roman"/>
                <w:sz w:val="28"/>
                <w:szCs w:val="28"/>
                <w:lang w:val="vi-VN"/>
              </w:rPr>
            </w:pPr>
            <w:r w:rsidRPr="00EB1BEB">
              <w:rPr>
                <w:rFonts w:cs="Times New Roman"/>
                <w:sz w:val="28"/>
                <w:szCs w:val="28"/>
                <w:lang w:val="vi-VN"/>
              </w:rPr>
              <w:t xml:space="preserve">b) Gửi hồ sơ về Sở Nội vụ trước ngày </w:t>
            </w:r>
            <w:r w:rsidR="00DF72F4" w:rsidRPr="00DF72F4">
              <w:rPr>
                <w:rFonts w:cs="Times New Roman"/>
                <w:sz w:val="28"/>
                <w:szCs w:val="28"/>
                <w:lang w:val="vi-VN"/>
              </w:rPr>
              <w:t xml:space="preserve">15/4 </w:t>
            </w:r>
            <w:r w:rsidRPr="00EB1BEB">
              <w:rPr>
                <w:rFonts w:cs="Times New Roman"/>
                <w:sz w:val="28"/>
                <w:szCs w:val="28"/>
                <w:lang w:val="vi-VN"/>
              </w:rPr>
              <w:t>hằng năm.</w:t>
            </w:r>
          </w:p>
          <w:p w14:paraId="784C1C80" w14:textId="44E2E427" w:rsidR="00154D6C" w:rsidRPr="00EB1BEB" w:rsidRDefault="00EB1BEB" w:rsidP="009A354E">
            <w:pPr>
              <w:widowControl w:val="0"/>
              <w:spacing w:after="120"/>
              <w:jc w:val="both"/>
              <w:rPr>
                <w:rFonts w:cs="Times New Roman"/>
                <w:sz w:val="28"/>
                <w:szCs w:val="28"/>
                <w:lang w:val="vi-VN"/>
              </w:rPr>
            </w:pPr>
            <w:r w:rsidRPr="00EB1BEB">
              <w:rPr>
                <w:rFonts w:cs="Times New Roman"/>
                <w:sz w:val="28"/>
                <w:szCs w:val="28"/>
                <w:lang w:val="vi-VN"/>
              </w:rPr>
              <w:t>c) Sở Nội vụ thẩm định hồ sơ và trình Chủ tịch Ủy ban nhân dân tỉnh xem xét, quyết định tặng Kỷ niệm chương.</w:t>
            </w:r>
          </w:p>
        </w:tc>
      </w:tr>
      <w:tr w:rsidR="006D038E" w:rsidRPr="007D6940" w14:paraId="561548DA" w14:textId="77777777" w:rsidTr="00A23EBB">
        <w:tc>
          <w:tcPr>
            <w:tcW w:w="3544" w:type="dxa"/>
          </w:tcPr>
          <w:p w14:paraId="65FF6FC8" w14:textId="29C61292" w:rsidR="006D038E" w:rsidRPr="007D6940" w:rsidRDefault="006D038E" w:rsidP="009A354E">
            <w:pPr>
              <w:widowControl w:val="0"/>
              <w:spacing w:before="120" w:after="120"/>
              <w:jc w:val="both"/>
              <w:rPr>
                <w:rFonts w:cs="Times New Roman"/>
                <w:sz w:val="28"/>
                <w:szCs w:val="28"/>
                <w:lang w:val="vi-VN"/>
              </w:rPr>
            </w:pPr>
            <w:r w:rsidRPr="007D6940">
              <w:rPr>
                <w:rFonts w:cs="Times New Roman"/>
                <w:sz w:val="28"/>
                <w:szCs w:val="28"/>
                <w:lang w:val="vi-VN"/>
              </w:rPr>
              <w:t>b) Có được quy định, phân định rõ trách nhiệm và nội dung công việc của cơ quan nhà nước và cá nhân, tổ chức khi thực hiện không?</w:t>
            </w:r>
          </w:p>
        </w:tc>
        <w:tc>
          <w:tcPr>
            <w:tcW w:w="10914" w:type="dxa"/>
          </w:tcPr>
          <w:p w14:paraId="3A6E4E30" w14:textId="77777777" w:rsidR="006D038E" w:rsidRPr="007D6940" w:rsidRDefault="006D038E" w:rsidP="009A354E">
            <w:pPr>
              <w:widowControl w:val="0"/>
              <w:spacing w:before="120"/>
              <w:jc w:val="both"/>
              <w:rPr>
                <w:rFonts w:cs="Times New Roman"/>
                <w:sz w:val="28"/>
                <w:szCs w:val="28"/>
                <w:lang w:val="vi-VN"/>
              </w:rPr>
            </w:pPr>
            <w:r w:rsidRPr="007D6940">
              <w:rPr>
                <w:rFonts w:cs="Times New Roman"/>
                <w:sz w:val="28"/>
                <w:szCs w:val="28"/>
                <w:lang w:val="vi-VN"/>
              </w:rPr>
              <w:t>Có [x]       Không [ ]</w:t>
            </w:r>
          </w:p>
          <w:p w14:paraId="13704BB6" w14:textId="28CC676D" w:rsidR="006D038E" w:rsidRPr="007D6940" w:rsidRDefault="006D038E" w:rsidP="00A47917">
            <w:pPr>
              <w:widowControl w:val="0"/>
              <w:jc w:val="both"/>
              <w:rPr>
                <w:rFonts w:cs="Times New Roman"/>
                <w:sz w:val="28"/>
                <w:szCs w:val="28"/>
                <w:lang w:val="vi-VN"/>
              </w:rPr>
            </w:pPr>
            <w:r w:rsidRPr="007D6940">
              <w:rPr>
                <w:rFonts w:cs="Times New Roman"/>
                <w:sz w:val="28"/>
                <w:szCs w:val="28"/>
                <w:lang w:val="vi-VN"/>
              </w:rPr>
              <w:t xml:space="preserve"> Dự thảo phân định rõ trách nhiệm của </w:t>
            </w:r>
            <w:r w:rsidR="00EB1BEB" w:rsidRPr="007D6940">
              <w:rPr>
                <w:rFonts w:cs="Times New Roman"/>
                <w:sz w:val="28"/>
                <w:szCs w:val="28"/>
                <w:lang w:val="vi-VN"/>
              </w:rPr>
              <w:t xml:space="preserve">cơ quan, </w:t>
            </w:r>
            <w:r w:rsidRPr="007D6940">
              <w:rPr>
                <w:rFonts w:cs="Times New Roman"/>
                <w:sz w:val="28"/>
                <w:szCs w:val="28"/>
                <w:lang w:val="vi-VN"/>
              </w:rPr>
              <w:t>tổ chức</w:t>
            </w:r>
            <w:r w:rsidR="00EB1BEB" w:rsidRPr="007D6940">
              <w:rPr>
                <w:rFonts w:cs="Times New Roman"/>
                <w:sz w:val="28"/>
                <w:szCs w:val="28"/>
                <w:lang w:val="vi-VN"/>
              </w:rPr>
              <w:t xml:space="preserve"> đơn vị, địa phương, cá nhân trong nộp hồ sơ, </w:t>
            </w:r>
            <w:r w:rsidRPr="007D6940">
              <w:rPr>
                <w:rFonts w:cs="Times New Roman"/>
                <w:sz w:val="28"/>
                <w:szCs w:val="28"/>
                <w:lang w:val="vi-VN"/>
              </w:rPr>
              <w:t xml:space="preserve">chịu trách nhiệm về tính trung thực của hồ sơ; trách nhiệm của </w:t>
            </w:r>
            <w:r w:rsidR="00EB1BEB" w:rsidRPr="007D6940">
              <w:rPr>
                <w:rFonts w:cs="Times New Roman"/>
                <w:sz w:val="28"/>
                <w:szCs w:val="28"/>
                <w:lang w:val="vi-VN"/>
              </w:rPr>
              <w:t xml:space="preserve">Hội đồng Thi đua - Khen thưởng cơ quan, tổ chức đơn vị, địa phương </w:t>
            </w:r>
            <w:r w:rsidRPr="007D6940">
              <w:rPr>
                <w:rFonts w:cs="Times New Roman"/>
                <w:sz w:val="28"/>
                <w:szCs w:val="28"/>
                <w:lang w:val="vi-VN"/>
              </w:rPr>
              <w:t xml:space="preserve">trong tiếp nhận, </w:t>
            </w:r>
            <w:r w:rsidR="00EB1BEB" w:rsidRPr="007D6940">
              <w:rPr>
                <w:rFonts w:cs="Times New Roman"/>
                <w:sz w:val="28"/>
                <w:szCs w:val="28"/>
                <w:lang w:val="vi-VN"/>
              </w:rPr>
              <w:t>thẩm định; trách nhiệm của Sở Nội vụ trong tiếp</w:t>
            </w:r>
            <w:r w:rsidR="00A47917" w:rsidRPr="007D6940">
              <w:rPr>
                <w:rFonts w:cs="Times New Roman"/>
                <w:sz w:val="28"/>
                <w:szCs w:val="28"/>
                <w:lang w:val="vi-VN"/>
              </w:rPr>
              <w:t xml:space="preserve"> </w:t>
            </w:r>
            <w:r w:rsidR="00EB1BEB" w:rsidRPr="007D6940">
              <w:rPr>
                <w:rFonts w:cs="Times New Roman"/>
                <w:sz w:val="28"/>
                <w:szCs w:val="28"/>
                <w:lang w:val="vi-VN"/>
              </w:rPr>
              <w:t>nhận, thẩm định, trình Chủ tịch Ủy ban nhân dân tỉnh xem xét, quyết định tặng Kỷ niệm chương.</w:t>
            </w:r>
          </w:p>
        </w:tc>
      </w:tr>
      <w:tr w:rsidR="006D038E" w:rsidRPr="007D6940" w14:paraId="120A7E3C" w14:textId="77777777" w:rsidTr="00A23EBB">
        <w:tc>
          <w:tcPr>
            <w:tcW w:w="3544" w:type="dxa"/>
          </w:tcPr>
          <w:p w14:paraId="74BC8933" w14:textId="72672FD1" w:rsidR="006D038E" w:rsidRPr="007D6940" w:rsidRDefault="006D038E" w:rsidP="009A354E">
            <w:pPr>
              <w:widowControl w:val="0"/>
              <w:spacing w:before="120"/>
              <w:jc w:val="both"/>
              <w:rPr>
                <w:rFonts w:cs="Times New Roman"/>
                <w:sz w:val="28"/>
                <w:szCs w:val="28"/>
                <w:lang w:val="vi-VN"/>
              </w:rPr>
            </w:pPr>
            <w:r w:rsidRPr="007D6940">
              <w:rPr>
                <w:rFonts w:cs="Times New Roman"/>
                <w:sz w:val="28"/>
                <w:szCs w:val="28"/>
                <w:lang w:val="vi-VN"/>
              </w:rPr>
              <w:lastRenderedPageBreak/>
              <w:t xml:space="preserve">c) Có áp dụng cơ chế liên thông không? </w:t>
            </w:r>
          </w:p>
        </w:tc>
        <w:tc>
          <w:tcPr>
            <w:tcW w:w="10914" w:type="dxa"/>
          </w:tcPr>
          <w:p w14:paraId="3F1243C3" w14:textId="5867B555" w:rsidR="006D038E" w:rsidRPr="007D6940" w:rsidRDefault="006D038E" w:rsidP="009A354E">
            <w:pPr>
              <w:widowControl w:val="0"/>
              <w:spacing w:before="120"/>
              <w:rPr>
                <w:rFonts w:cs="Times New Roman"/>
                <w:sz w:val="28"/>
                <w:szCs w:val="28"/>
                <w:lang w:val="vi-VN"/>
              </w:rPr>
            </w:pPr>
            <w:r w:rsidRPr="007D6940">
              <w:rPr>
                <w:rFonts w:cs="Times New Roman"/>
                <w:sz w:val="28"/>
                <w:szCs w:val="28"/>
                <w:lang w:val="vi-VN"/>
              </w:rPr>
              <w:t xml:space="preserve">Có [ </w:t>
            </w:r>
            <w:r w:rsidR="00EB1BEB" w:rsidRPr="007D6940">
              <w:rPr>
                <w:rFonts w:cs="Times New Roman"/>
                <w:sz w:val="28"/>
                <w:szCs w:val="28"/>
                <w:lang w:val="vi-VN"/>
              </w:rPr>
              <w:t>x</w:t>
            </w:r>
            <w:r w:rsidRPr="007D6940">
              <w:rPr>
                <w:rFonts w:cs="Times New Roman"/>
                <w:sz w:val="28"/>
                <w:szCs w:val="28"/>
                <w:lang w:val="vi-VN"/>
              </w:rPr>
              <w:t>]       Không []</w:t>
            </w:r>
          </w:p>
          <w:p w14:paraId="7FE868D4" w14:textId="215A37F1" w:rsidR="006D038E" w:rsidRPr="007D6940" w:rsidRDefault="00CF3A26" w:rsidP="009A354E">
            <w:pPr>
              <w:widowControl w:val="0"/>
              <w:spacing w:after="120"/>
              <w:jc w:val="both"/>
              <w:rPr>
                <w:rFonts w:cs="Times New Roman"/>
                <w:sz w:val="28"/>
                <w:szCs w:val="28"/>
                <w:lang w:val="vi-VN"/>
              </w:rPr>
            </w:pPr>
            <w:r w:rsidRPr="007D6940">
              <w:rPr>
                <w:rFonts w:cs="Times New Roman"/>
                <w:sz w:val="28"/>
                <w:szCs w:val="28"/>
                <w:lang w:val="vi-VN"/>
              </w:rPr>
              <w:t xml:space="preserve">Lý do: Hồ sơ được </w:t>
            </w:r>
            <w:r w:rsidR="006D038E" w:rsidRPr="007D6940">
              <w:rPr>
                <w:rFonts w:cs="Times New Roman"/>
                <w:sz w:val="28"/>
                <w:szCs w:val="28"/>
                <w:lang w:val="vi-VN"/>
              </w:rPr>
              <w:t xml:space="preserve">liên thông </w:t>
            </w:r>
            <w:r w:rsidRPr="007D6940">
              <w:rPr>
                <w:rFonts w:cs="Times New Roman"/>
                <w:sz w:val="28"/>
                <w:szCs w:val="28"/>
                <w:lang w:val="vi-VN"/>
              </w:rPr>
              <w:t xml:space="preserve">từ cơ quan, tổ chức, đơn vị, địa phương đến Sở Nội vụ và Ủy ban nhân dân tỉnh. </w:t>
            </w:r>
          </w:p>
        </w:tc>
      </w:tr>
      <w:tr w:rsidR="006D038E" w:rsidRPr="00972B74" w14:paraId="4FFBA7F8" w14:textId="77777777" w:rsidTr="00A23EBB">
        <w:tc>
          <w:tcPr>
            <w:tcW w:w="3544" w:type="dxa"/>
          </w:tcPr>
          <w:p w14:paraId="711DF86F" w14:textId="6C24D016" w:rsidR="006D038E" w:rsidRPr="007D6940" w:rsidRDefault="006D038E" w:rsidP="00A23EBB">
            <w:pPr>
              <w:widowControl w:val="0"/>
              <w:spacing w:before="120" w:after="120"/>
              <w:jc w:val="both"/>
              <w:rPr>
                <w:rFonts w:cs="Times New Roman"/>
                <w:sz w:val="28"/>
                <w:szCs w:val="28"/>
                <w:lang w:val="vi-VN"/>
              </w:rPr>
            </w:pPr>
            <w:r w:rsidRPr="007D6940">
              <w:rPr>
                <w:rFonts w:cs="Times New Roman"/>
                <w:sz w:val="28"/>
                <w:szCs w:val="28"/>
                <w:lang w:val="vi-VN"/>
              </w:rPr>
              <w:t xml:space="preserve">d) Có quy định việc kiểm tra, đánh giá, xác minh thực tế của cơ quan nhà nước không? </w:t>
            </w:r>
          </w:p>
        </w:tc>
        <w:tc>
          <w:tcPr>
            <w:tcW w:w="10914" w:type="dxa"/>
          </w:tcPr>
          <w:p w14:paraId="7B0505B5" w14:textId="5315AADE" w:rsidR="006D038E" w:rsidRPr="00972B74" w:rsidRDefault="006D038E" w:rsidP="00A23EBB">
            <w:pPr>
              <w:widowControl w:val="0"/>
              <w:spacing w:before="12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sidR="00CF3A26">
              <w:rPr>
                <w:rFonts w:cs="Times New Roman"/>
                <w:sz w:val="28"/>
                <w:szCs w:val="28"/>
              </w:rPr>
              <w:t>x</w:t>
            </w:r>
            <w:r w:rsidRPr="00972B74">
              <w:rPr>
                <w:rFonts w:cs="Times New Roman"/>
                <w:sz w:val="28"/>
                <w:szCs w:val="28"/>
              </w:rPr>
              <w:t>]</w:t>
            </w:r>
          </w:p>
          <w:p w14:paraId="25D0A2A0" w14:textId="77777777" w:rsidR="006D038E" w:rsidRPr="00972B74" w:rsidRDefault="006D038E" w:rsidP="002B61F8">
            <w:pPr>
              <w:widowControl w:val="0"/>
              <w:jc w:val="both"/>
              <w:rPr>
                <w:rFonts w:cs="Times New Roman"/>
                <w:sz w:val="28"/>
                <w:szCs w:val="28"/>
              </w:rPr>
            </w:pPr>
          </w:p>
        </w:tc>
      </w:tr>
      <w:tr w:rsidR="006D038E" w:rsidRPr="00972B74" w14:paraId="1E70D083" w14:textId="77777777" w:rsidTr="00A23EBB">
        <w:tc>
          <w:tcPr>
            <w:tcW w:w="3544" w:type="dxa"/>
          </w:tcPr>
          <w:p w14:paraId="6F8D25AC" w14:textId="43B2A0B0" w:rsidR="006D038E" w:rsidRPr="00972B74" w:rsidRDefault="006D038E" w:rsidP="00DF72F4">
            <w:pPr>
              <w:widowControl w:val="0"/>
              <w:spacing w:before="120" w:after="120"/>
              <w:rPr>
                <w:rFonts w:cs="Times New Roman"/>
                <w:sz w:val="28"/>
                <w:szCs w:val="28"/>
              </w:rPr>
            </w:pPr>
            <w:r w:rsidRPr="00972B74">
              <w:rPr>
                <w:rFonts w:cs="Times New Roman"/>
                <w:b/>
                <w:sz w:val="28"/>
                <w:szCs w:val="28"/>
              </w:rPr>
              <w:t>3. Cách thức thực hiện</w:t>
            </w:r>
          </w:p>
        </w:tc>
        <w:tc>
          <w:tcPr>
            <w:tcW w:w="10914" w:type="dxa"/>
          </w:tcPr>
          <w:p w14:paraId="14EB3584" w14:textId="77777777" w:rsidR="006D038E" w:rsidRPr="00972B74" w:rsidRDefault="006D038E" w:rsidP="002B61F8">
            <w:pPr>
              <w:widowControl w:val="0"/>
              <w:jc w:val="both"/>
              <w:rPr>
                <w:rFonts w:cs="Times New Roman"/>
                <w:sz w:val="28"/>
                <w:szCs w:val="28"/>
              </w:rPr>
            </w:pPr>
          </w:p>
        </w:tc>
      </w:tr>
      <w:tr w:rsidR="006D038E" w:rsidRPr="00972B74" w14:paraId="2AAC5966" w14:textId="77777777" w:rsidTr="00A23EBB">
        <w:tc>
          <w:tcPr>
            <w:tcW w:w="3544" w:type="dxa"/>
          </w:tcPr>
          <w:p w14:paraId="1F270A47" w14:textId="31EBB9E0" w:rsidR="006D038E" w:rsidRPr="00972B74" w:rsidRDefault="006D038E" w:rsidP="00CF3A26">
            <w:pPr>
              <w:widowControl w:val="0"/>
              <w:spacing w:before="120" w:after="120"/>
              <w:rPr>
                <w:rFonts w:cs="Times New Roman"/>
                <w:b/>
                <w:sz w:val="28"/>
                <w:szCs w:val="28"/>
              </w:rPr>
            </w:pPr>
            <w:r w:rsidRPr="00972B74">
              <w:rPr>
                <w:rFonts w:cs="Times New Roman"/>
                <w:sz w:val="28"/>
                <w:szCs w:val="28"/>
              </w:rPr>
              <w:t xml:space="preserve">a) Nộp hồ sơ: </w:t>
            </w:r>
          </w:p>
        </w:tc>
        <w:tc>
          <w:tcPr>
            <w:tcW w:w="10914" w:type="dxa"/>
          </w:tcPr>
          <w:p w14:paraId="37C20E53" w14:textId="6E044836" w:rsidR="006D038E" w:rsidRPr="00972B74" w:rsidRDefault="006D038E" w:rsidP="00CF3A26">
            <w:pPr>
              <w:widowControl w:val="0"/>
              <w:spacing w:before="120" w:after="120"/>
              <w:rPr>
                <w:rFonts w:cs="Times New Roman"/>
                <w:sz w:val="28"/>
                <w:szCs w:val="28"/>
              </w:rPr>
            </w:pPr>
            <w:r w:rsidRPr="00972B74">
              <w:rPr>
                <w:rFonts w:cs="Times New Roman"/>
                <w:sz w:val="28"/>
                <w:szCs w:val="28"/>
              </w:rPr>
              <w:t>Có được quy định rõ ràng, cụ th</w:t>
            </w:r>
            <w:r w:rsidR="00A23EBB">
              <w:rPr>
                <w:rFonts w:cs="Times New Roman"/>
                <w:sz w:val="28"/>
                <w:szCs w:val="28"/>
              </w:rPr>
              <w:t>ể không? Có [x]       Không [</w:t>
            </w:r>
            <w:r w:rsidR="00CF3A26">
              <w:rPr>
                <w:rFonts w:cs="Times New Roman"/>
                <w:sz w:val="28"/>
                <w:szCs w:val="28"/>
              </w:rPr>
              <w:t>]</w:t>
            </w:r>
          </w:p>
        </w:tc>
      </w:tr>
      <w:tr w:rsidR="006D038E" w:rsidRPr="00972B74" w14:paraId="4C83A439" w14:textId="77777777" w:rsidTr="00A23EBB">
        <w:tc>
          <w:tcPr>
            <w:tcW w:w="3544" w:type="dxa"/>
          </w:tcPr>
          <w:p w14:paraId="642C4954" w14:textId="77777777" w:rsidR="00CF3A26" w:rsidRDefault="006D038E" w:rsidP="00A23EBB">
            <w:pPr>
              <w:widowControl w:val="0"/>
              <w:spacing w:before="120" w:after="120"/>
              <w:rPr>
                <w:rFonts w:cs="Times New Roman"/>
                <w:sz w:val="28"/>
                <w:szCs w:val="28"/>
              </w:rPr>
            </w:pPr>
            <w:r w:rsidRPr="00972B74">
              <w:rPr>
                <w:rFonts w:cs="Times New Roman"/>
                <w:sz w:val="28"/>
                <w:szCs w:val="28"/>
              </w:rPr>
              <w:t xml:space="preserve">Trực tiếp [x]       </w:t>
            </w:r>
          </w:p>
          <w:p w14:paraId="0EA76764" w14:textId="77777777" w:rsidR="00CF3A26" w:rsidRDefault="006D038E" w:rsidP="00A23EBB">
            <w:pPr>
              <w:widowControl w:val="0"/>
              <w:spacing w:before="120" w:after="120"/>
              <w:rPr>
                <w:rFonts w:cs="Times New Roman"/>
                <w:sz w:val="28"/>
                <w:szCs w:val="28"/>
              </w:rPr>
            </w:pPr>
            <w:r w:rsidRPr="00972B74">
              <w:rPr>
                <w:rFonts w:cs="Times New Roman"/>
                <w:sz w:val="28"/>
                <w:szCs w:val="28"/>
              </w:rPr>
              <w:t xml:space="preserve">Bưu chính [x]       </w:t>
            </w:r>
          </w:p>
          <w:p w14:paraId="3F45B7FD" w14:textId="120616DA" w:rsidR="006D038E" w:rsidRPr="00972B74" w:rsidRDefault="006D038E" w:rsidP="00A23EBB">
            <w:pPr>
              <w:widowControl w:val="0"/>
              <w:spacing w:before="120" w:after="120"/>
              <w:rPr>
                <w:rFonts w:cs="Times New Roman"/>
                <w:sz w:val="28"/>
                <w:szCs w:val="28"/>
              </w:rPr>
            </w:pPr>
            <w:r w:rsidRPr="00972B74">
              <w:rPr>
                <w:rFonts w:cs="Times New Roman"/>
                <w:sz w:val="28"/>
                <w:szCs w:val="28"/>
              </w:rPr>
              <w:t>Điện tử [x]</w:t>
            </w:r>
          </w:p>
          <w:p w14:paraId="341F8CBE" w14:textId="77777777" w:rsidR="006D038E" w:rsidRPr="00972B74" w:rsidRDefault="006D038E" w:rsidP="00A23EBB">
            <w:pPr>
              <w:widowControl w:val="0"/>
              <w:spacing w:before="120" w:after="120"/>
              <w:rPr>
                <w:rFonts w:cs="Times New Roman"/>
                <w:sz w:val="28"/>
                <w:szCs w:val="28"/>
              </w:rPr>
            </w:pPr>
            <w:r w:rsidRPr="00972B74">
              <w:rPr>
                <w:rFonts w:cs="Times New Roman"/>
                <w:sz w:val="28"/>
                <w:szCs w:val="28"/>
              </w:rPr>
              <w:t>b) Nhận kết quả:</w:t>
            </w:r>
          </w:p>
          <w:p w14:paraId="2C9878E4" w14:textId="77777777" w:rsidR="00CF3A26" w:rsidRDefault="006D038E" w:rsidP="00A23EBB">
            <w:pPr>
              <w:widowControl w:val="0"/>
              <w:spacing w:before="120" w:after="120"/>
              <w:rPr>
                <w:rFonts w:cs="Times New Roman"/>
                <w:sz w:val="28"/>
                <w:szCs w:val="28"/>
              </w:rPr>
            </w:pPr>
            <w:r w:rsidRPr="00972B74">
              <w:rPr>
                <w:rFonts w:cs="Times New Roman"/>
                <w:sz w:val="28"/>
                <w:szCs w:val="28"/>
              </w:rPr>
              <w:t xml:space="preserve">Trực tiếp [x]       </w:t>
            </w:r>
          </w:p>
          <w:p w14:paraId="0D92124D" w14:textId="77777777" w:rsidR="00CF3A26" w:rsidRDefault="006D038E" w:rsidP="00A23EBB">
            <w:pPr>
              <w:widowControl w:val="0"/>
              <w:spacing w:before="120" w:after="120"/>
              <w:rPr>
                <w:rFonts w:cs="Times New Roman"/>
                <w:sz w:val="28"/>
                <w:szCs w:val="28"/>
              </w:rPr>
            </w:pPr>
            <w:r w:rsidRPr="00972B74">
              <w:rPr>
                <w:rFonts w:cs="Times New Roman"/>
                <w:sz w:val="28"/>
                <w:szCs w:val="28"/>
              </w:rPr>
              <w:t xml:space="preserve">Bưu chính [x]       </w:t>
            </w:r>
          </w:p>
          <w:p w14:paraId="12515575" w14:textId="70627E3E" w:rsidR="006D038E" w:rsidRPr="00972B74" w:rsidRDefault="006D038E" w:rsidP="00A23EBB">
            <w:pPr>
              <w:widowControl w:val="0"/>
              <w:spacing w:before="120" w:after="120"/>
              <w:rPr>
                <w:rFonts w:cs="Times New Roman"/>
                <w:sz w:val="28"/>
                <w:szCs w:val="28"/>
              </w:rPr>
            </w:pPr>
            <w:r w:rsidRPr="00972B74">
              <w:rPr>
                <w:rFonts w:cs="Times New Roman"/>
                <w:sz w:val="28"/>
                <w:szCs w:val="28"/>
              </w:rPr>
              <w:t>Điện tử [x]</w:t>
            </w:r>
          </w:p>
        </w:tc>
        <w:tc>
          <w:tcPr>
            <w:tcW w:w="10914" w:type="dxa"/>
          </w:tcPr>
          <w:p w14:paraId="6714F882" w14:textId="77777777" w:rsidR="006D038E" w:rsidRDefault="006D038E" w:rsidP="00A23EBB">
            <w:pPr>
              <w:widowControl w:val="0"/>
              <w:spacing w:before="120"/>
              <w:jc w:val="both"/>
              <w:rPr>
                <w:rFonts w:cs="Times New Roman"/>
                <w:sz w:val="28"/>
                <w:szCs w:val="28"/>
              </w:rPr>
            </w:pPr>
            <w:r w:rsidRPr="00972B74">
              <w:rPr>
                <w:rFonts w:cs="Times New Roman"/>
                <w:sz w:val="28"/>
                <w:szCs w:val="28"/>
              </w:rPr>
              <w:t xml:space="preserve">Nêu rõ lý do: </w:t>
            </w:r>
            <w:r w:rsidR="00CF3A26">
              <w:rPr>
                <w:rFonts w:cs="Times New Roman"/>
                <w:sz w:val="28"/>
                <w:szCs w:val="28"/>
              </w:rPr>
              <w:t xml:space="preserve">Cơ quan, tổ chức, đơn vị, địa phương </w:t>
            </w:r>
            <w:r w:rsidRPr="00972B74">
              <w:rPr>
                <w:rFonts w:cs="Times New Roman"/>
                <w:sz w:val="28"/>
                <w:szCs w:val="28"/>
              </w:rPr>
              <w:t xml:space="preserve">được lựa chọn hình thức phù hợp; kết quả là Quyết định </w:t>
            </w:r>
            <w:r w:rsidR="00CF3A26">
              <w:rPr>
                <w:rFonts w:cs="Times New Roman"/>
                <w:sz w:val="28"/>
                <w:szCs w:val="28"/>
              </w:rPr>
              <w:t xml:space="preserve">tặng Kỷ niệm chương </w:t>
            </w:r>
            <w:r w:rsidRPr="00972B74">
              <w:rPr>
                <w:rFonts w:cs="Times New Roman"/>
                <w:sz w:val="28"/>
                <w:szCs w:val="28"/>
              </w:rPr>
              <w:t xml:space="preserve">kèm chuyển khoản </w:t>
            </w:r>
            <w:r w:rsidR="00CF3A26">
              <w:rPr>
                <w:rFonts w:cs="Times New Roman"/>
                <w:sz w:val="28"/>
                <w:szCs w:val="28"/>
              </w:rPr>
              <w:t xml:space="preserve">tiền thưởng </w:t>
            </w:r>
            <w:r w:rsidRPr="00972B74">
              <w:rPr>
                <w:rFonts w:cs="Times New Roman"/>
                <w:sz w:val="28"/>
                <w:szCs w:val="28"/>
              </w:rPr>
              <w:t xml:space="preserve">hoặc văn bản trả lời không </w:t>
            </w:r>
            <w:r w:rsidR="00CF3A26">
              <w:rPr>
                <w:rFonts w:cs="Times New Roman"/>
                <w:sz w:val="28"/>
                <w:szCs w:val="28"/>
              </w:rPr>
              <w:t xml:space="preserve">đủ tiêu chuẩn có </w:t>
            </w:r>
            <w:r w:rsidRPr="00972B74">
              <w:rPr>
                <w:rFonts w:cs="Times New Roman"/>
                <w:sz w:val="28"/>
                <w:szCs w:val="28"/>
              </w:rPr>
              <w:t>nêu rõ lý do; việc tiếp nhận, trả kết quả thực hiện theo quy định về giải quyết thủ tục hành chính và môi trường điện tử.</w:t>
            </w:r>
          </w:p>
          <w:p w14:paraId="7C348880" w14:textId="30A89330" w:rsidR="00CF3A26" w:rsidRDefault="00CF3A26" w:rsidP="00CF3A26">
            <w:pPr>
              <w:widowControl w:val="0"/>
              <w:jc w:val="both"/>
              <w:rPr>
                <w:rFonts w:cs="Times New Roman"/>
                <w:sz w:val="28"/>
                <w:szCs w:val="28"/>
              </w:rPr>
            </w:pPr>
            <w:r>
              <w:rPr>
                <w:rFonts w:cs="Times New Roman"/>
                <w:sz w:val="28"/>
                <w:szCs w:val="28"/>
              </w:rPr>
              <w:t>Có được quy định phù hợp và tạo thuận lợi, tiết kiệm chi phí cho cơ quan nhà nước, cá nhân, tổ chức khi thực h</w:t>
            </w:r>
            <w:r w:rsidR="00A23EBB">
              <w:rPr>
                <w:rFonts w:cs="Times New Roman"/>
                <w:sz w:val="28"/>
                <w:szCs w:val="28"/>
              </w:rPr>
              <w:t>iện không? Có [x]       Không [</w:t>
            </w:r>
            <w:r>
              <w:rPr>
                <w:rFonts w:cs="Times New Roman"/>
                <w:sz w:val="28"/>
                <w:szCs w:val="28"/>
              </w:rPr>
              <w:t>]</w:t>
            </w:r>
          </w:p>
          <w:p w14:paraId="55482A17" w14:textId="26644DEF" w:rsidR="00CF3A26" w:rsidRPr="00972B74" w:rsidRDefault="00CF3A26" w:rsidP="00A23EBB">
            <w:pPr>
              <w:widowControl w:val="0"/>
              <w:spacing w:after="120"/>
              <w:jc w:val="both"/>
              <w:rPr>
                <w:rFonts w:cs="Times New Roman"/>
                <w:sz w:val="28"/>
                <w:szCs w:val="28"/>
              </w:rPr>
            </w:pPr>
            <w:r>
              <w:rPr>
                <w:rFonts w:cs="Times New Roman"/>
                <w:sz w:val="28"/>
                <w:szCs w:val="28"/>
              </w:rPr>
              <w:t>Nêu rõ lý do: Thuận lợi cho cá nhân (bản thành tích tự kê khai</w:t>
            </w:r>
            <w:r w:rsidR="001D3C62">
              <w:rPr>
                <w:rFonts w:cs="Times New Roman"/>
                <w:sz w:val="28"/>
                <w:szCs w:val="28"/>
              </w:rPr>
              <w:t xml:space="preserve">); </w:t>
            </w:r>
            <w:r>
              <w:rPr>
                <w:rFonts w:cs="Times New Roman"/>
                <w:sz w:val="28"/>
                <w:szCs w:val="28"/>
              </w:rPr>
              <w:t>cơ quan, tổ chức, đơn vị, địa phương</w:t>
            </w:r>
            <w:r w:rsidR="001D3C62">
              <w:rPr>
                <w:rFonts w:cs="Times New Roman"/>
                <w:sz w:val="28"/>
                <w:szCs w:val="28"/>
              </w:rPr>
              <w:t xml:space="preserve"> lập hồ sơ đề nghị; Sở Nội vụ tiếp nhận, thẩm định, trình Chủ tịch Ủy ban nhân dân tỉnh xem xét, quyết định; Sở Nội vụ trả kết quả thực hiện.</w:t>
            </w:r>
          </w:p>
        </w:tc>
      </w:tr>
      <w:tr w:rsidR="006D038E" w:rsidRPr="00972B74" w14:paraId="76D074F4" w14:textId="77777777" w:rsidTr="00972B74">
        <w:tc>
          <w:tcPr>
            <w:tcW w:w="14458" w:type="dxa"/>
            <w:gridSpan w:val="2"/>
          </w:tcPr>
          <w:p w14:paraId="6B4FFE02" w14:textId="1EC04DA0" w:rsidR="006D038E" w:rsidRPr="00972B74" w:rsidRDefault="006D038E" w:rsidP="00DF72F4">
            <w:pPr>
              <w:widowControl w:val="0"/>
              <w:spacing w:before="120" w:after="120"/>
              <w:rPr>
                <w:rFonts w:cs="Times New Roman"/>
                <w:sz w:val="28"/>
                <w:szCs w:val="28"/>
              </w:rPr>
            </w:pPr>
            <w:r w:rsidRPr="00972B74">
              <w:rPr>
                <w:rFonts w:cs="Times New Roman"/>
                <w:b/>
                <w:sz w:val="28"/>
                <w:szCs w:val="28"/>
              </w:rPr>
              <w:t>4. Thành phần, số lượng hồ sơ</w:t>
            </w:r>
          </w:p>
        </w:tc>
      </w:tr>
      <w:tr w:rsidR="006D038E" w:rsidRPr="00972B74" w14:paraId="345B693C" w14:textId="77777777" w:rsidTr="00A23EBB">
        <w:tc>
          <w:tcPr>
            <w:tcW w:w="3544" w:type="dxa"/>
          </w:tcPr>
          <w:p w14:paraId="6E758FE5" w14:textId="1AF55F05" w:rsidR="006D038E" w:rsidRPr="00972B74" w:rsidRDefault="006D038E" w:rsidP="00DF72F4">
            <w:pPr>
              <w:widowControl w:val="0"/>
              <w:spacing w:before="120" w:after="120" w:line="240" w:lineRule="auto"/>
              <w:jc w:val="both"/>
              <w:rPr>
                <w:rFonts w:cs="Times New Roman"/>
                <w:sz w:val="28"/>
                <w:szCs w:val="28"/>
              </w:rPr>
            </w:pPr>
            <w:r w:rsidRPr="00972B74">
              <w:rPr>
                <w:rFonts w:cs="Times New Roman"/>
                <w:sz w:val="28"/>
                <w:szCs w:val="28"/>
              </w:rPr>
              <w:t xml:space="preserve">a) </w:t>
            </w:r>
            <w:r w:rsidR="00045E35">
              <w:rPr>
                <w:rFonts w:cs="Times New Roman"/>
                <w:sz w:val="28"/>
                <w:szCs w:val="28"/>
              </w:rPr>
              <w:t>Tên t</w:t>
            </w:r>
            <w:r w:rsidRPr="00972B74">
              <w:rPr>
                <w:rFonts w:cs="Times New Roman"/>
                <w:sz w:val="28"/>
                <w:szCs w:val="28"/>
              </w:rPr>
              <w:t>hành phần hồ sơ</w:t>
            </w:r>
            <w:r w:rsidR="00045E35">
              <w:rPr>
                <w:rFonts w:cs="Times New Roman"/>
                <w:sz w:val="28"/>
                <w:szCs w:val="28"/>
              </w:rPr>
              <w:t xml:space="preserve"> 1:</w:t>
            </w:r>
            <w:r w:rsidR="00DF72F4">
              <w:rPr>
                <w:rFonts w:cs="Times New Roman"/>
                <w:sz w:val="28"/>
                <w:szCs w:val="28"/>
              </w:rPr>
              <w:t xml:space="preserve"> </w:t>
            </w:r>
            <w:r w:rsidR="00045E35" w:rsidRPr="00DF72F4">
              <w:rPr>
                <w:rFonts w:cs="Times New Roman"/>
                <w:i/>
                <w:sz w:val="28"/>
                <w:szCs w:val="28"/>
              </w:rPr>
              <w:t>Tờ trình của Thủ trưởng</w:t>
            </w:r>
            <w:r w:rsidR="00DF72F4" w:rsidRPr="00DF72F4">
              <w:rPr>
                <w:rFonts w:cs="Times New Roman"/>
                <w:i/>
                <w:sz w:val="28"/>
                <w:szCs w:val="28"/>
              </w:rPr>
              <w:t xml:space="preserve"> </w:t>
            </w:r>
            <w:r w:rsidR="00045E35" w:rsidRPr="00DF72F4">
              <w:rPr>
                <w:rFonts w:cs="Times New Roman"/>
                <w:i/>
                <w:sz w:val="28"/>
                <w:szCs w:val="28"/>
              </w:rPr>
              <w:t>cơ quan, tổ chức, đơn vị,</w:t>
            </w:r>
            <w:r w:rsidR="00DF72F4" w:rsidRPr="00DF72F4">
              <w:rPr>
                <w:rFonts w:cs="Times New Roman"/>
                <w:i/>
                <w:sz w:val="28"/>
                <w:szCs w:val="28"/>
              </w:rPr>
              <w:t xml:space="preserve"> </w:t>
            </w:r>
            <w:r w:rsidR="00045E35" w:rsidRPr="00DF72F4">
              <w:rPr>
                <w:rFonts w:cs="Times New Roman"/>
                <w:i/>
                <w:sz w:val="28"/>
                <w:szCs w:val="28"/>
              </w:rPr>
              <w:t>địa phương</w:t>
            </w:r>
          </w:p>
        </w:tc>
        <w:tc>
          <w:tcPr>
            <w:tcW w:w="10914" w:type="dxa"/>
          </w:tcPr>
          <w:p w14:paraId="423341BF" w14:textId="3A0481A6" w:rsidR="006D038E" w:rsidRPr="00045E35" w:rsidRDefault="00045E35" w:rsidP="00DF72F4">
            <w:pPr>
              <w:widowControl w:val="0"/>
              <w:spacing w:before="120"/>
              <w:jc w:val="both"/>
              <w:rPr>
                <w:rFonts w:cs="Times New Roman"/>
                <w:spacing w:val="-6"/>
                <w:sz w:val="28"/>
                <w:szCs w:val="28"/>
              </w:rPr>
            </w:pPr>
            <w:r w:rsidRPr="00045E35">
              <w:rPr>
                <w:rFonts w:cs="Times New Roman"/>
                <w:spacing w:val="-6"/>
                <w:sz w:val="28"/>
                <w:szCs w:val="28"/>
              </w:rPr>
              <w:t>- Nêu rõ lý do quy định: Để làm căn cứ rà soát, thẩm định cá nhân được đề nghị xét tặng Kỷ niệm chương.</w:t>
            </w:r>
          </w:p>
          <w:p w14:paraId="55688702" w14:textId="77777777" w:rsidR="00045E35" w:rsidRDefault="00045E35" w:rsidP="002B61F8">
            <w:pPr>
              <w:widowControl w:val="0"/>
              <w:rPr>
                <w:rFonts w:cs="Times New Roman"/>
                <w:sz w:val="28"/>
                <w:szCs w:val="28"/>
              </w:rPr>
            </w:pPr>
            <w:r>
              <w:rPr>
                <w:rFonts w:cs="Times New Roman"/>
                <w:sz w:val="28"/>
                <w:szCs w:val="28"/>
              </w:rPr>
              <w:t>- Yêu cầu về hình thức: Tờ trình hành chính.</w:t>
            </w:r>
          </w:p>
          <w:p w14:paraId="2F1E3170" w14:textId="286571EA" w:rsidR="00045E35" w:rsidRPr="00972B74" w:rsidRDefault="00045E35" w:rsidP="00DF72F4">
            <w:pPr>
              <w:widowControl w:val="0"/>
              <w:jc w:val="both"/>
              <w:rPr>
                <w:rFonts w:cs="Times New Roman"/>
                <w:sz w:val="28"/>
                <w:szCs w:val="28"/>
              </w:rPr>
            </w:pPr>
            <w:r>
              <w:rPr>
                <w:rFonts w:cs="Times New Roman"/>
                <w:sz w:val="28"/>
                <w:szCs w:val="28"/>
              </w:rPr>
              <w:t xml:space="preserve">- Lý do quy định: Để làm căn cứ rà soát, thẩm định </w:t>
            </w:r>
            <w:r w:rsidR="00DF72F4">
              <w:rPr>
                <w:rFonts w:cs="Times New Roman"/>
                <w:sz w:val="28"/>
                <w:szCs w:val="28"/>
              </w:rPr>
              <w:t>tiêu chuẩn của cá nhân</w:t>
            </w:r>
            <w:r>
              <w:rPr>
                <w:rFonts w:cs="Times New Roman"/>
                <w:sz w:val="28"/>
                <w:szCs w:val="28"/>
              </w:rPr>
              <w:t xml:space="preserve"> được đề nghị xét tặng Kỷ niệm chương.</w:t>
            </w:r>
          </w:p>
        </w:tc>
      </w:tr>
      <w:tr w:rsidR="00045E35" w:rsidRPr="00972B74" w14:paraId="19EAB0E7" w14:textId="77777777" w:rsidTr="00A23EBB">
        <w:tc>
          <w:tcPr>
            <w:tcW w:w="3544" w:type="dxa"/>
          </w:tcPr>
          <w:p w14:paraId="70C57980" w14:textId="62D31C95" w:rsidR="00045E35" w:rsidRDefault="00045E35" w:rsidP="00DF72F4">
            <w:pPr>
              <w:widowControl w:val="0"/>
              <w:spacing w:before="120"/>
              <w:jc w:val="both"/>
              <w:rPr>
                <w:rFonts w:cs="Times New Roman"/>
                <w:spacing w:val="-6"/>
                <w:sz w:val="28"/>
                <w:szCs w:val="28"/>
              </w:rPr>
            </w:pPr>
            <w:r w:rsidRPr="00045E35">
              <w:rPr>
                <w:rFonts w:cs="Times New Roman"/>
                <w:spacing w:val="-6"/>
                <w:sz w:val="28"/>
                <w:szCs w:val="28"/>
              </w:rPr>
              <w:lastRenderedPageBreak/>
              <w:t>b) Tên thành phần hồ sơ 2:</w:t>
            </w:r>
          </w:p>
          <w:p w14:paraId="5A724E8C" w14:textId="0FF6518F" w:rsidR="00045E35" w:rsidRPr="001C2F21" w:rsidRDefault="00045E35" w:rsidP="00DF72F4">
            <w:pPr>
              <w:widowControl w:val="0"/>
              <w:spacing w:line="240" w:lineRule="auto"/>
              <w:jc w:val="both"/>
              <w:rPr>
                <w:rFonts w:ascii="Times New Roman Italic" w:hAnsi="Times New Roman Italic" w:cs="Times New Roman"/>
                <w:i/>
                <w:spacing w:val="-6"/>
                <w:sz w:val="28"/>
                <w:szCs w:val="28"/>
              </w:rPr>
            </w:pPr>
            <w:r w:rsidRPr="001C2F21">
              <w:rPr>
                <w:rFonts w:ascii="Times New Roman Italic" w:hAnsi="Times New Roman Italic" w:cs="Times New Roman"/>
                <w:i/>
                <w:spacing w:val="-6"/>
                <w:sz w:val="28"/>
                <w:szCs w:val="28"/>
              </w:rPr>
              <w:t>Báo cáo thành tích của cá nhân được đề nghị tặng Kỷ niệm chương, có xác nhận của cấp trình khen thưởng</w:t>
            </w:r>
          </w:p>
        </w:tc>
        <w:tc>
          <w:tcPr>
            <w:tcW w:w="10914" w:type="dxa"/>
          </w:tcPr>
          <w:p w14:paraId="3E3748CA" w14:textId="143D704E" w:rsidR="00045E35" w:rsidRPr="00045E35" w:rsidRDefault="00045E35" w:rsidP="00DF72F4">
            <w:pPr>
              <w:widowControl w:val="0"/>
              <w:spacing w:before="120"/>
              <w:jc w:val="both"/>
              <w:rPr>
                <w:rFonts w:cs="Times New Roman"/>
                <w:spacing w:val="-6"/>
                <w:sz w:val="28"/>
                <w:szCs w:val="28"/>
              </w:rPr>
            </w:pPr>
            <w:r w:rsidRPr="00045E35">
              <w:rPr>
                <w:rFonts w:cs="Times New Roman"/>
                <w:spacing w:val="-6"/>
                <w:sz w:val="28"/>
                <w:szCs w:val="28"/>
              </w:rPr>
              <w:t xml:space="preserve">- Nêu rõ lý do quy định: Để làm căn cứ thẩm định </w:t>
            </w:r>
            <w:r>
              <w:rPr>
                <w:rFonts w:cs="Times New Roman"/>
                <w:spacing w:val="-6"/>
                <w:sz w:val="28"/>
                <w:szCs w:val="28"/>
              </w:rPr>
              <w:t xml:space="preserve">đối tượng, tiêu chuẩn của </w:t>
            </w:r>
            <w:r w:rsidRPr="00045E35">
              <w:rPr>
                <w:rFonts w:cs="Times New Roman"/>
                <w:spacing w:val="-6"/>
                <w:sz w:val="28"/>
                <w:szCs w:val="28"/>
              </w:rPr>
              <w:t>cá nhân được đề nghị xét tặng Kỷ niệm chương.</w:t>
            </w:r>
          </w:p>
          <w:p w14:paraId="69F04C2A" w14:textId="6310427A" w:rsidR="00045E35" w:rsidRDefault="00045E35" w:rsidP="00045E35">
            <w:pPr>
              <w:widowControl w:val="0"/>
              <w:rPr>
                <w:rFonts w:cs="Times New Roman"/>
                <w:sz w:val="28"/>
                <w:szCs w:val="28"/>
              </w:rPr>
            </w:pPr>
            <w:r>
              <w:rPr>
                <w:rFonts w:cs="Times New Roman"/>
                <w:sz w:val="28"/>
                <w:szCs w:val="28"/>
              </w:rPr>
              <w:t>- Yêu cầu về hình thức: Báo cáo thành tích</w:t>
            </w:r>
            <w:r w:rsidR="001C2F21">
              <w:rPr>
                <w:rFonts w:cs="Times New Roman"/>
                <w:sz w:val="28"/>
                <w:szCs w:val="28"/>
              </w:rPr>
              <w:t xml:space="preserve"> theo mẫu.</w:t>
            </w:r>
          </w:p>
          <w:p w14:paraId="6E3C49DE" w14:textId="16553883" w:rsidR="00045E35" w:rsidRPr="00045E35" w:rsidRDefault="00045E35" w:rsidP="00A23EBB">
            <w:pPr>
              <w:widowControl w:val="0"/>
              <w:spacing w:after="120"/>
              <w:jc w:val="both"/>
              <w:rPr>
                <w:rFonts w:cs="Times New Roman"/>
                <w:spacing w:val="-6"/>
                <w:sz w:val="28"/>
                <w:szCs w:val="28"/>
              </w:rPr>
            </w:pPr>
            <w:r>
              <w:rPr>
                <w:rFonts w:cs="Times New Roman"/>
                <w:sz w:val="28"/>
                <w:szCs w:val="28"/>
              </w:rPr>
              <w:t xml:space="preserve">- Lý do quy định: </w:t>
            </w:r>
            <w:r w:rsidR="001C2F21" w:rsidRPr="00045E35">
              <w:rPr>
                <w:rFonts w:cs="Times New Roman"/>
                <w:spacing w:val="-6"/>
                <w:sz w:val="28"/>
                <w:szCs w:val="28"/>
              </w:rPr>
              <w:t xml:space="preserve">Để làm căn cứ thẩm định </w:t>
            </w:r>
            <w:r w:rsidR="001C2F21">
              <w:rPr>
                <w:rFonts w:cs="Times New Roman"/>
                <w:spacing w:val="-6"/>
                <w:sz w:val="28"/>
                <w:szCs w:val="28"/>
              </w:rPr>
              <w:t xml:space="preserve">đối tượng, tiêu chuẩn của </w:t>
            </w:r>
            <w:r w:rsidR="001C2F21" w:rsidRPr="00045E35">
              <w:rPr>
                <w:rFonts w:cs="Times New Roman"/>
                <w:spacing w:val="-6"/>
                <w:sz w:val="28"/>
                <w:szCs w:val="28"/>
              </w:rPr>
              <w:t>cá nhân được đề nghị xét tặng Kỷ niệm chương.</w:t>
            </w:r>
          </w:p>
        </w:tc>
      </w:tr>
      <w:tr w:rsidR="001C2F21" w:rsidRPr="00972B74" w14:paraId="589C693B" w14:textId="77777777" w:rsidTr="00A23EBB">
        <w:tc>
          <w:tcPr>
            <w:tcW w:w="3544" w:type="dxa"/>
          </w:tcPr>
          <w:p w14:paraId="2B1F4CD9" w14:textId="77777777" w:rsidR="00DF72F4" w:rsidRDefault="001C2F21" w:rsidP="00DF72F4">
            <w:pPr>
              <w:widowControl w:val="0"/>
              <w:spacing w:before="120" w:after="120" w:line="240" w:lineRule="auto"/>
              <w:jc w:val="both"/>
              <w:rPr>
                <w:rFonts w:cs="Times New Roman"/>
                <w:spacing w:val="-6"/>
                <w:sz w:val="28"/>
                <w:szCs w:val="28"/>
              </w:rPr>
            </w:pPr>
            <w:r>
              <w:rPr>
                <w:rFonts w:cs="Times New Roman"/>
                <w:spacing w:val="-6"/>
                <w:sz w:val="28"/>
                <w:szCs w:val="28"/>
              </w:rPr>
              <w:t>c) Tên thành phần hồ sơ 3</w:t>
            </w:r>
            <w:r w:rsidRPr="00045E35">
              <w:rPr>
                <w:rFonts w:cs="Times New Roman"/>
                <w:spacing w:val="-6"/>
                <w:sz w:val="28"/>
                <w:szCs w:val="28"/>
              </w:rPr>
              <w:t>:</w:t>
            </w:r>
          </w:p>
          <w:p w14:paraId="728F8447" w14:textId="4EDA6346" w:rsidR="001C2F21" w:rsidRPr="00045E35" w:rsidRDefault="001C2F21" w:rsidP="00DF72F4">
            <w:pPr>
              <w:widowControl w:val="0"/>
              <w:spacing w:before="120" w:after="120" w:line="240" w:lineRule="auto"/>
              <w:jc w:val="both"/>
              <w:rPr>
                <w:rFonts w:cs="Times New Roman"/>
                <w:spacing w:val="-6"/>
                <w:sz w:val="28"/>
                <w:szCs w:val="28"/>
              </w:rPr>
            </w:pPr>
            <w:r w:rsidRPr="001C2F21">
              <w:rPr>
                <w:rFonts w:ascii="Times New Roman Italic" w:hAnsi="Times New Roman Italic" w:cs="Times New Roman"/>
                <w:i/>
                <w:spacing w:val="-6"/>
                <w:sz w:val="28"/>
                <w:szCs w:val="28"/>
              </w:rPr>
              <w:t xml:space="preserve">Biên bản họp của Hội đồng Thi đua - Khen thưởng cơ quan, tổ chức, đơn vị, </w:t>
            </w:r>
            <w:r>
              <w:rPr>
                <w:rFonts w:ascii="Times New Roman Italic" w:hAnsi="Times New Roman Italic" w:cs="Times New Roman"/>
                <w:i/>
                <w:spacing w:val="-6"/>
                <w:sz w:val="28"/>
                <w:szCs w:val="28"/>
              </w:rPr>
              <w:br/>
            </w:r>
            <w:r w:rsidRPr="001C2F21">
              <w:rPr>
                <w:rFonts w:ascii="Times New Roman Italic" w:hAnsi="Times New Roman Italic" w:cs="Times New Roman"/>
                <w:i/>
                <w:spacing w:val="-6"/>
                <w:sz w:val="28"/>
                <w:szCs w:val="28"/>
              </w:rPr>
              <w:t>địa phương</w:t>
            </w:r>
          </w:p>
        </w:tc>
        <w:tc>
          <w:tcPr>
            <w:tcW w:w="10914" w:type="dxa"/>
          </w:tcPr>
          <w:p w14:paraId="4A8492B6" w14:textId="5AFD2A7B" w:rsidR="001C2F21" w:rsidRDefault="001C2F21" w:rsidP="00DF72F4">
            <w:pPr>
              <w:widowControl w:val="0"/>
              <w:spacing w:before="120" w:after="120" w:line="240" w:lineRule="auto"/>
              <w:jc w:val="both"/>
              <w:rPr>
                <w:rFonts w:cs="Times New Roman"/>
                <w:spacing w:val="-6"/>
                <w:sz w:val="28"/>
                <w:szCs w:val="28"/>
              </w:rPr>
            </w:pPr>
            <w:r w:rsidRPr="00045E35">
              <w:rPr>
                <w:rFonts w:cs="Times New Roman"/>
                <w:spacing w:val="-6"/>
                <w:sz w:val="28"/>
                <w:szCs w:val="28"/>
              </w:rPr>
              <w:t xml:space="preserve">- Nêu rõ lý do quy định: Để </w:t>
            </w:r>
            <w:r>
              <w:rPr>
                <w:rFonts w:cs="Times New Roman"/>
                <w:spacing w:val="-6"/>
                <w:sz w:val="28"/>
                <w:szCs w:val="28"/>
              </w:rPr>
              <w:t>họp xét, trước khi đề nghị Chủ tịch Ủy ban nhân dân tỉnh tặng Kỷ niệm chương, đảm bảo lựa chọn cá nhân đúng đối tượng, đủ tiêu chuẩn.</w:t>
            </w:r>
          </w:p>
          <w:p w14:paraId="6DE1048E" w14:textId="7339A4B9" w:rsidR="001C2F21" w:rsidRDefault="00DF72F4" w:rsidP="00DF72F4">
            <w:pPr>
              <w:widowControl w:val="0"/>
              <w:spacing w:before="120" w:after="120" w:line="240" w:lineRule="auto"/>
              <w:jc w:val="both"/>
              <w:rPr>
                <w:rFonts w:cs="Times New Roman"/>
                <w:sz w:val="28"/>
                <w:szCs w:val="28"/>
              </w:rPr>
            </w:pPr>
            <w:r>
              <w:rPr>
                <w:rFonts w:cs="Times New Roman"/>
                <w:sz w:val="28"/>
                <w:szCs w:val="28"/>
              </w:rPr>
              <w:t>- Yêu cầu về hình thức: Biê</w:t>
            </w:r>
            <w:r w:rsidR="001C2F21">
              <w:rPr>
                <w:rFonts w:cs="Times New Roman"/>
                <w:sz w:val="28"/>
                <w:szCs w:val="28"/>
              </w:rPr>
              <w:t>n bản họp.</w:t>
            </w:r>
          </w:p>
          <w:p w14:paraId="06D29B4C" w14:textId="1A750FBE" w:rsidR="001C2F21" w:rsidRPr="00045E35" w:rsidRDefault="001C2F21" w:rsidP="00DF72F4">
            <w:pPr>
              <w:widowControl w:val="0"/>
              <w:spacing w:before="120" w:after="120" w:line="240" w:lineRule="auto"/>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w:t>
            </w:r>
            <w:r>
              <w:rPr>
                <w:rFonts w:cs="Times New Roman"/>
                <w:spacing w:val="-6"/>
                <w:sz w:val="28"/>
                <w:szCs w:val="28"/>
              </w:rPr>
              <w:t>họp xét, trước khi đề nghị Chủ tịch Ủy ban nhân dân tỉnh tặng Kỷ niệm chương, đảm bảo lựa chọn cá nhân đúng đối tượng, đủ tiêu chuẩn.</w:t>
            </w:r>
          </w:p>
        </w:tc>
      </w:tr>
      <w:tr w:rsidR="006D038E" w:rsidRPr="001C2F21" w14:paraId="4020EDA8" w14:textId="77777777" w:rsidTr="00A23EBB">
        <w:tc>
          <w:tcPr>
            <w:tcW w:w="3544" w:type="dxa"/>
          </w:tcPr>
          <w:p w14:paraId="483ED580" w14:textId="588EA0BC" w:rsidR="006D038E" w:rsidRPr="00972B74" w:rsidRDefault="001C2F21" w:rsidP="00DF72F4">
            <w:pPr>
              <w:widowControl w:val="0"/>
              <w:spacing w:before="120" w:after="120" w:line="240" w:lineRule="auto"/>
              <w:jc w:val="both"/>
              <w:rPr>
                <w:rFonts w:cs="Times New Roman"/>
                <w:sz w:val="28"/>
                <w:szCs w:val="28"/>
              </w:rPr>
            </w:pPr>
            <w:r>
              <w:rPr>
                <w:rFonts w:cs="Times New Roman"/>
                <w:sz w:val="28"/>
                <w:szCs w:val="28"/>
              </w:rPr>
              <w:t>d</w:t>
            </w:r>
            <w:r w:rsidR="006D038E" w:rsidRPr="00972B74">
              <w:rPr>
                <w:rFonts w:cs="Times New Roman"/>
                <w:sz w:val="28"/>
                <w:szCs w:val="28"/>
              </w:rPr>
              <w:t xml:space="preserve">) </w:t>
            </w:r>
            <w:r>
              <w:rPr>
                <w:rFonts w:cs="Times New Roman"/>
                <w:sz w:val="28"/>
                <w:szCs w:val="28"/>
              </w:rPr>
              <w:t>Các g</w:t>
            </w:r>
            <w:r w:rsidR="006D038E" w:rsidRPr="00972B74">
              <w:rPr>
                <w:rFonts w:cs="Times New Roman"/>
                <w:sz w:val="28"/>
                <w:szCs w:val="28"/>
              </w:rPr>
              <w:t xml:space="preserve">iấy tờ, tài liệu </w:t>
            </w:r>
            <w:r>
              <w:rPr>
                <w:rFonts w:cs="Times New Roman"/>
                <w:sz w:val="28"/>
                <w:szCs w:val="28"/>
              </w:rPr>
              <w:t xml:space="preserve">để </w:t>
            </w:r>
            <w:r w:rsidR="006D038E" w:rsidRPr="00972B74">
              <w:rPr>
                <w:rFonts w:cs="Times New Roman"/>
                <w:sz w:val="28"/>
                <w:szCs w:val="28"/>
              </w:rPr>
              <w:t xml:space="preserve">chứng minh </w:t>
            </w:r>
            <w:r>
              <w:rPr>
                <w:rFonts w:cs="Times New Roman"/>
                <w:sz w:val="28"/>
                <w:szCs w:val="28"/>
              </w:rPr>
              <w:t>việc đáp ứng yêu cầu, điều kiện thực hiện thủ tục hành chính có được quy định rõ ràng, cụ thể ở thành phần hồ sơ của thủ tục hành chính không?</w:t>
            </w:r>
            <w:r w:rsidR="006D038E" w:rsidRPr="00972B74">
              <w:rPr>
                <w:rFonts w:cs="Times New Roman"/>
                <w:sz w:val="28"/>
                <w:szCs w:val="28"/>
              </w:rPr>
              <w:t xml:space="preserve"> </w:t>
            </w:r>
          </w:p>
        </w:tc>
        <w:tc>
          <w:tcPr>
            <w:tcW w:w="10914" w:type="dxa"/>
          </w:tcPr>
          <w:p w14:paraId="4FF7B3D1" w14:textId="407C20E1" w:rsidR="001C2F21" w:rsidRPr="007D6940" w:rsidRDefault="001C2F21" w:rsidP="00DF72F4">
            <w:pPr>
              <w:widowControl w:val="0"/>
              <w:spacing w:before="120"/>
              <w:jc w:val="both"/>
              <w:rPr>
                <w:rFonts w:cs="Times New Roman"/>
                <w:sz w:val="28"/>
                <w:szCs w:val="28"/>
              </w:rPr>
            </w:pPr>
            <w:r w:rsidRPr="007D6940">
              <w:rPr>
                <w:rFonts w:cs="Times New Roman"/>
                <w:sz w:val="28"/>
                <w:szCs w:val="28"/>
              </w:rPr>
              <w:t xml:space="preserve">Có [x]       Không </w:t>
            </w:r>
            <w:proofErr w:type="gramStart"/>
            <w:r w:rsidRPr="007D6940">
              <w:rPr>
                <w:rFonts w:cs="Times New Roman"/>
                <w:sz w:val="28"/>
                <w:szCs w:val="28"/>
              </w:rPr>
              <w:t>[ ]</w:t>
            </w:r>
            <w:proofErr w:type="gramEnd"/>
          </w:p>
          <w:p w14:paraId="4F74BC1F" w14:textId="7C12A197" w:rsidR="006D038E" w:rsidRPr="007D6940" w:rsidRDefault="001C2F21" w:rsidP="002B61F8">
            <w:pPr>
              <w:widowControl w:val="0"/>
              <w:jc w:val="both"/>
              <w:rPr>
                <w:rFonts w:cs="Times New Roman"/>
                <w:sz w:val="28"/>
                <w:szCs w:val="28"/>
              </w:rPr>
            </w:pPr>
            <w:r w:rsidRPr="007D6940">
              <w:rPr>
                <w:rFonts w:cs="Times New Roman"/>
                <w:sz w:val="28"/>
                <w:szCs w:val="28"/>
              </w:rPr>
              <w:t>Nêu rõ: Thủ tục yêu cầu thành phần hồ sơ (</w:t>
            </w:r>
            <w:r w:rsidRPr="007D6940">
              <w:rPr>
                <w:rFonts w:cs="Times New Roman"/>
                <w:i/>
                <w:sz w:val="28"/>
                <w:szCs w:val="28"/>
              </w:rPr>
              <w:t xml:space="preserve">Tờ trình; </w:t>
            </w:r>
            <w:r w:rsidRPr="007D6940">
              <w:rPr>
                <w:rFonts w:ascii="Times New Roman Italic" w:hAnsi="Times New Roman Italic" w:cs="Times New Roman"/>
                <w:i/>
                <w:spacing w:val="-6"/>
                <w:sz w:val="28"/>
                <w:szCs w:val="28"/>
              </w:rPr>
              <w:t xml:space="preserve">Báo cáo thành tích; Biên bản họp), </w:t>
            </w:r>
            <w:r w:rsidRPr="007D6940">
              <w:rPr>
                <w:rFonts w:ascii="Times New Roman Italic" w:hAnsi="Times New Roman Italic" w:cs="Times New Roman"/>
                <w:spacing w:val="-6"/>
                <w:sz w:val="28"/>
                <w:szCs w:val="28"/>
              </w:rPr>
              <w:t>không yêu cầu giấy tờ, tài liệu khác để chứng minh.</w:t>
            </w:r>
          </w:p>
          <w:p w14:paraId="2D917421" w14:textId="77777777" w:rsidR="006D038E" w:rsidRPr="007D6940" w:rsidRDefault="006D038E" w:rsidP="002B61F8">
            <w:pPr>
              <w:widowControl w:val="0"/>
              <w:jc w:val="both"/>
              <w:rPr>
                <w:rFonts w:cs="Times New Roman"/>
                <w:sz w:val="28"/>
                <w:szCs w:val="28"/>
              </w:rPr>
            </w:pPr>
          </w:p>
        </w:tc>
      </w:tr>
      <w:tr w:rsidR="006D038E" w:rsidRPr="00CD0ABA" w14:paraId="2F63545C" w14:textId="77777777" w:rsidTr="00A23EBB">
        <w:tc>
          <w:tcPr>
            <w:tcW w:w="3544" w:type="dxa"/>
          </w:tcPr>
          <w:p w14:paraId="1596C7B8" w14:textId="48CB8217" w:rsidR="006D038E" w:rsidRPr="007D6940" w:rsidRDefault="00CD0ABA" w:rsidP="00DF72F4">
            <w:pPr>
              <w:widowControl w:val="0"/>
              <w:spacing w:before="120" w:after="120"/>
              <w:jc w:val="both"/>
              <w:rPr>
                <w:rFonts w:cs="Times New Roman"/>
                <w:sz w:val="28"/>
                <w:szCs w:val="28"/>
              </w:rPr>
            </w:pPr>
            <w:r w:rsidRPr="007D6940">
              <w:rPr>
                <w:rFonts w:cs="Times New Roman"/>
                <w:sz w:val="28"/>
                <w:szCs w:val="28"/>
              </w:rPr>
              <w:t>đ</w:t>
            </w:r>
            <w:r w:rsidR="006D038E" w:rsidRPr="007D6940">
              <w:rPr>
                <w:rFonts w:cs="Times New Roman"/>
                <w:sz w:val="28"/>
                <w:szCs w:val="28"/>
              </w:rPr>
              <w:t xml:space="preserve">) Số lượng bộ hồ sơ: </w:t>
            </w:r>
            <w:r w:rsidR="00DF72F4">
              <w:rPr>
                <w:rFonts w:cs="Times New Roman"/>
                <w:sz w:val="28"/>
                <w:szCs w:val="28"/>
              </w:rPr>
              <w:br/>
            </w:r>
            <w:r w:rsidRPr="007D6940">
              <w:rPr>
                <w:rFonts w:cs="Times New Roman"/>
                <w:sz w:val="28"/>
                <w:szCs w:val="28"/>
              </w:rPr>
              <w:t>01 bộ</w:t>
            </w:r>
          </w:p>
        </w:tc>
        <w:tc>
          <w:tcPr>
            <w:tcW w:w="10914" w:type="dxa"/>
          </w:tcPr>
          <w:p w14:paraId="54788A6D" w14:textId="4C3E2321" w:rsidR="006D038E" w:rsidRPr="007D6940" w:rsidRDefault="006D038E" w:rsidP="00DF72F4">
            <w:pPr>
              <w:widowControl w:val="0"/>
              <w:spacing w:before="120" w:after="120"/>
              <w:rPr>
                <w:rFonts w:cs="Times New Roman"/>
                <w:sz w:val="28"/>
                <w:szCs w:val="28"/>
              </w:rPr>
            </w:pPr>
          </w:p>
        </w:tc>
      </w:tr>
      <w:tr w:rsidR="006D038E" w:rsidRPr="00972B74" w14:paraId="744D7292" w14:textId="77777777" w:rsidTr="00972B74">
        <w:tc>
          <w:tcPr>
            <w:tcW w:w="14458" w:type="dxa"/>
            <w:gridSpan w:val="2"/>
          </w:tcPr>
          <w:p w14:paraId="44F7DFB1" w14:textId="1FB00D34" w:rsidR="006D038E" w:rsidRPr="00972B74" w:rsidRDefault="006D038E" w:rsidP="00DF72F4">
            <w:pPr>
              <w:widowControl w:val="0"/>
              <w:spacing w:before="120" w:after="120" w:line="240" w:lineRule="auto"/>
              <w:rPr>
                <w:rFonts w:cs="Times New Roman"/>
                <w:sz w:val="28"/>
                <w:szCs w:val="28"/>
              </w:rPr>
            </w:pPr>
            <w:r w:rsidRPr="00972B74">
              <w:rPr>
                <w:rFonts w:cs="Times New Roman"/>
                <w:b/>
                <w:sz w:val="28"/>
                <w:szCs w:val="28"/>
              </w:rPr>
              <w:t>5. Thời hạn giải quyết</w:t>
            </w:r>
          </w:p>
        </w:tc>
      </w:tr>
      <w:tr w:rsidR="006D038E" w:rsidRPr="00972B74" w14:paraId="027E9186" w14:textId="77777777" w:rsidTr="00A23EBB">
        <w:tc>
          <w:tcPr>
            <w:tcW w:w="3544" w:type="dxa"/>
          </w:tcPr>
          <w:p w14:paraId="26910410" w14:textId="0E0EE4A1" w:rsidR="006D038E" w:rsidRPr="00972B74" w:rsidRDefault="006D038E" w:rsidP="00A23EBB">
            <w:pPr>
              <w:widowControl w:val="0"/>
              <w:spacing w:before="120"/>
              <w:rPr>
                <w:rFonts w:cs="Times New Roman"/>
                <w:b/>
                <w:sz w:val="28"/>
                <w:szCs w:val="28"/>
              </w:rPr>
            </w:pPr>
            <w:r w:rsidRPr="00972B74">
              <w:rPr>
                <w:rFonts w:cs="Times New Roman"/>
                <w:sz w:val="28"/>
                <w:szCs w:val="28"/>
              </w:rPr>
              <w:t xml:space="preserve">a) Có được quy định rõ ràng, cụ thể và phù hợp không? </w:t>
            </w:r>
          </w:p>
        </w:tc>
        <w:tc>
          <w:tcPr>
            <w:tcW w:w="10914" w:type="dxa"/>
          </w:tcPr>
          <w:p w14:paraId="53F7FA51" w14:textId="77777777" w:rsidR="006D038E" w:rsidRPr="00972B74" w:rsidRDefault="006D038E" w:rsidP="00A23EBB">
            <w:pPr>
              <w:widowControl w:val="0"/>
              <w:spacing w:before="12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6B4AE524" w14:textId="712EB09D" w:rsidR="006D038E" w:rsidRPr="00972B74" w:rsidRDefault="006D038E" w:rsidP="002B61F8">
            <w:pPr>
              <w:widowControl w:val="0"/>
              <w:jc w:val="both"/>
              <w:rPr>
                <w:rFonts w:cs="Times New Roman"/>
                <w:sz w:val="28"/>
                <w:szCs w:val="28"/>
              </w:rPr>
            </w:pPr>
            <w:r w:rsidRPr="00972B74">
              <w:rPr>
                <w:rFonts w:cs="Times New Roman"/>
                <w:sz w:val="28"/>
                <w:szCs w:val="28"/>
              </w:rPr>
              <w:t xml:space="preserve">Thời hạn giải quyết thủ tục hành chính: </w:t>
            </w:r>
            <w:bookmarkStart w:id="1" w:name="_GoBack"/>
            <w:r w:rsidRPr="009E57F5">
              <w:rPr>
                <w:rFonts w:cs="Times New Roman"/>
                <w:color w:val="FF0000"/>
                <w:sz w:val="28"/>
                <w:szCs w:val="28"/>
              </w:rPr>
              <w:t>2</w:t>
            </w:r>
            <w:r w:rsidR="00CD0ABA" w:rsidRPr="009E57F5">
              <w:rPr>
                <w:rFonts w:cs="Times New Roman"/>
                <w:color w:val="FF0000"/>
                <w:sz w:val="28"/>
                <w:szCs w:val="28"/>
              </w:rPr>
              <w:t>5</w:t>
            </w:r>
            <w:r w:rsidRPr="009E57F5">
              <w:rPr>
                <w:rFonts w:cs="Times New Roman"/>
                <w:color w:val="FF0000"/>
                <w:sz w:val="28"/>
                <w:szCs w:val="28"/>
              </w:rPr>
              <w:t xml:space="preserve"> ngày </w:t>
            </w:r>
            <w:bookmarkEnd w:id="1"/>
            <w:r w:rsidRPr="00972B74">
              <w:rPr>
                <w:rFonts w:cs="Times New Roman"/>
                <w:sz w:val="28"/>
                <w:szCs w:val="28"/>
              </w:rPr>
              <w:t>làm việc kể từ ngày nhận đủ hồ sơ hợp lệ.</w:t>
            </w:r>
          </w:p>
          <w:p w14:paraId="24559695" w14:textId="7F24B8DD" w:rsidR="006D038E" w:rsidRPr="00972B74" w:rsidRDefault="006D038E" w:rsidP="00A23EBB">
            <w:pPr>
              <w:widowControl w:val="0"/>
              <w:spacing w:after="120"/>
              <w:jc w:val="both"/>
              <w:rPr>
                <w:rFonts w:cs="Times New Roman"/>
                <w:sz w:val="28"/>
                <w:szCs w:val="28"/>
              </w:rPr>
            </w:pPr>
            <w:r w:rsidRPr="00972B74">
              <w:rPr>
                <w:rFonts w:cs="Times New Roman"/>
                <w:sz w:val="28"/>
                <w:szCs w:val="28"/>
              </w:rPr>
              <w:t xml:space="preserve">Lý do quy định: </w:t>
            </w:r>
            <w:r w:rsidR="00907ABC">
              <w:rPr>
                <w:rFonts w:cs="Times New Roman"/>
                <w:sz w:val="28"/>
                <w:szCs w:val="28"/>
              </w:rPr>
              <w:t>P</w:t>
            </w:r>
            <w:r w:rsidRPr="00972B74">
              <w:rPr>
                <w:rFonts w:cs="Times New Roman"/>
                <w:sz w:val="28"/>
                <w:szCs w:val="28"/>
              </w:rPr>
              <w:t xml:space="preserve">hù hợp yêu cầu </w:t>
            </w:r>
            <w:r w:rsidR="00907ABC">
              <w:rPr>
                <w:rFonts w:cs="Times New Roman"/>
                <w:sz w:val="28"/>
                <w:szCs w:val="28"/>
              </w:rPr>
              <w:t>tiếp nhận, kiểm tra</w:t>
            </w:r>
            <w:r w:rsidR="00CD0ABA" w:rsidRPr="00972B74">
              <w:rPr>
                <w:rFonts w:cs="Times New Roman"/>
                <w:sz w:val="28"/>
                <w:szCs w:val="28"/>
              </w:rPr>
              <w:t xml:space="preserve">, </w:t>
            </w:r>
            <w:r w:rsidR="00CD0ABA">
              <w:rPr>
                <w:rFonts w:cs="Times New Roman"/>
                <w:sz w:val="28"/>
                <w:szCs w:val="28"/>
              </w:rPr>
              <w:t>thẩm định</w:t>
            </w:r>
            <w:r w:rsidR="006B5A19">
              <w:rPr>
                <w:rFonts w:cs="Times New Roman"/>
                <w:sz w:val="28"/>
                <w:szCs w:val="28"/>
              </w:rPr>
              <w:t xml:space="preserve"> và trình Chủ tịch Ủy ban nhâ</w:t>
            </w:r>
            <w:r w:rsidR="00907ABC">
              <w:rPr>
                <w:rFonts w:cs="Times New Roman"/>
                <w:sz w:val="28"/>
                <w:szCs w:val="28"/>
              </w:rPr>
              <w:t xml:space="preserve">n </w:t>
            </w:r>
            <w:r w:rsidR="00907ABC">
              <w:rPr>
                <w:rFonts w:cs="Times New Roman"/>
                <w:sz w:val="28"/>
                <w:szCs w:val="28"/>
              </w:rPr>
              <w:lastRenderedPageBreak/>
              <w:t>dân tỉnh</w:t>
            </w:r>
            <w:r w:rsidR="00CD0ABA">
              <w:rPr>
                <w:rFonts w:cs="Times New Roman"/>
                <w:sz w:val="28"/>
                <w:szCs w:val="28"/>
              </w:rPr>
              <w:t xml:space="preserve">, </w:t>
            </w:r>
            <w:r w:rsidRPr="00972B74">
              <w:rPr>
                <w:rFonts w:cs="Times New Roman"/>
                <w:sz w:val="28"/>
                <w:szCs w:val="28"/>
              </w:rPr>
              <w:t xml:space="preserve">bảo đảm không kéo dài thời gian giải quyết </w:t>
            </w:r>
            <w:r w:rsidR="00CD0ABA">
              <w:rPr>
                <w:rFonts w:cs="Times New Roman"/>
                <w:sz w:val="28"/>
                <w:szCs w:val="28"/>
              </w:rPr>
              <w:t>thủ tục hành chính.</w:t>
            </w:r>
          </w:p>
        </w:tc>
      </w:tr>
      <w:tr w:rsidR="006D038E" w:rsidRPr="00972B74" w14:paraId="76EA040E" w14:textId="77777777" w:rsidTr="00A23EBB">
        <w:tc>
          <w:tcPr>
            <w:tcW w:w="3544" w:type="dxa"/>
          </w:tcPr>
          <w:p w14:paraId="2A2DD6DF" w14:textId="2E038719" w:rsidR="006D038E" w:rsidRPr="00972B74" w:rsidRDefault="006D038E" w:rsidP="00DF72F4">
            <w:pPr>
              <w:widowControl w:val="0"/>
              <w:spacing w:before="120" w:after="120" w:line="240" w:lineRule="auto"/>
              <w:jc w:val="both"/>
              <w:rPr>
                <w:rFonts w:cs="Times New Roman"/>
                <w:b/>
                <w:sz w:val="28"/>
                <w:szCs w:val="28"/>
              </w:rPr>
            </w:pPr>
            <w:r w:rsidRPr="00972B74">
              <w:rPr>
                <w:rFonts w:cs="Times New Roman"/>
                <w:sz w:val="28"/>
                <w:szCs w:val="28"/>
              </w:rPr>
              <w:lastRenderedPageBreak/>
              <w:t xml:space="preserve">b) Trường hợp nhiều cơ quan giải quyết, có quy định thời hạn từng cơ quan không? </w:t>
            </w:r>
          </w:p>
        </w:tc>
        <w:tc>
          <w:tcPr>
            <w:tcW w:w="10914" w:type="dxa"/>
          </w:tcPr>
          <w:p w14:paraId="6EE10A49" w14:textId="7B3FE877" w:rsidR="006D038E" w:rsidRPr="00972B74" w:rsidRDefault="006D038E" w:rsidP="00DF72F4">
            <w:pPr>
              <w:widowControl w:val="0"/>
              <w:spacing w:before="120"/>
              <w:rPr>
                <w:rFonts w:cs="Times New Roman"/>
                <w:sz w:val="28"/>
                <w:szCs w:val="28"/>
              </w:rPr>
            </w:pPr>
            <w:r w:rsidRPr="00972B74">
              <w:rPr>
                <w:rFonts w:cs="Times New Roman"/>
                <w:sz w:val="28"/>
                <w:szCs w:val="28"/>
              </w:rPr>
              <w:t>Có [</w:t>
            </w:r>
            <w:proofErr w:type="gramStart"/>
            <w:r w:rsidR="00907ABC">
              <w:rPr>
                <w:rFonts w:cs="Times New Roman"/>
                <w:sz w:val="28"/>
                <w:szCs w:val="28"/>
              </w:rPr>
              <w:t>x</w:t>
            </w:r>
            <w:r w:rsidRPr="00972B74">
              <w:rPr>
                <w:rFonts w:cs="Times New Roman"/>
                <w:sz w:val="28"/>
                <w:szCs w:val="28"/>
              </w:rPr>
              <w:t xml:space="preserve"> ]</w:t>
            </w:r>
            <w:proofErr w:type="gramEnd"/>
            <w:r w:rsidRPr="00972B74">
              <w:rPr>
                <w:rFonts w:cs="Times New Roman"/>
                <w:sz w:val="28"/>
                <w:szCs w:val="28"/>
              </w:rPr>
              <w:t xml:space="preserve">       Không []</w:t>
            </w:r>
          </w:p>
          <w:p w14:paraId="3B98FB35" w14:textId="3329C71F" w:rsidR="006D038E" w:rsidRPr="00972B74" w:rsidRDefault="006D038E" w:rsidP="00907ABC">
            <w:pPr>
              <w:widowControl w:val="0"/>
              <w:rPr>
                <w:rFonts w:cs="Times New Roman"/>
                <w:sz w:val="28"/>
                <w:szCs w:val="28"/>
              </w:rPr>
            </w:pPr>
            <w:r w:rsidRPr="00972B74">
              <w:rPr>
                <w:rFonts w:cs="Times New Roman"/>
                <w:sz w:val="28"/>
                <w:szCs w:val="28"/>
              </w:rPr>
              <w:t>Lý do</w:t>
            </w:r>
            <w:r w:rsidR="00907ABC">
              <w:rPr>
                <w:rFonts w:cs="Times New Roman"/>
                <w:sz w:val="28"/>
                <w:szCs w:val="28"/>
              </w:rPr>
              <w:t xml:space="preserve"> quy định</w:t>
            </w:r>
            <w:r w:rsidRPr="00972B74">
              <w:rPr>
                <w:rFonts w:cs="Times New Roman"/>
                <w:sz w:val="28"/>
                <w:szCs w:val="28"/>
              </w:rPr>
              <w:t xml:space="preserve">: </w:t>
            </w:r>
            <w:r w:rsidR="00907ABC">
              <w:rPr>
                <w:rFonts w:cs="Times New Roman"/>
                <w:sz w:val="28"/>
                <w:szCs w:val="28"/>
              </w:rPr>
              <w:t>Rõ ràng, minh bạch trong giải quyết thủ tục hành chính, đảm bảo liên thông từ cơ quan đề nghị đến cơ quan thẩm định và người có thẩm quyền ra quyết định.</w:t>
            </w:r>
          </w:p>
        </w:tc>
      </w:tr>
      <w:tr w:rsidR="001525E5" w:rsidRPr="00972B74" w14:paraId="71B6ED57" w14:textId="77777777" w:rsidTr="00972B74">
        <w:tc>
          <w:tcPr>
            <w:tcW w:w="14458" w:type="dxa"/>
            <w:gridSpan w:val="2"/>
          </w:tcPr>
          <w:p w14:paraId="3DC961BA" w14:textId="7B72E4A4" w:rsidR="001525E5" w:rsidRPr="00972B74" w:rsidRDefault="001525E5" w:rsidP="00DF72F4">
            <w:pPr>
              <w:widowControl w:val="0"/>
              <w:spacing w:before="120" w:after="120"/>
              <w:rPr>
                <w:rFonts w:cs="Times New Roman"/>
                <w:sz w:val="28"/>
                <w:szCs w:val="28"/>
              </w:rPr>
            </w:pPr>
            <w:r w:rsidRPr="00972B74">
              <w:rPr>
                <w:rFonts w:cs="Times New Roman"/>
                <w:b/>
                <w:sz w:val="28"/>
                <w:szCs w:val="28"/>
              </w:rPr>
              <w:t>6. Đối tượng thực hiện</w:t>
            </w:r>
          </w:p>
        </w:tc>
      </w:tr>
      <w:tr w:rsidR="006D038E" w:rsidRPr="00972B74" w14:paraId="7007E0CF" w14:textId="77777777" w:rsidTr="00A23EBB">
        <w:tc>
          <w:tcPr>
            <w:tcW w:w="3544" w:type="dxa"/>
          </w:tcPr>
          <w:p w14:paraId="74BE0AFC" w14:textId="50B87ED6" w:rsidR="006D038E" w:rsidRPr="00972B74" w:rsidRDefault="00AA62FF" w:rsidP="00DF72F4">
            <w:pPr>
              <w:widowControl w:val="0"/>
              <w:spacing w:before="120" w:after="120"/>
              <w:jc w:val="both"/>
              <w:rPr>
                <w:rFonts w:cs="Times New Roman"/>
                <w:sz w:val="28"/>
                <w:szCs w:val="28"/>
              </w:rPr>
            </w:pPr>
            <w:r w:rsidRPr="00972B74">
              <w:rPr>
                <w:rFonts w:cs="Times New Roman"/>
                <w:sz w:val="28"/>
                <w:szCs w:val="28"/>
              </w:rPr>
              <w:t>a) Đối tượng thực hiện:</w:t>
            </w:r>
          </w:p>
        </w:tc>
        <w:tc>
          <w:tcPr>
            <w:tcW w:w="10914" w:type="dxa"/>
          </w:tcPr>
          <w:p w14:paraId="04075EDD" w14:textId="77777777" w:rsidR="00AA62FF" w:rsidRPr="00972B74" w:rsidRDefault="00AA62FF" w:rsidP="00A23EBB">
            <w:pPr>
              <w:widowControl w:val="0"/>
              <w:spacing w:before="120" w:after="120" w:line="240" w:lineRule="auto"/>
              <w:rPr>
                <w:rFonts w:cs="Times New Roman"/>
                <w:sz w:val="28"/>
                <w:szCs w:val="28"/>
              </w:rPr>
            </w:pPr>
            <w:r w:rsidRPr="00972B74">
              <w:rPr>
                <w:rFonts w:cs="Times New Roman"/>
                <w:sz w:val="28"/>
                <w:szCs w:val="28"/>
              </w:rPr>
              <w:t xml:space="preserve">- Tổ chức: Trong nước [x]       Nước ngoài </w:t>
            </w:r>
            <w:proofErr w:type="gramStart"/>
            <w:r w:rsidRPr="00972B74">
              <w:rPr>
                <w:rFonts w:cs="Times New Roman"/>
                <w:sz w:val="28"/>
                <w:szCs w:val="28"/>
              </w:rPr>
              <w:t>[ ]</w:t>
            </w:r>
            <w:proofErr w:type="gramEnd"/>
          </w:p>
          <w:p w14:paraId="29CEFE5B" w14:textId="77777777" w:rsidR="00AA62FF" w:rsidRPr="00972B74" w:rsidRDefault="00AA62FF" w:rsidP="00A23EBB">
            <w:pPr>
              <w:widowControl w:val="0"/>
              <w:spacing w:before="120" w:after="120" w:line="240" w:lineRule="auto"/>
              <w:rPr>
                <w:rFonts w:cs="Times New Roman"/>
                <w:sz w:val="28"/>
                <w:szCs w:val="28"/>
              </w:rPr>
            </w:pPr>
            <w:r w:rsidRPr="00972B74">
              <w:rPr>
                <w:rFonts w:cs="Times New Roman"/>
                <w:sz w:val="28"/>
                <w:szCs w:val="28"/>
              </w:rPr>
              <w:t xml:space="preserve">- Cá nhân: Trong nước [x]       Nước ngoài </w:t>
            </w:r>
            <w:proofErr w:type="gramStart"/>
            <w:r w:rsidRPr="00972B74">
              <w:rPr>
                <w:rFonts w:cs="Times New Roman"/>
                <w:sz w:val="28"/>
                <w:szCs w:val="28"/>
              </w:rPr>
              <w:t>[ ]</w:t>
            </w:r>
            <w:proofErr w:type="gramEnd"/>
          </w:p>
          <w:p w14:paraId="0500BA23" w14:textId="5439F339" w:rsidR="00AA62FF" w:rsidRPr="00972B74" w:rsidRDefault="00AA62FF" w:rsidP="00A23EBB">
            <w:pPr>
              <w:widowControl w:val="0"/>
              <w:spacing w:before="120" w:after="120" w:line="240" w:lineRule="auto"/>
              <w:jc w:val="both"/>
              <w:rPr>
                <w:rFonts w:cs="Times New Roman"/>
                <w:sz w:val="28"/>
                <w:szCs w:val="28"/>
              </w:rPr>
            </w:pPr>
            <w:r w:rsidRPr="00972B74">
              <w:rPr>
                <w:rFonts w:cs="Times New Roman"/>
                <w:sz w:val="28"/>
                <w:szCs w:val="28"/>
              </w:rPr>
              <w:t xml:space="preserve">Mô tả rõ: </w:t>
            </w:r>
            <w:r w:rsidR="00907ABC">
              <w:rPr>
                <w:rFonts w:cs="Times New Roman"/>
                <w:sz w:val="28"/>
                <w:szCs w:val="28"/>
              </w:rPr>
              <w:t>Cơ quan, tổ chức, đơn vị, địa phương trình khen và cá nhân có đủ tiêu chuẩn, đúng đối tượng theo quy định tại Nghị quyết số … /2026/NQ-HĐND.</w:t>
            </w:r>
          </w:p>
          <w:p w14:paraId="07F1725D" w14:textId="77777777" w:rsidR="00AA62FF" w:rsidRPr="00972B74" w:rsidRDefault="00AA62FF" w:rsidP="00A23EBB">
            <w:pPr>
              <w:widowControl w:val="0"/>
              <w:spacing w:before="120" w:after="120" w:line="240" w:lineRule="auto"/>
              <w:rPr>
                <w:rFonts w:cs="Times New Roman"/>
                <w:sz w:val="28"/>
                <w:szCs w:val="28"/>
              </w:rPr>
            </w:pPr>
            <w:r w:rsidRPr="00972B74">
              <w:rPr>
                <w:rFonts w:cs="Times New Roman"/>
                <w:sz w:val="28"/>
                <w:szCs w:val="28"/>
              </w:rPr>
              <w:t xml:space="preserve">Có thể mở rộng/thu hẹp đối tượng không? Có </w:t>
            </w:r>
            <w:proofErr w:type="gramStart"/>
            <w:r w:rsidRPr="00972B74">
              <w:rPr>
                <w:rFonts w:cs="Times New Roman"/>
                <w:sz w:val="28"/>
                <w:szCs w:val="28"/>
              </w:rPr>
              <w:t>[ ]</w:t>
            </w:r>
            <w:proofErr w:type="gramEnd"/>
            <w:r w:rsidRPr="00972B74">
              <w:rPr>
                <w:rFonts w:cs="Times New Roman"/>
                <w:sz w:val="28"/>
                <w:szCs w:val="28"/>
              </w:rPr>
              <w:t xml:space="preserve">       Không [x]</w:t>
            </w:r>
          </w:p>
          <w:p w14:paraId="39B857AA" w14:textId="635BA97A" w:rsidR="006D038E" w:rsidRPr="00972B74" w:rsidRDefault="00907ABC" w:rsidP="00A23EBB">
            <w:pPr>
              <w:widowControl w:val="0"/>
              <w:spacing w:before="120" w:after="120" w:line="240" w:lineRule="auto"/>
              <w:jc w:val="both"/>
              <w:rPr>
                <w:rFonts w:cs="Times New Roman"/>
                <w:sz w:val="28"/>
                <w:szCs w:val="28"/>
              </w:rPr>
            </w:pPr>
            <w:r>
              <w:rPr>
                <w:rFonts w:cs="Times New Roman"/>
                <w:sz w:val="28"/>
                <w:szCs w:val="28"/>
              </w:rPr>
              <w:t>Lý do: Đ</w:t>
            </w:r>
            <w:r w:rsidR="00AA62FF" w:rsidRPr="00972B74">
              <w:rPr>
                <w:rFonts w:cs="Times New Roman"/>
                <w:sz w:val="28"/>
                <w:szCs w:val="28"/>
              </w:rPr>
              <w:t xml:space="preserve">ối tượng thực hiện phải phù hợp Nghị quyết số </w:t>
            </w:r>
            <w:r>
              <w:rPr>
                <w:rFonts w:cs="Times New Roman"/>
                <w:sz w:val="28"/>
                <w:szCs w:val="28"/>
              </w:rPr>
              <w:t>…</w:t>
            </w:r>
            <w:r w:rsidR="00AA62FF" w:rsidRPr="00972B74">
              <w:rPr>
                <w:rFonts w:cs="Times New Roman"/>
                <w:sz w:val="28"/>
                <w:szCs w:val="28"/>
              </w:rPr>
              <w:t xml:space="preserve">/2026/NQ-HĐND, không mở rộng </w:t>
            </w:r>
            <w:r>
              <w:rPr>
                <w:rFonts w:cs="Times New Roman"/>
                <w:sz w:val="28"/>
                <w:szCs w:val="28"/>
              </w:rPr>
              <w:t xml:space="preserve">đối tượng ngoài quy định tại Nghị quyết của </w:t>
            </w:r>
            <w:r w:rsidR="00AA62FF" w:rsidRPr="00972B74">
              <w:rPr>
                <w:rFonts w:cs="Times New Roman"/>
                <w:sz w:val="28"/>
                <w:szCs w:val="28"/>
              </w:rPr>
              <w:t>Hội đồng nhân dân tỉnh.</w:t>
            </w:r>
          </w:p>
        </w:tc>
      </w:tr>
      <w:tr w:rsidR="00AA62FF" w:rsidRPr="00972B74" w14:paraId="4B2C59BF" w14:textId="77777777" w:rsidTr="00A23EBB">
        <w:tc>
          <w:tcPr>
            <w:tcW w:w="3544" w:type="dxa"/>
          </w:tcPr>
          <w:p w14:paraId="1C9F5314" w14:textId="67B1C6EE" w:rsidR="00AA62FF" w:rsidRPr="00972B74" w:rsidRDefault="00AA62FF" w:rsidP="00DF72F4">
            <w:pPr>
              <w:widowControl w:val="0"/>
              <w:spacing w:before="120"/>
              <w:jc w:val="both"/>
              <w:rPr>
                <w:rFonts w:cs="Times New Roman"/>
                <w:sz w:val="28"/>
                <w:szCs w:val="28"/>
              </w:rPr>
            </w:pPr>
            <w:r w:rsidRPr="00972B74">
              <w:rPr>
                <w:rFonts w:cs="Times New Roman"/>
                <w:sz w:val="28"/>
                <w:szCs w:val="28"/>
              </w:rPr>
              <w:t xml:space="preserve">b) Phạm vi áp dụng: </w:t>
            </w:r>
          </w:p>
        </w:tc>
        <w:tc>
          <w:tcPr>
            <w:tcW w:w="10914" w:type="dxa"/>
          </w:tcPr>
          <w:p w14:paraId="297339D7" w14:textId="5E8C0F21" w:rsidR="00AA62FF" w:rsidRPr="00972B74" w:rsidRDefault="00AA62FF" w:rsidP="00DF72F4">
            <w:pPr>
              <w:widowControl w:val="0"/>
              <w:spacing w:before="120" w:after="120" w:line="240" w:lineRule="auto"/>
              <w:rPr>
                <w:rFonts w:cs="Times New Roman"/>
                <w:sz w:val="28"/>
                <w:szCs w:val="28"/>
              </w:rPr>
            </w:pPr>
            <w:r w:rsidRPr="00972B74">
              <w:rPr>
                <w:rFonts w:cs="Times New Roman"/>
                <w:sz w:val="28"/>
                <w:szCs w:val="28"/>
              </w:rPr>
              <w:t>Toàn quốc [</w:t>
            </w:r>
            <w:r w:rsidR="00907ABC">
              <w:rPr>
                <w:rFonts w:cs="Times New Roman"/>
                <w:sz w:val="28"/>
                <w:szCs w:val="28"/>
              </w:rPr>
              <w:t>x</w:t>
            </w:r>
            <w:r w:rsidRPr="00972B74">
              <w:rPr>
                <w:rFonts w:cs="Times New Roman"/>
                <w:sz w:val="28"/>
                <w:szCs w:val="28"/>
              </w:rPr>
              <w:t xml:space="preserve">]       Vùng </w:t>
            </w:r>
            <w:proofErr w:type="gramStart"/>
            <w:r w:rsidRPr="00972B74">
              <w:rPr>
                <w:rFonts w:cs="Times New Roman"/>
                <w:sz w:val="28"/>
                <w:szCs w:val="28"/>
              </w:rPr>
              <w:t>[ ]</w:t>
            </w:r>
            <w:proofErr w:type="gramEnd"/>
            <w:r w:rsidRPr="00972B74">
              <w:rPr>
                <w:rFonts w:cs="Times New Roman"/>
                <w:sz w:val="28"/>
                <w:szCs w:val="28"/>
              </w:rPr>
              <w:t xml:space="preserve">       Địa phương [x]; Nông thôn [x]       Đô thị [x]       Miền núi [x]       Biên giới [x] nếu có địa bàn áp dụng.</w:t>
            </w:r>
          </w:p>
          <w:p w14:paraId="447EA347" w14:textId="69E83FA4" w:rsidR="00AA62FF" w:rsidRDefault="00907ABC" w:rsidP="00DF72F4">
            <w:pPr>
              <w:widowControl w:val="0"/>
              <w:spacing w:before="120" w:after="120" w:line="240" w:lineRule="auto"/>
              <w:rPr>
                <w:rFonts w:cs="Times New Roman"/>
                <w:sz w:val="28"/>
                <w:szCs w:val="28"/>
              </w:rPr>
            </w:pPr>
            <w:r>
              <w:rPr>
                <w:rFonts w:cs="Times New Roman"/>
                <w:sz w:val="28"/>
                <w:szCs w:val="28"/>
              </w:rPr>
              <w:t>Lý do quy định</w:t>
            </w:r>
            <w:r w:rsidR="00AA62FF" w:rsidRPr="00972B74">
              <w:rPr>
                <w:rFonts w:cs="Times New Roman"/>
                <w:sz w:val="28"/>
                <w:szCs w:val="28"/>
              </w:rPr>
              <w:t xml:space="preserve">: </w:t>
            </w:r>
            <w:r>
              <w:rPr>
                <w:rFonts w:cs="Times New Roman"/>
                <w:sz w:val="28"/>
                <w:szCs w:val="28"/>
              </w:rPr>
              <w:t>Đối tượng áp dụng theo dự thảo bao gồm cá nhân trên địa bàn tỉnh; cá nhân ngoài tỉnh đang công tác tại các Bộ, ban, ngành Trung ương.</w:t>
            </w:r>
          </w:p>
          <w:p w14:paraId="519E3633" w14:textId="48712311" w:rsidR="004242AC" w:rsidRDefault="00907ABC" w:rsidP="00DF72F4">
            <w:pPr>
              <w:widowControl w:val="0"/>
              <w:spacing w:before="120" w:after="120" w:line="240" w:lineRule="auto"/>
              <w:rPr>
                <w:rFonts w:cs="Times New Roman"/>
                <w:sz w:val="28"/>
                <w:szCs w:val="28"/>
              </w:rPr>
            </w:pPr>
            <w:r>
              <w:rPr>
                <w:rFonts w:cs="Times New Roman"/>
                <w:sz w:val="28"/>
                <w:szCs w:val="28"/>
              </w:rPr>
              <w:t xml:space="preserve">- </w:t>
            </w:r>
            <w:r w:rsidRPr="00907ABC">
              <w:rPr>
                <w:rFonts w:cs="Times New Roman"/>
                <w:sz w:val="28"/>
                <w:szCs w:val="28"/>
              </w:rPr>
              <w:t>Có thể</w:t>
            </w:r>
            <w:r w:rsidR="004242AC">
              <w:rPr>
                <w:rFonts w:cs="Times New Roman"/>
                <w:sz w:val="28"/>
                <w:szCs w:val="28"/>
              </w:rPr>
              <w:t xml:space="preserve"> mở rộng/thu hẹp phạm vi áp dụng không?</w:t>
            </w:r>
            <w:r w:rsidR="00A23EBB">
              <w:rPr>
                <w:rFonts w:cs="Times New Roman"/>
                <w:sz w:val="28"/>
                <w:szCs w:val="28"/>
              </w:rPr>
              <w:t xml:space="preserve"> </w:t>
            </w:r>
            <w:r w:rsidR="004242AC" w:rsidRPr="00972B74">
              <w:rPr>
                <w:rFonts w:cs="Times New Roman"/>
                <w:sz w:val="28"/>
                <w:szCs w:val="28"/>
              </w:rPr>
              <w:t xml:space="preserve">Có </w:t>
            </w:r>
            <w:proofErr w:type="gramStart"/>
            <w:r w:rsidR="004242AC" w:rsidRPr="00972B74">
              <w:rPr>
                <w:rFonts w:cs="Times New Roman"/>
                <w:sz w:val="28"/>
                <w:szCs w:val="28"/>
              </w:rPr>
              <w:t xml:space="preserve">[]   </w:t>
            </w:r>
            <w:proofErr w:type="gramEnd"/>
            <w:r w:rsidR="004242AC" w:rsidRPr="00972B74">
              <w:rPr>
                <w:rFonts w:cs="Times New Roman"/>
                <w:sz w:val="28"/>
                <w:szCs w:val="28"/>
              </w:rPr>
              <w:t xml:space="preserve">    Không [</w:t>
            </w:r>
            <w:r w:rsidR="004242AC">
              <w:rPr>
                <w:rFonts w:cs="Times New Roman"/>
                <w:sz w:val="28"/>
                <w:szCs w:val="28"/>
              </w:rPr>
              <w:t>x</w:t>
            </w:r>
            <w:r w:rsidR="004242AC" w:rsidRPr="00972B74">
              <w:rPr>
                <w:rFonts w:cs="Times New Roman"/>
                <w:sz w:val="28"/>
                <w:szCs w:val="28"/>
              </w:rPr>
              <w:t>]</w:t>
            </w:r>
          </w:p>
          <w:p w14:paraId="2742DD31" w14:textId="0A212D0A" w:rsidR="00AA62FF" w:rsidRPr="00972B74" w:rsidRDefault="004242AC" w:rsidP="00DF72F4">
            <w:pPr>
              <w:widowControl w:val="0"/>
              <w:spacing w:before="120" w:after="120" w:line="240" w:lineRule="auto"/>
              <w:jc w:val="both"/>
              <w:rPr>
                <w:rFonts w:cs="Times New Roman"/>
                <w:sz w:val="28"/>
                <w:szCs w:val="28"/>
              </w:rPr>
            </w:pPr>
            <w:r>
              <w:rPr>
                <w:rFonts w:cs="Times New Roman"/>
                <w:sz w:val="28"/>
                <w:szCs w:val="28"/>
              </w:rPr>
              <w:t xml:space="preserve">Nêu rõ lý do: Phạm vi áp dụng để tặng </w:t>
            </w:r>
            <w:r w:rsidRPr="004242AC">
              <w:rPr>
                <w:rFonts w:cs="Times New Roman"/>
                <w:color w:val="000000"/>
                <w:sz w:val="28"/>
                <w:szCs w:val="28"/>
                <w:lang w:val="vi-VN"/>
              </w:rPr>
              <w:t>Kỷ niệm chương “Vì sự nghiệp phát triển tỉnh Tuyên Quang</w:t>
            </w:r>
            <w:r>
              <w:rPr>
                <w:rFonts w:cs="Times New Roman"/>
                <w:color w:val="000000"/>
                <w:sz w:val="28"/>
                <w:szCs w:val="28"/>
              </w:rPr>
              <w:t xml:space="preserve">”, vì vậy không mở rộng/thu hẹp so với quy định tại Nghị quyết </w:t>
            </w:r>
            <w:r>
              <w:rPr>
                <w:rFonts w:cs="Times New Roman"/>
                <w:sz w:val="28"/>
                <w:szCs w:val="28"/>
              </w:rPr>
              <w:t>… /2026/NQ-HĐND.</w:t>
            </w:r>
          </w:p>
        </w:tc>
      </w:tr>
      <w:tr w:rsidR="004242AC" w:rsidRPr="00972B74" w14:paraId="431FF0AA" w14:textId="77777777" w:rsidTr="007D6940">
        <w:tc>
          <w:tcPr>
            <w:tcW w:w="14458" w:type="dxa"/>
            <w:gridSpan w:val="2"/>
          </w:tcPr>
          <w:p w14:paraId="4D54A3E2" w14:textId="6880842C" w:rsidR="004242AC" w:rsidRPr="00972B74" w:rsidRDefault="004242AC" w:rsidP="00DF72F4">
            <w:pPr>
              <w:widowControl w:val="0"/>
              <w:spacing w:before="120" w:after="120"/>
              <w:rPr>
                <w:rFonts w:cs="Times New Roman"/>
                <w:sz w:val="28"/>
                <w:szCs w:val="28"/>
              </w:rPr>
            </w:pPr>
            <w:r w:rsidRPr="00972B74">
              <w:rPr>
                <w:rFonts w:cs="Times New Roman"/>
                <w:sz w:val="28"/>
                <w:szCs w:val="28"/>
              </w:rPr>
              <w:t xml:space="preserve">Dự kiến số lượng đối tượng thực hiện/1 năm: </w:t>
            </w:r>
            <w:r>
              <w:rPr>
                <w:rFonts w:cs="Times New Roman"/>
                <w:sz w:val="28"/>
                <w:szCs w:val="28"/>
              </w:rPr>
              <w:t>khoảng 2.000 hồ sơ.</w:t>
            </w:r>
          </w:p>
        </w:tc>
      </w:tr>
      <w:tr w:rsidR="00AA62FF" w:rsidRPr="00972B74" w14:paraId="38110122" w14:textId="77777777" w:rsidTr="00A23EBB">
        <w:tc>
          <w:tcPr>
            <w:tcW w:w="3544" w:type="dxa"/>
          </w:tcPr>
          <w:p w14:paraId="1048DE61" w14:textId="6D2B7393" w:rsidR="00AA62FF" w:rsidRPr="00972B74" w:rsidRDefault="00AA62FF" w:rsidP="00DF72F4">
            <w:pPr>
              <w:widowControl w:val="0"/>
              <w:spacing w:before="120" w:after="120"/>
              <w:jc w:val="both"/>
              <w:rPr>
                <w:rFonts w:cs="Times New Roman"/>
                <w:sz w:val="28"/>
                <w:szCs w:val="28"/>
              </w:rPr>
            </w:pPr>
            <w:r w:rsidRPr="00972B74">
              <w:rPr>
                <w:rFonts w:cs="Times New Roman"/>
                <w:b/>
                <w:sz w:val="28"/>
                <w:szCs w:val="28"/>
              </w:rPr>
              <w:t>7. Cơ quan gi</w:t>
            </w:r>
            <w:r w:rsidRPr="00972B74">
              <w:rPr>
                <w:rFonts w:cs="Times New Roman"/>
                <w:b/>
                <w:spacing w:val="-4"/>
                <w:sz w:val="28"/>
                <w:szCs w:val="28"/>
              </w:rPr>
              <w:t>ải quyết</w:t>
            </w:r>
          </w:p>
        </w:tc>
        <w:tc>
          <w:tcPr>
            <w:tcW w:w="10914" w:type="dxa"/>
          </w:tcPr>
          <w:p w14:paraId="5687F00D" w14:textId="77777777" w:rsidR="00AA62FF" w:rsidRPr="00972B74" w:rsidRDefault="00AA62FF" w:rsidP="002B61F8">
            <w:pPr>
              <w:widowControl w:val="0"/>
              <w:rPr>
                <w:rFonts w:cs="Times New Roman"/>
                <w:sz w:val="28"/>
                <w:szCs w:val="28"/>
              </w:rPr>
            </w:pPr>
          </w:p>
        </w:tc>
      </w:tr>
      <w:tr w:rsidR="00AA62FF" w:rsidRPr="00972B74" w14:paraId="08FD6B61" w14:textId="77777777" w:rsidTr="00A23EBB">
        <w:tc>
          <w:tcPr>
            <w:tcW w:w="3544" w:type="dxa"/>
          </w:tcPr>
          <w:p w14:paraId="250BAABA" w14:textId="575C4B1C" w:rsidR="00AA62FF" w:rsidRPr="00972B74" w:rsidRDefault="00AA62FF" w:rsidP="00DF72F4">
            <w:pPr>
              <w:widowControl w:val="0"/>
              <w:spacing w:before="120" w:after="120" w:line="240" w:lineRule="auto"/>
              <w:jc w:val="both"/>
              <w:rPr>
                <w:rFonts w:cs="Times New Roman"/>
                <w:b/>
                <w:sz w:val="28"/>
                <w:szCs w:val="28"/>
              </w:rPr>
            </w:pPr>
            <w:r w:rsidRPr="00972B74">
              <w:rPr>
                <w:rFonts w:cs="Times New Roman"/>
                <w:sz w:val="28"/>
                <w:szCs w:val="28"/>
              </w:rPr>
              <w:lastRenderedPageBreak/>
              <w:t xml:space="preserve">a) Có được quy định rõ ràng, cụ thể không? </w:t>
            </w:r>
          </w:p>
        </w:tc>
        <w:tc>
          <w:tcPr>
            <w:tcW w:w="10914" w:type="dxa"/>
          </w:tcPr>
          <w:p w14:paraId="3E914D21" w14:textId="312E4A19" w:rsidR="00AA62FF" w:rsidRPr="00972B74" w:rsidRDefault="00A23EBB" w:rsidP="00DF72F4">
            <w:pPr>
              <w:widowControl w:val="0"/>
              <w:spacing w:before="120" w:after="120" w:line="240" w:lineRule="auto"/>
              <w:rPr>
                <w:rFonts w:cs="Times New Roman"/>
                <w:sz w:val="28"/>
                <w:szCs w:val="28"/>
              </w:rPr>
            </w:pPr>
            <w:r>
              <w:rPr>
                <w:rFonts w:cs="Times New Roman"/>
                <w:sz w:val="28"/>
                <w:szCs w:val="28"/>
              </w:rPr>
              <w:t>Có [x]    Không [</w:t>
            </w:r>
            <w:r w:rsidR="00AA62FF" w:rsidRPr="00972B74">
              <w:rPr>
                <w:rFonts w:cs="Times New Roman"/>
                <w:sz w:val="28"/>
                <w:szCs w:val="28"/>
              </w:rPr>
              <w:t>]</w:t>
            </w:r>
          </w:p>
          <w:p w14:paraId="4BA1606F" w14:textId="067079AE" w:rsidR="00AA62FF" w:rsidRPr="00972B74" w:rsidRDefault="00AA62FF" w:rsidP="00DF72F4">
            <w:pPr>
              <w:widowControl w:val="0"/>
              <w:spacing w:before="120" w:after="120" w:line="240" w:lineRule="auto"/>
              <w:rPr>
                <w:rFonts w:cs="Times New Roman"/>
                <w:sz w:val="28"/>
                <w:szCs w:val="28"/>
              </w:rPr>
            </w:pPr>
            <w:r w:rsidRPr="00972B74">
              <w:rPr>
                <w:rFonts w:cs="Times New Roman"/>
                <w:sz w:val="28"/>
                <w:szCs w:val="28"/>
              </w:rPr>
              <w:t xml:space="preserve">Lý do: </w:t>
            </w:r>
            <w:r w:rsidR="004242AC">
              <w:rPr>
                <w:rFonts w:cs="Times New Roman"/>
                <w:sz w:val="28"/>
                <w:szCs w:val="28"/>
              </w:rPr>
              <w:t xml:space="preserve">Sở Nội vụ hoặc Trung tâm Phục vụ hành chính công tỉnh là </w:t>
            </w:r>
            <w:r w:rsidRPr="00972B74">
              <w:rPr>
                <w:rFonts w:cs="Times New Roman"/>
                <w:sz w:val="28"/>
                <w:szCs w:val="28"/>
              </w:rPr>
              <w:t xml:space="preserve">cơ quan </w:t>
            </w:r>
            <w:r w:rsidR="004242AC">
              <w:rPr>
                <w:rFonts w:cs="Times New Roman"/>
                <w:sz w:val="28"/>
                <w:szCs w:val="28"/>
              </w:rPr>
              <w:t xml:space="preserve">tiếp nhận hồ sơ, </w:t>
            </w:r>
            <w:r w:rsidRPr="00972B74">
              <w:rPr>
                <w:rFonts w:cs="Times New Roman"/>
                <w:sz w:val="28"/>
                <w:szCs w:val="28"/>
              </w:rPr>
              <w:t>trả kết q</w:t>
            </w:r>
            <w:r w:rsidR="004242AC">
              <w:rPr>
                <w:rFonts w:cs="Times New Roman"/>
                <w:sz w:val="28"/>
                <w:szCs w:val="28"/>
              </w:rPr>
              <w:t>uả; Sở Nội vụ là cơ quan giải quyết thủ tục hành chính.</w:t>
            </w:r>
          </w:p>
        </w:tc>
      </w:tr>
      <w:tr w:rsidR="00AA62FF" w:rsidRPr="00972B74" w14:paraId="773F0DD6" w14:textId="77777777" w:rsidTr="00A23EBB">
        <w:tc>
          <w:tcPr>
            <w:tcW w:w="3544" w:type="dxa"/>
          </w:tcPr>
          <w:p w14:paraId="7F427194" w14:textId="27B4E71E" w:rsidR="00AA62FF" w:rsidRPr="00972B74" w:rsidRDefault="00AA62FF" w:rsidP="00DF72F4">
            <w:pPr>
              <w:widowControl w:val="0"/>
              <w:spacing w:before="120" w:after="120" w:line="240" w:lineRule="auto"/>
              <w:jc w:val="both"/>
              <w:rPr>
                <w:rFonts w:cs="Times New Roman"/>
                <w:b/>
                <w:sz w:val="28"/>
                <w:szCs w:val="28"/>
              </w:rPr>
            </w:pPr>
            <w:r w:rsidRPr="00972B74">
              <w:rPr>
                <w:rFonts w:cs="Times New Roman"/>
                <w:sz w:val="28"/>
                <w:szCs w:val="28"/>
              </w:rPr>
              <w:t xml:space="preserve">b) Có thể mở rộng ủy quyền hoặc phân cấp thực hiện không? </w:t>
            </w:r>
          </w:p>
        </w:tc>
        <w:tc>
          <w:tcPr>
            <w:tcW w:w="10914" w:type="dxa"/>
          </w:tcPr>
          <w:p w14:paraId="7AAA1F81" w14:textId="2DA08D55" w:rsidR="00AA62FF" w:rsidRPr="00972B74" w:rsidRDefault="00A23EBB" w:rsidP="00DF72F4">
            <w:pPr>
              <w:widowControl w:val="0"/>
              <w:spacing w:before="120" w:after="120" w:line="240" w:lineRule="auto"/>
              <w:rPr>
                <w:rFonts w:cs="Times New Roman"/>
                <w:sz w:val="28"/>
                <w:szCs w:val="28"/>
              </w:rPr>
            </w:pPr>
            <w:r>
              <w:rPr>
                <w:rFonts w:cs="Times New Roman"/>
                <w:sz w:val="28"/>
                <w:szCs w:val="28"/>
              </w:rPr>
              <w:t xml:space="preserve">Có </w:t>
            </w:r>
            <w:proofErr w:type="gramStart"/>
            <w:r>
              <w:rPr>
                <w:rFonts w:cs="Times New Roman"/>
                <w:sz w:val="28"/>
                <w:szCs w:val="28"/>
              </w:rPr>
              <w:t xml:space="preserve">[]   </w:t>
            </w:r>
            <w:proofErr w:type="gramEnd"/>
            <w:r w:rsidR="00AA62FF" w:rsidRPr="00972B74">
              <w:rPr>
                <w:rFonts w:cs="Times New Roman"/>
                <w:sz w:val="28"/>
                <w:szCs w:val="28"/>
              </w:rPr>
              <w:t xml:space="preserve"> Không [x]</w:t>
            </w:r>
          </w:p>
          <w:p w14:paraId="330C3AF8" w14:textId="05BBACE1" w:rsidR="00AA62FF" w:rsidRPr="00972B74" w:rsidRDefault="00AA62FF" w:rsidP="00DF72F4">
            <w:pPr>
              <w:widowControl w:val="0"/>
              <w:spacing w:before="120" w:after="120" w:line="240" w:lineRule="auto"/>
              <w:jc w:val="both"/>
              <w:rPr>
                <w:rFonts w:cs="Times New Roman"/>
                <w:sz w:val="28"/>
                <w:szCs w:val="28"/>
              </w:rPr>
            </w:pPr>
            <w:r w:rsidRPr="00972B74">
              <w:rPr>
                <w:rFonts w:cs="Times New Roman"/>
                <w:sz w:val="28"/>
                <w:szCs w:val="28"/>
              </w:rPr>
              <w:t xml:space="preserve">Lý do: </w:t>
            </w:r>
            <w:r w:rsidR="004242AC">
              <w:rPr>
                <w:rFonts w:cs="Times New Roman"/>
                <w:sz w:val="28"/>
                <w:szCs w:val="28"/>
              </w:rPr>
              <w:t>D</w:t>
            </w:r>
            <w:r w:rsidRPr="00972B74">
              <w:rPr>
                <w:rFonts w:cs="Times New Roman"/>
                <w:sz w:val="28"/>
                <w:szCs w:val="28"/>
              </w:rPr>
              <w:t xml:space="preserve">ự thảo đã giao </w:t>
            </w:r>
            <w:r w:rsidR="004242AC">
              <w:rPr>
                <w:rFonts w:cs="Times New Roman"/>
                <w:sz w:val="28"/>
                <w:szCs w:val="28"/>
              </w:rPr>
              <w:t>cơ quan,</w:t>
            </w:r>
            <w:r w:rsidR="00DF72F4">
              <w:rPr>
                <w:rFonts w:cs="Times New Roman"/>
                <w:sz w:val="28"/>
                <w:szCs w:val="28"/>
              </w:rPr>
              <w:t xml:space="preserve"> tổ chức, đơn vị, địa phương là </w:t>
            </w:r>
            <w:r w:rsidR="004242AC">
              <w:rPr>
                <w:rFonts w:cs="Times New Roman"/>
                <w:sz w:val="28"/>
                <w:szCs w:val="28"/>
              </w:rPr>
              <w:t xml:space="preserve">đầu mối </w:t>
            </w:r>
            <w:r w:rsidR="00DF72F4">
              <w:rPr>
                <w:rFonts w:cs="Times New Roman"/>
                <w:sz w:val="28"/>
                <w:szCs w:val="28"/>
              </w:rPr>
              <w:t xml:space="preserve">thực hiện; </w:t>
            </w:r>
            <w:r w:rsidRPr="00972B74">
              <w:rPr>
                <w:rFonts w:cs="Times New Roman"/>
                <w:sz w:val="28"/>
                <w:szCs w:val="28"/>
              </w:rPr>
              <w:t xml:space="preserve">phù hợp mô hình chính quyền địa phương 02 cấp; Sở </w:t>
            </w:r>
            <w:r w:rsidR="004242AC">
              <w:rPr>
                <w:rFonts w:cs="Times New Roman"/>
                <w:sz w:val="28"/>
                <w:szCs w:val="28"/>
              </w:rPr>
              <w:t>Nội vụ</w:t>
            </w:r>
            <w:r w:rsidRPr="00972B74">
              <w:rPr>
                <w:rFonts w:cs="Times New Roman"/>
                <w:sz w:val="28"/>
                <w:szCs w:val="28"/>
              </w:rPr>
              <w:t xml:space="preserve"> thực hiện hướng dẫn, </w:t>
            </w:r>
            <w:r w:rsidR="009B3469">
              <w:rPr>
                <w:rFonts w:cs="Times New Roman"/>
                <w:sz w:val="28"/>
                <w:szCs w:val="28"/>
              </w:rPr>
              <w:t>tiếp nhận, thẩm định, trình Chủ tịch Ủy ban nhân dân tỉnh theo chức năng, nhiệm vụ được giao.</w:t>
            </w:r>
          </w:p>
        </w:tc>
      </w:tr>
      <w:tr w:rsidR="00AA62FF" w:rsidRPr="00972B74" w14:paraId="526D5363" w14:textId="77777777" w:rsidTr="00972B74">
        <w:tc>
          <w:tcPr>
            <w:tcW w:w="14458" w:type="dxa"/>
            <w:gridSpan w:val="2"/>
          </w:tcPr>
          <w:p w14:paraId="6C3BEFD9" w14:textId="2BD7048E" w:rsidR="00AA62FF" w:rsidRPr="00972B74" w:rsidRDefault="00AA62FF" w:rsidP="0037696F">
            <w:pPr>
              <w:widowControl w:val="0"/>
              <w:spacing w:before="120" w:after="120" w:line="240" w:lineRule="auto"/>
              <w:rPr>
                <w:rFonts w:cs="Times New Roman"/>
                <w:sz w:val="28"/>
                <w:szCs w:val="28"/>
              </w:rPr>
            </w:pPr>
            <w:r w:rsidRPr="00972B74">
              <w:rPr>
                <w:rFonts w:cs="Times New Roman"/>
                <w:b/>
                <w:sz w:val="28"/>
                <w:szCs w:val="28"/>
              </w:rPr>
              <w:t>8. Phí, lệ phí và các chi phí khác (nếu có)</w:t>
            </w:r>
          </w:p>
        </w:tc>
      </w:tr>
      <w:tr w:rsidR="00AA62FF" w:rsidRPr="00972B74" w14:paraId="163A9474" w14:textId="77777777" w:rsidTr="00A23EBB">
        <w:tc>
          <w:tcPr>
            <w:tcW w:w="3544" w:type="dxa"/>
          </w:tcPr>
          <w:p w14:paraId="7C4CF917" w14:textId="5D5C0F50" w:rsidR="00AA62FF" w:rsidRPr="00A23EBB" w:rsidRDefault="00AA62FF" w:rsidP="0037696F">
            <w:pPr>
              <w:widowControl w:val="0"/>
              <w:spacing w:before="120" w:after="120" w:line="240" w:lineRule="auto"/>
              <w:jc w:val="both"/>
              <w:rPr>
                <w:rFonts w:cs="Times New Roman"/>
                <w:spacing w:val="-6"/>
                <w:sz w:val="28"/>
                <w:szCs w:val="28"/>
              </w:rPr>
            </w:pPr>
            <w:r w:rsidRPr="00A23EBB">
              <w:rPr>
                <w:rFonts w:cs="Times New Roman"/>
                <w:spacing w:val="-6"/>
                <w:sz w:val="28"/>
                <w:szCs w:val="28"/>
              </w:rPr>
              <w:t>a) Có quy định về phí, lệ phí và chi phí khác không?</w:t>
            </w:r>
          </w:p>
        </w:tc>
        <w:tc>
          <w:tcPr>
            <w:tcW w:w="10914" w:type="dxa"/>
          </w:tcPr>
          <w:p w14:paraId="13B660F0" w14:textId="75B44283" w:rsidR="00AA62FF" w:rsidRPr="00972B74" w:rsidRDefault="00A23EBB" w:rsidP="0037696F">
            <w:pPr>
              <w:widowControl w:val="0"/>
              <w:spacing w:before="120" w:after="120" w:line="240" w:lineRule="auto"/>
              <w:rPr>
                <w:rFonts w:cs="Times New Roman"/>
                <w:sz w:val="28"/>
                <w:szCs w:val="28"/>
              </w:rPr>
            </w:pPr>
            <w:r>
              <w:rPr>
                <w:rFonts w:cs="Times New Roman"/>
                <w:sz w:val="28"/>
                <w:szCs w:val="28"/>
              </w:rPr>
              <w:t>Lệ phí: Không [x]       Có [</w:t>
            </w:r>
            <w:r w:rsidR="00AA62FF" w:rsidRPr="00972B74">
              <w:rPr>
                <w:rFonts w:cs="Times New Roman"/>
                <w:sz w:val="28"/>
                <w:szCs w:val="28"/>
              </w:rPr>
              <w:t>]</w:t>
            </w:r>
          </w:p>
          <w:p w14:paraId="56B1A38A" w14:textId="28BB613F" w:rsidR="00AA62FF" w:rsidRPr="00972B74" w:rsidRDefault="00A23EBB" w:rsidP="0037696F">
            <w:pPr>
              <w:widowControl w:val="0"/>
              <w:spacing w:before="120" w:after="120" w:line="240" w:lineRule="auto"/>
              <w:rPr>
                <w:rFonts w:cs="Times New Roman"/>
                <w:sz w:val="28"/>
                <w:szCs w:val="28"/>
              </w:rPr>
            </w:pPr>
            <w:r>
              <w:rPr>
                <w:rFonts w:cs="Times New Roman"/>
                <w:sz w:val="28"/>
                <w:szCs w:val="28"/>
              </w:rPr>
              <w:t>Phí: Không [x]       Có [</w:t>
            </w:r>
            <w:r w:rsidR="00AA62FF" w:rsidRPr="00972B74">
              <w:rPr>
                <w:rFonts w:cs="Times New Roman"/>
                <w:sz w:val="28"/>
                <w:szCs w:val="28"/>
              </w:rPr>
              <w:t>]</w:t>
            </w:r>
          </w:p>
          <w:p w14:paraId="77DBC27E" w14:textId="45233F50" w:rsidR="00AA62FF" w:rsidRPr="00972B74" w:rsidRDefault="00AA62FF" w:rsidP="0037696F">
            <w:pPr>
              <w:widowControl w:val="0"/>
              <w:spacing w:before="120" w:after="120" w:line="240" w:lineRule="auto"/>
              <w:rPr>
                <w:rFonts w:cs="Times New Roman"/>
                <w:sz w:val="28"/>
                <w:szCs w:val="28"/>
              </w:rPr>
            </w:pPr>
            <w:r w:rsidRPr="00972B74">
              <w:rPr>
                <w:rFonts w:cs="Times New Roman"/>
                <w:sz w:val="28"/>
                <w:szCs w:val="28"/>
              </w:rPr>
              <w:t xml:space="preserve">Chi phí khác do dự thảo quy định: Không [x]      </w:t>
            </w:r>
            <w:r w:rsidR="00A23EBB">
              <w:rPr>
                <w:rFonts w:cs="Times New Roman"/>
                <w:sz w:val="28"/>
                <w:szCs w:val="28"/>
              </w:rPr>
              <w:t xml:space="preserve"> Có [</w:t>
            </w:r>
            <w:r w:rsidRPr="00972B74">
              <w:rPr>
                <w:rFonts w:cs="Times New Roman"/>
                <w:sz w:val="28"/>
                <w:szCs w:val="28"/>
              </w:rPr>
              <w:t>]</w:t>
            </w:r>
          </w:p>
          <w:p w14:paraId="2FFCF472" w14:textId="0853CDFC" w:rsidR="00AA62FF" w:rsidRPr="00972B74" w:rsidRDefault="00AA62FF" w:rsidP="0037696F">
            <w:pPr>
              <w:widowControl w:val="0"/>
              <w:spacing w:before="120" w:after="120" w:line="240" w:lineRule="auto"/>
              <w:jc w:val="both"/>
              <w:rPr>
                <w:rFonts w:cs="Times New Roman"/>
                <w:sz w:val="28"/>
                <w:szCs w:val="28"/>
              </w:rPr>
            </w:pPr>
            <w:r w:rsidRPr="00972B74">
              <w:rPr>
                <w:rFonts w:cs="Times New Roman"/>
                <w:sz w:val="28"/>
                <w:szCs w:val="28"/>
              </w:rPr>
              <w:t xml:space="preserve">Dự thảo không quy định phí, lệ phí hoặc chi phí khác. </w:t>
            </w:r>
          </w:p>
        </w:tc>
      </w:tr>
      <w:tr w:rsidR="00AA62FF" w:rsidRPr="00972B74" w14:paraId="6CACB11F" w14:textId="77777777" w:rsidTr="00A23EBB">
        <w:tc>
          <w:tcPr>
            <w:tcW w:w="3544" w:type="dxa"/>
          </w:tcPr>
          <w:p w14:paraId="085B3655" w14:textId="29ED7876" w:rsidR="00AA62FF" w:rsidRPr="00972B74" w:rsidRDefault="001601F4" w:rsidP="0037696F">
            <w:pPr>
              <w:widowControl w:val="0"/>
              <w:spacing w:before="120" w:after="120" w:line="240" w:lineRule="auto"/>
              <w:jc w:val="both"/>
              <w:rPr>
                <w:rFonts w:cs="Times New Roman"/>
                <w:sz w:val="28"/>
                <w:szCs w:val="28"/>
              </w:rPr>
            </w:pPr>
            <w:r w:rsidRPr="00972B74">
              <w:rPr>
                <w:rFonts w:cs="Times New Roman"/>
                <w:sz w:val="28"/>
                <w:szCs w:val="28"/>
              </w:rPr>
              <w:t xml:space="preserve">b) Quy định về cách thức, thời điểm nộp phí, lệ phí và các chi phí khác (nếu có) có hợp lý không? </w:t>
            </w:r>
          </w:p>
        </w:tc>
        <w:tc>
          <w:tcPr>
            <w:tcW w:w="10914" w:type="dxa"/>
          </w:tcPr>
          <w:p w14:paraId="2E401D31" w14:textId="02E7454B" w:rsidR="00AA62FF" w:rsidRPr="00972B74" w:rsidRDefault="00A23EBB" w:rsidP="0037696F">
            <w:pPr>
              <w:widowControl w:val="0"/>
              <w:spacing w:before="120"/>
              <w:jc w:val="both"/>
              <w:rPr>
                <w:rFonts w:cs="Times New Roman"/>
                <w:sz w:val="28"/>
                <w:szCs w:val="28"/>
              </w:rPr>
            </w:pPr>
            <w:r>
              <w:rPr>
                <w:rFonts w:cs="Times New Roman"/>
                <w:sz w:val="28"/>
                <w:szCs w:val="28"/>
              </w:rPr>
              <w:t>Không [x]       Có [</w:t>
            </w:r>
            <w:r w:rsidR="009B3469" w:rsidRPr="00972B74">
              <w:rPr>
                <w:rFonts w:cs="Times New Roman"/>
                <w:sz w:val="28"/>
                <w:szCs w:val="28"/>
              </w:rPr>
              <w:t>]</w:t>
            </w:r>
          </w:p>
        </w:tc>
      </w:tr>
      <w:tr w:rsidR="00AA62FF" w:rsidRPr="00972B74" w14:paraId="6A640DA8" w14:textId="77777777" w:rsidTr="00A23EBB">
        <w:tc>
          <w:tcPr>
            <w:tcW w:w="3544" w:type="dxa"/>
          </w:tcPr>
          <w:p w14:paraId="49B016EC" w14:textId="00A6F16D" w:rsidR="00AA62FF" w:rsidRPr="00972B74" w:rsidRDefault="001601F4" w:rsidP="0037696F">
            <w:pPr>
              <w:widowControl w:val="0"/>
              <w:spacing w:before="120" w:after="120"/>
              <w:rPr>
                <w:rFonts w:cs="Times New Roman"/>
                <w:sz w:val="28"/>
                <w:szCs w:val="28"/>
              </w:rPr>
            </w:pPr>
            <w:r w:rsidRPr="00972B74">
              <w:rPr>
                <w:rFonts w:cs="Times New Roman"/>
                <w:b/>
                <w:sz w:val="28"/>
                <w:szCs w:val="28"/>
              </w:rPr>
              <w:t>9. Mẫu đơn, tờ khai</w:t>
            </w:r>
          </w:p>
        </w:tc>
        <w:tc>
          <w:tcPr>
            <w:tcW w:w="10914" w:type="dxa"/>
          </w:tcPr>
          <w:p w14:paraId="036C3CC5" w14:textId="77777777" w:rsidR="00AA62FF" w:rsidRPr="00972B74" w:rsidRDefault="00AA62FF" w:rsidP="002B61F8">
            <w:pPr>
              <w:widowControl w:val="0"/>
              <w:rPr>
                <w:rFonts w:cs="Times New Roman"/>
                <w:sz w:val="28"/>
                <w:szCs w:val="28"/>
              </w:rPr>
            </w:pPr>
          </w:p>
        </w:tc>
      </w:tr>
      <w:tr w:rsidR="001601F4" w:rsidRPr="00972B74" w14:paraId="1D707EC6" w14:textId="77777777" w:rsidTr="00A23EBB">
        <w:tc>
          <w:tcPr>
            <w:tcW w:w="3544" w:type="dxa"/>
          </w:tcPr>
          <w:p w14:paraId="3A82FECE" w14:textId="64DD5CEA" w:rsidR="001601F4" w:rsidRPr="00972B74" w:rsidRDefault="001601F4" w:rsidP="0037696F">
            <w:pPr>
              <w:widowControl w:val="0"/>
              <w:spacing w:before="120"/>
              <w:jc w:val="both"/>
              <w:rPr>
                <w:rFonts w:cs="Times New Roman"/>
                <w:b/>
                <w:sz w:val="28"/>
                <w:szCs w:val="28"/>
              </w:rPr>
            </w:pPr>
            <w:r w:rsidRPr="00972B74">
              <w:rPr>
                <w:rFonts w:cs="Times New Roman"/>
                <w:sz w:val="28"/>
                <w:szCs w:val="28"/>
              </w:rPr>
              <w:t>a) Có quy định về mẫu đơn, tờ khai không?</w:t>
            </w:r>
          </w:p>
        </w:tc>
        <w:tc>
          <w:tcPr>
            <w:tcW w:w="10914" w:type="dxa"/>
          </w:tcPr>
          <w:p w14:paraId="7CE72DC8" w14:textId="7EB30EB2" w:rsidR="001601F4" w:rsidRPr="00972B74" w:rsidRDefault="001601F4" w:rsidP="0037696F">
            <w:pPr>
              <w:widowControl w:val="0"/>
              <w:spacing w:before="120"/>
              <w:rPr>
                <w:rFonts w:cs="Times New Roman"/>
                <w:sz w:val="28"/>
                <w:szCs w:val="28"/>
              </w:rPr>
            </w:pPr>
            <w:r w:rsidRPr="00972B74">
              <w:rPr>
                <w:rFonts w:cs="Times New Roman"/>
                <w:sz w:val="28"/>
                <w:szCs w:val="28"/>
              </w:rPr>
              <w:t xml:space="preserve"> Có [</w:t>
            </w:r>
            <w:r w:rsidR="00A23EBB">
              <w:rPr>
                <w:rFonts w:cs="Times New Roman"/>
                <w:sz w:val="28"/>
                <w:szCs w:val="28"/>
              </w:rPr>
              <w:t>x]       Không [</w:t>
            </w:r>
            <w:r w:rsidRPr="00972B74">
              <w:rPr>
                <w:rFonts w:cs="Times New Roman"/>
                <w:sz w:val="28"/>
                <w:szCs w:val="28"/>
              </w:rPr>
              <w:t>]</w:t>
            </w:r>
          </w:p>
          <w:p w14:paraId="4E75EF77" w14:textId="20E88E86" w:rsidR="001601F4" w:rsidRPr="00972B74" w:rsidRDefault="001601F4" w:rsidP="0037696F">
            <w:pPr>
              <w:widowControl w:val="0"/>
              <w:spacing w:after="120"/>
              <w:jc w:val="both"/>
              <w:rPr>
                <w:rFonts w:cs="Times New Roman"/>
                <w:sz w:val="28"/>
                <w:szCs w:val="28"/>
              </w:rPr>
            </w:pPr>
            <w:r w:rsidRPr="00972B74">
              <w:rPr>
                <w:rFonts w:cs="Times New Roman"/>
                <w:sz w:val="28"/>
                <w:szCs w:val="28"/>
              </w:rPr>
              <w:t xml:space="preserve">Lý do: </w:t>
            </w:r>
            <w:r w:rsidR="009B3469">
              <w:rPr>
                <w:rFonts w:cs="Times New Roman"/>
                <w:sz w:val="28"/>
                <w:szCs w:val="28"/>
              </w:rPr>
              <w:t>M</w:t>
            </w:r>
            <w:r w:rsidRPr="00972B74">
              <w:rPr>
                <w:rFonts w:cs="Times New Roman"/>
                <w:sz w:val="28"/>
                <w:szCs w:val="28"/>
              </w:rPr>
              <w:t xml:space="preserve">ẫu </w:t>
            </w:r>
            <w:r w:rsidR="009B3469">
              <w:rPr>
                <w:rFonts w:cs="Times New Roman"/>
                <w:sz w:val="28"/>
                <w:szCs w:val="28"/>
              </w:rPr>
              <w:t xml:space="preserve">báo cáo thành tích </w:t>
            </w:r>
            <w:r w:rsidRPr="00972B74">
              <w:rPr>
                <w:rFonts w:cs="Times New Roman"/>
                <w:sz w:val="28"/>
                <w:szCs w:val="28"/>
              </w:rPr>
              <w:t xml:space="preserve">giúp </w:t>
            </w:r>
            <w:r w:rsidR="009B3469">
              <w:rPr>
                <w:rFonts w:cs="Times New Roman"/>
                <w:sz w:val="28"/>
                <w:szCs w:val="28"/>
              </w:rPr>
              <w:t xml:space="preserve">đảm bảo về theo tiêu chuẩn, đối tượng được đề nghị, thuận lợi </w:t>
            </w:r>
            <w:r w:rsidRPr="00972B74">
              <w:rPr>
                <w:rFonts w:cs="Times New Roman"/>
                <w:sz w:val="28"/>
                <w:szCs w:val="28"/>
              </w:rPr>
              <w:t xml:space="preserve">khi tiếp nhận, </w:t>
            </w:r>
            <w:r w:rsidR="009B3469">
              <w:rPr>
                <w:rFonts w:cs="Times New Roman"/>
                <w:sz w:val="28"/>
                <w:szCs w:val="28"/>
              </w:rPr>
              <w:t>thẩm định, lưu trữ hồ sơ.</w:t>
            </w:r>
          </w:p>
        </w:tc>
      </w:tr>
      <w:tr w:rsidR="001601F4" w:rsidRPr="007D6940" w14:paraId="34FB618C" w14:textId="77777777" w:rsidTr="00A23EBB">
        <w:tc>
          <w:tcPr>
            <w:tcW w:w="3544" w:type="dxa"/>
          </w:tcPr>
          <w:p w14:paraId="4AB60D1B" w14:textId="2FB90EAE" w:rsidR="001601F4" w:rsidRPr="00972B74" w:rsidRDefault="00A94BB0" w:rsidP="0037696F">
            <w:pPr>
              <w:widowControl w:val="0"/>
              <w:spacing w:before="120"/>
              <w:jc w:val="both"/>
              <w:rPr>
                <w:rFonts w:cs="Times New Roman"/>
                <w:b/>
                <w:sz w:val="28"/>
                <w:szCs w:val="28"/>
              </w:rPr>
            </w:pPr>
            <w:r>
              <w:rPr>
                <w:rFonts w:cs="Times New Roman"/>
                <w:sz w:val="28"/>
                <w:szCs w:val="28"/>
              </w:rPr>
              <w:t>b) Tên mẫu đơn, tờ khai</w:t>
            </w:r>
            <w:r w:rsidR="001601F4" w:rsidRPr="00972B74">
              <w:rPr>
                <w:rFonts w:cs="Times New Roman"/>
                <w:sz w:val="28"/>
                <w:szCs w:val="28"/>
              </w:rPr>
              <w:t>:</w:t>
            </w:r>
            <w:r>
              <w:rPr>
                <w:rFonts w:cs="Times New Roman"/>
                <w:sz w:val="28"/>
                <w:szCs w:val="28"/>
              </w:rPr>
              <w:t xml:space="preserve"> </w:t>
            </w:r>
            <w:r w:rsidRPr="00A94BB0">
              <w:rPr>
                <w:rFonts w:ascii="Times New Roman Bold" w:hAnsi="Times New Roman Bold"/>
                <w:i/>
                <w:sz w:val="28"/>
                <w:szCs w:val="28"/>
              </w:rPr>
              <w:t xml:space="preserve">Báo cáo thành tích cá nhân đề </w:t>
            </w:r>
            <w:r w:rsidRPr="00A94BB0">
              <w:rPr>
                <w:rFonts w:ascii="Times New Roman Bold" w:hAnsi="Times New Roman Bold"/>
                <w:i/>
                <w:sz w:val="28"/>
                <w:szCs w:val="28"/>
              </w:rPr>
              <w:lastRenderedPageBreak/>
              <w:t>nghị tặng Kỷ niệm chương</w:t>
            </w:r>
            <w:r w:rsidR="001601F4" w:rsidRPr="00A94BB0">
              <w:rPr>
                <w:rFonts w:cs="Times New Roman"/>
                <w:sz w:val="28"/>
                <w:szCs w:val="28"/>
              </w:rPr>
              <w:t xml:space="preserve"> </w:t>
            </w:r>
          </w:p>
        </w:tc>
        <w:tc>
          <w:tcPr>
            <w:tcW w:w="10914" w:type="dxa"/>
          </w:tcPr>
          <w:p w14:paraId="05BA8196" w14:textId="46B79183" w:rsidR="00A94BB0" w:rsidRDefault="00A94BB0" w:rsidP="0037696F">
            <w:pPr>
              <w:widowControl w:val="0"/>
              <w:spacing w:before="120"/>
              <w:jc w:val="both"/>
              <w:rPr>
                <w:rFonts w:cs="Times New Roman"/>
                <w:sz w:val="28"/>
                <w:szCs w:val="28"/>
              </w:rPr>
            </w:pPr>
            <w:r>
              <w:rPr>
                <w:rFonts w:cs="Times New Roman"/>
                <w:sz w:val="28"/>
                <w:szCs w:val="28"/>
              </w:rPr>
              <w:lastRenderedPageBreak/>
              <w:t>- Nêu rõ những nội dung (nhóm) thông tin cần cung cấp trong mẫu đơn, tờ khai:</w:t>
            </w:r>
          </w:p>
          <w:p w14:paraId="128AEAAB" w14:textId="4BAFACEF" w:rsidR="00A94BB0" w:rsidRDefault="00A94BB0" w:rsidP="00A94BB0">
            <w:pPr>
              <w:widowControl w:val="0"/>
              <w:jc w:val="both"/>
              <w:rPr>
                <w:rFonts w:cs="Times New Roman"/>
                <w:sz w:val="28"/>
                <w:szCs w:val="28"/>
              </w:rPr>
            </w:pPr>
            <w:r>
              <w:rPr>
                <w:rFonts w:cs="Times New Roman"/>
                <w:sz w:val="28"/>
                <w:szCs w:val="28"/>
              </w:rPr>
              <w:t>+ Nội dung thông tin 1</w:t>
            </w:r>
            <w:r w:rsidR="001601F4" w:rsidRPr="00972B74">
              <w:rPr>
                <w:rFonts w:cs="Times New Roman"/>
                <w:sz w:val="28"/>
                <w:szCs w:val="28"/>
              </w:rPr>
              <w:t xml:space="preserve">: </w:t>
            </w:r>
            <w:r>
              <w:rPr>
                <w:rFonts w:cs="Times New Roman"/>
                <w:sz w:val="28"/>
                <w:szCs w:val="28"/>
              </w:rPr>
              <w:t xml:space="preserve">Họ và tên; </w:t>
            </w:r>
            <w:r w:rsidRPr="00A94BB0">
              <w:rPr>
                <w:rFonts w:cs="Times New Roman"/>
                <w:sz w:val="28"/>
                <w:szCs w:val="28"/>
              </w:rPr>
              <w:t>Nam, nữ</w:t>
            </w:r>
            <w:r>
              <w:rPr>
                <w:rFonts w:cs="Times New Roman"/>
                <w:sz w:val="28"/>
                <w:szCs w:val="28"/>
              </w:rPr>
              <w:t>; Ngày, tháng, năm sinh; Nơi ở hiện nay;</w:t>
            </w:r>
            <w:r w:rsidRPr="00A94BB0">
              <w:rPr>
                <w:rFonts w:cs="Times New Roman"/>
                <w:sz w:val="28"/>
                <w:szCs w:val="28"/>
              </w:rPr>
              <w:t xml:space="preserve"> Chức vụ </w:t>
            </w:r>
            <w:r w:rsidRPr="00A94BB0">
              <w:rPr>
                <w:rFonts w:cs="Times New Roman"/>
                <w:sz w:val="28"/>
                <w:szCs w:val="28"/>
              </w:rPr>
              <w:lastRenderedPageBreak/>
              <w:t>và nơi công tác hiệ</w:t>
            </w:r>
            <w:r>
              <w:rPr>
                <w:rFonts w:cs="Times New Roman"/>
                <w:sz w:val="28"/>
                <w:szCs w:val="28"/>
              </w:rPr>
              <w:t>n nay (hoặc trước khi nghỉ hưu); Ngày nghỉ hưu (nếu có).</w:t>
            </w:r>
          </w:p>
          <w:p w14:paraId="7DA405A1" w14:textId="2B1EBFF2" w:rsidR="00A94BB0" w:rsidRDefault="00A94BB0" w:rsidP="00A94BB0">
            <w:pPr>
              <w:widowControl w:val="0"/>
              <w:jc w:val="both"/>
              <w:rPr>
                <w:rFonts w:ascii="Times New Roman Bold" w:hAnsi="Times New Roman Bold"/>
                <w:b/>
                <w:color w:val="7030A0"/>
                <w:spacing w:val="-6"/>
                <w:sz w:val="28"/>
                <w:szCs w:val="28"/>
              </w:rPr>
            </w:pPr>
            <w:r>
              <w:rPr>
                <w:rFonts w:cs="Times New Roman"/>
                <w:sz w:val="28"/>
                <w:szCs w:val="28"/>
              </w:rPr>
              <w:t xml:space="preserve">+ Nội dung thông tin 2: </w:t>
            </w:r>
            <w:r w:rsidRPr="00A94BB0">
              <w:rPr>
                <w:rFonts w:cs="Times New Roman"/>
                <w:sz w:val="28"/>
                <w:szCs w:val="28"/>
              </w:rPr>
              <w:t>Nêu quá trình tham gia công tác, các chức vụ đã đảm nhận từ khi tham gia công tác đến khi đề nghị tặng Kỷ niệm chương.</w:t>
            </w:r>
          </w:p>
          <w:p w14:paraId="3D9B2B4F" w14:textId="52A1DE60" w:rsidR="00A94BB0" w:rsidRDefault="00A94BB0" w:rsidP="00A94BB0">
            <w:pPr>
              <w:widowControl w:val="0"/>
              <w:jc w:val="both"/>
              <w:rPr>
                <w:rFonts w:cs="Times New Roman"/>
                <w:sz w:val="28"/>
                <w:szCs w:val="28"/>
              </w:rPr>
            </w:pPr>
            <w:r>
              <w:rPr>
                <w:rFonts w:cs="Times New Roman"/>
                <w:sz w:val="28"/>
                <w:szCs w:val="28"/>
              </w:rPr>
              <w:t>+ Nội dung thông tin 3: Kỷ luật (Nếu có).</w:t>
            </w:r>
          </w:p>
          <w:p w14:paraId="23A82117" w14:textId="7E1823D4" w:rsidR="00A94BB0" w:rsidRPr="00A94BB0" w:rsidRDefault="00A94BB0" w:rsidP="00A94BB0">
            <w:pPr>
              <w:widowControl w:val="0"/>
              <w:jc w:val="both"/>
              <w:rPr>
                <w:rFonts w:cs="Times New Roman"/>
                <w:sz w:val="28"/>
                <w:szCs w:val="28"/>
              </w:rPr>
            </w:pPr>
            <w:r>
              <w:rPr>
                <w:rFonts w:cs="Times New Roman"/>
                <w:sz w:val="28"/>
                <w:szCs w:val="28"/>
              </w:rPr>
              <w:t xml:space="preserve">Lý do quy định: Là căn cứ để thẩm định về đối tượng, tiêu chuẩn và thông tin để </w:t>
            </w:r>
            <w:r w:rsidR="00AD6C0A">
              <w:rPr>
                <w:rFonts w:cs="Times New Roman"/>
                <w:sz w:val="28"/>
                <w:szCs w:val="28"/>
              </w:rPr>
              <w:t>r</w:t>
            </w:r>
            <w:r>
              <w:rPr>
                <w:rFonts w:cs="Times New Roman"/>
                <w:sz w:val="28"/>
                <w:szCs w:val="28"/>
              </w:rPr>
              <w:t>a Quyết định và in bằng Kỷ niệm chương đảm bảo chính xác tên người được nhận Kỷ niệm chương.</w:t>
            </w:r>
          </w:p>
          <w:p w14:paraId="7D630742" w14:textId="77777777" w:rsidR="001601F4" w:rsidRDefault="00A94BB0" w:rsidP="00A94BB0">
            <w:pPr>
              <w:widowControl w:val="0"/>
              <w:rPr>
                <w:rFonts w:cs="Times New Roman"/>
                <w:sz w:val="28"/>
                <w:szCs w:val="28"/>
                <w:lang w:val="vi-VN"/>
              </w:rPr>
            </w:pPr>
            <w:r>
              <w:rPr>
                <w:rFonts w:cs="Times New Roman"/>
                <w:sz w:val="28"/>
                <w:szCs w:val="28"/>
              </w:rPr>
              <w:t xml:space="preserve">- </w:t>
            </w:r>
            <w:r w:rsidR="001601F4" w:rsidRPr="00A94BB0">
              <w:rPr>
                <w:rFonts w:cs="Times New Roman"/>
                <w:sz w:val="28"/>
                <w:szCs w:val="28"/>
                <w:lang w:val="vi-VN"/>
              </w:rPr>
              <w:t>Có quy định việc xác nhận tại đơn không? Có [</w:t>
            </w:r>
            <w:r w:rsidRPr="007D6940">
              <w:rPr>
                <w:rFonts w:cs="Times New Roman"/>
                <w:sz w:val="28"/>
                <w:szCs w:val="28"/>
                <w:lang w:val="vi-VN"/>
              </w:rPr>
              <w:t>x</w:t>
            </w:r>
            <w:r w:rsidR="001601F4" w:rsidRPr="00A94BB0">
              <w:rPr>
                <w:rFonts w:cs="Times New Roman"/>
                <w:sz w:val="28"/>
                <w:szCs w:val="28"/>
                <w:lang w:val="vi-VN"/>
              </w:rPr>
              <w:t xml:space="preserve"> ]       Không []</w:t>
            </w:r>
          </w:p>
          <w:p w14:paraId="4521991A" w14:textId="08BAAE48" w:rsidR="00A94BB0" w:rsidRPr="00A94BB0" w:rsidRDefault="00A94BB0" w:rsidP="0037696F">
            <w:pPr>
              <w:widowControl w:val="0"/>
              <w:spacing w:after="120"/>
              <w:jc w:val="both"/>
              <w:rPr>
                <w:rFonts w:cs="Times New Roman"/>
                <w:sz w:val="28"/>
                <w:szCs w:val="28"/>
                <w:lang w:val="vi-VN"/>
              </w:rPr>
            </w:pPr>
            <w:r w:rsidRPr="00A94BB0">
              <w:rPr>
                <w:rFonts w:cs="Times New Roman"/>
                <w:sz w:val="28"/>
                <w:szCs w:val="28"/>
                <w:lang w:val="vi-VN"/>
              </w:rPr>
              <w:t>Lý do quy định: Trong mẫu có quy định xác nhận của Thủ trưởng cơ quan, đơn vị đảm bảo tính chính xác về những nội dung kê khai trong báo cáo thành tích.</w:t>
            </w:r>
          </w:p>
        </w:tc>
      </w:tr>
      <w:tr w:rsidR="00F9378C" w:rsidRPr="00A94BB0" w14:paraId="6C3C77B9" w14:textId="77777777" w:rsidTr="00A23EBB">
        <w:tc>
          <w:tcPr>
            <w:tcW w:w="3544" w:type="dxa"/>
          </w:tcPr>
          <w:p w14:paraId="6434DE90" w14:textId="4C8EB0AA" w:rsidR="00F9378C" w:rsidRDefault="00F9378C" w:rsidP="0037696F">
            <w:pPr>
              <w:widowControl w:val="0"/>
              <w:spacing w:before="120" w:after="120"/>
              <w:jc w:val="both"/>
              <w:rPr>
                <w:rFonts w:cs="Times New Roman"/>
                <w:sz w:val="28"/>
                <w:szCs w:val="28"/>
              </w:rPr>
            </w:pPr>
            <w:r>
              <w:rPr>
                <w:rFonts w:cs="Times New Roman"/>
                <w:sz w:val="28"/>
                <w:szCs w:val="28"/>
              </w:rPr>
              <w:lastRenderedPageBreak/>
              <w:t>c) Ngôn ngữ</w:t>
            </w:r>
          </w:p>
        </w:tc>
        <w:tc>
          <w:tcPr>
            <w:tcW w:w="10914" w:type="dxa"/>
          </w:tcPr>
          <w:p w14:paraId="5B4B20F7" w14:textId="7B775949" w:rsidR="00F9378C" w:rsidRDefault="00F9378C" w:rsidP="0037696F">
            <w:pPr>
              <w:widowControl w:val="0"/>
              <w:spacing w:before="120" w:after="120"/>
              <w:jc w:val="both"/>
              <w:rPr>
                <w:rFonts w:cs="Times New Roman"/>
                <w:sz w:val="28"/>
                <w:szCs w:val="28"/>
              </w:rPr>
            </w:pPr>
            <w:r>
              <w:rPr>
                <w:rFonts w:cs="Times New Roman"/>
                <w:sz w:val="28"/>
                <w:szCs w:val="28"/>
              </w:rPr>
              <w:t xml:space="preserve">- Tiếng Việt </w:t>
            </w:r>
            <w:r w:rsidRPr="00972B74">
              <w:rPr>
                <w:rFonts w:cs="Times New Roman"/>
                <w:sz w:val="28"/>
                <w:szCs w:val="28"/>
              </w:rPr>
              <w:t xml:space="preserve">[x]       </w:t>
            </w:r>
            <w:r>
              <w:rPr>
                <w:rFonts w:cs="Times New Roman"/>
                <w:sz w:val="28"/>
                <w:szCs w:val="28"/>
              </w:rPr>
              <w:t>Song ngữ</w:t>
            </w:r>
            <w:r w:rsidR="00A23EBB">
              <w:rPr>
                <w:rFonts w:cs="Times New Roman"/>
                <w:sz w:val="28"/>
                <w:szCs w:val="28"/>
              </w:rPr>
              <w:t xml:space="preserve"> [</w:t>
            </w:r>
            <w:r w:rsidRPr="00972B74">
              <w:rPr>
                <w:rFonts w:cs="Times New Roman"/>
                <w:sz w:val="28"/>
                <w:szCs w:val="28"/>
              </w:rPr>
              <w:t>]</w:t>
            </w:r>
          </w:p>
        </w:tc>
      </w:tr>
      <w:tr w:rsidR="001601F4" w:rsidRPr="00972B74" w14:paraId="43808B1A" w14:textId="77777777" w:rsidTr="00972B74">
        <w:tc>
          <w:tcPr>
            <w:tcW w:w="14458" w:type="dxa"/>
            <w:gridSpan w:val="2"/>
          </w:tcPr>
          <w:p w14:paraId="339703FB" w14:textId="4F6DD97F" w:rsidR="001601F4" w:rsidRPr="00972B74" w:rsidRDefault="001601F4" w:rsidP="0037696F">
            <w:pPr>
              <w:widowControl w:val="0"/>
              <w:spacing w:before="120" w:after="120"/>
              <w:rPr>
                <w:rFonts w:cs="Times New Roman"/>
                <w:sz w:val="28"/>
                <w:szCs w:val="28"/>
              </w:rPr>
            </w:pPr>
            <w:r w:rsidRPr="00972B74">
              <w:rPr>
                <w:rFonts w:cs="Times New Roman"/>
                <w:b/>
                <w:sz w:val="28"/>
                <w:szCs w:val="28"/>
              </w:rPr>
              <w:t>10. Yêu cầu, điều kiện</w:t>
            </w:r>
          </w:p>
        </w:tc>
      </w:tr>
      <w:tr w:rsidR="001601F4" w:rsidRPr="00972B74" w14:paraId="3DA82415" w14:textId="77777777" w:rsidTr="00A23EBB">
        <w:tc>
          <w:tcPr>
            <w:tcW w:w="3544" w:type="dxa"/>
          </w:tcPr>
          <w:p w14:paraId="07BA80D0" w14:textId="217BE3E0" w:rsidR="001601F4" w:rsidRPr="00972B74" w:rsidRDefault="001601F4" w:rsidP="0037696F">
            <w:pPr>
              <w:widowControl w:val="0"/>
              <w:spacing w:before="120"/>
              <w:rPr>
                <w:rFonts w:cs="Times New Roman"/>
                <w:b/>
                <w:sz w:val="28"/>
                <w:szCs w:val="28"/>
              </w:rPr>
            </w:pPr>
            <w:r w:rsidRPr="00972B74">
              <w:rPr>
                <w:rFonts w:cs="Times New Roman"/>
                <w:sz w:val="28"/>
                <w:szCs w:val="28"/>
              </w:rPr>
              <w:t xml:space="preserve">Có quy định yêu cầu, điều kiện không? </w:t>
            </w:r>
          </w:p>
        </w:tc>
        <w:tc>
          <w:tcPr>
            <w:tcW w:w="10914" w:type="dxa"/>
          </w:tcPr>
          <w:p w14:paraId="7985167A" w14:textId="0E64931E" w:rsidR="001601F4" w:rsidRPr="00972B74" w:rsidRDefault="00F9378C" w:rsidP="00A23EBB">
            <w:pPr>
              <w:widowControl w:val="0"/>
              <w:spacing w:before="120" w:line="240" w:lineRule="auto"/>
              <w:rPr>
                <w:rFonts w:cs="Times New Roman"/>
                <w:sz w:val="28"/>
                <w:szCs w:val="28"/>
              </w:rPr>
            </w:pPr>
            <w:r>
              <w:rPr>
                <w:rFonts w:cs="Times New Roman"/>
                <w:sz w:val="28"/>
                <w:szCs w:val="28"/>
              </w:rPr>
              <w:t xml:space="preserve">Có </w:t>
            </w:r>
            <w:proofErr w:type="gramStart"/>
            <w:r>
              <w:rPr>
                <w:rFonts w:cs="Times New Roman"/>
                <w:sz w:val="28"/>
                <w:szCs w:val="28"/>
              </w:rPr>
              <w:t>[</w:t>
            </w:r>
            <w:r w:rsidR="001601F4" w:rsidRPr="00972B74">
              <w:rPr>
                <w:rFonts w:cs="Times New Roman"/>
                <w:sz w:val="28"/>
                <w:szCs w:val="28"/>
              </w:rPr>
              <w:t xml:space="preserve">]   </w:t>
            </w:r>
            <w:proofErr w:type="gramEnd"/>
            <w:r w:rsidR="001601F4" w:rsidRPr="00972B74">
              <w:rPr>
                <w:rFonts w:cs="Times New Roman"/>
                <w:sz w:val="28"/>
                <w:szCs w:val="28"/>
              </w:rPr>
              <w:t xml:space="preserve">    Không [</w:t>
            </w:r>
            <w:r>
              <w:rPr>
                <w:rFonts w:cs="Times New Roman"/>
                <w:sz w:val="28"/>
                <w:szCs w:val="28"/>
              </w:rPr>
              <w:t>x</w:t>
            </w:r>
            <w:r w:rsidR="001601F4" w:rsidRPr="00972B74">
              <w:rPr>
                <w:rFonts w:cs="Times New Roman"/>
                <w:sz w:val="28"/>
                <w:szCs w:val="28"/>
              </w:rPr>
              <w:t>]</w:t>
            </w:r>
          </w:p>
          <w:p w14:paraId="18EC55E6" w14:textId="2C06F4C8" w:rsidR="001601F4" w:rsidRPr="00972B74" w:rsidRDefault="001601F4" w:rsidP="00A23EBB">
            <w:pPr>
              <w:widowControl w:val="0"/>
              <w:spacing w:after="120" w:line="240" w:lineRule="auto"/>
              <w:jc w:val="both"/>
              <w:rPr>
                <w:rFonts w:cs="Times New Roman"/>
                <w:sz w:val="28"/>
                <w:szCs w:val="28"/>
              </w:rPr>
            </w:pPr>
            <w:r w:rsidRPr="00972B74">
              <w:rPr>
                <w:rFonts w:cs="Times New Roman"/>
                <w:sz w:val="28"/>
                <w:szCs w:val="28"/>
              </w:rPr>
              <w:t xml:space="preserve">Lý do quy định: </w:t>
            </w:r>
            <w:r w:rsidR="00F9378C">
              <w:rPr>
                <w:rFonts w:cs="Times New Roman"/>
                <w:sz w:val="28"/>
                <w:szCs w:val="28"/>
              </w:rPr>
              <w:t>Đ</w:t>
            </w:r>
            <w:r w:rsidRPr="00972B74">
              <w:rPr>
                <w:rFonts w:cs="Times New Roman"/>
                <w:sz w:val="28"/>
                <w:szCs w:val="28"/>
              </w:rPr>
              <w:t xml:space="preserve">ược xác định theo Nghị quyết số </w:t>
            </w:r>
            <w:r w:rsidR="00F9378C">
              <w:rPr>
                <w:rFonts w:cs="Times New Roman"/>
                <w:sz w:val="28"/>
                <w:szCs w:val="28"/>
              </w:rPr>
              <w:t>…</w:t>
            </w:r>
            <w:r w:rsidRPr="00972B74">
              <w:rPr>
                <w:rFonts w:cs="Times New Roman"/>
                <w:sz w:val="28"/>
                <w:szCs w:val="28"/>
              </w:rPr>
              <w:t xml:space="preserve">/2026/NQ-HĐND bảo đảm </w:t>
            </w:r>
            <w:r w:rsidR="00F9378C">
              <w:rPr>
                <w:rFonts w:cs="Times New Roman"/>
                <w:sz w:val="28"/>
                <w:szCs w:val="28"/>
              </w:rPr>
              <w:t>đúng đối tượng, tiêu chuẩn được đề nghị tặng Kỷ niệm chương và phù hợp với pháp luật về thi đua, khen thưởng.</w:t>
            </w:r>
          </w:p>
        </w:tc>
      </w:tr>
      <w:tr w:rsidR="00962FB5" w:rsidRPr="00972B74" w14:paraId="4FD21A05" w14:textId="77777777" w:rsidTr="00972B74">
        <w:tc>
          <w:tcPr>
            <w:tcW w:w="14458" w:type="dxa"/>
            <w:gridSpan w:val="2"/>
          </w:tcPr>
          <w:p w14:paraId="44DF9133" w14:textId="49AE2871" w:rsidR="00962FB5" w:rsidRPr="00972B74" w:rsidRDefault="00962FB5" w:rsidP="00A23EBB">
            <w:pPr>
              <w:widowControl w:val="0"/>
              <w:spacing w:before="120" w:after="120" w:line="240" w:lineRule="auto"/>
              <w:rPr>
                <w:rFonts w:cs="Times New Roman"/>
                <w:sz w:val="28"/>
                <w:szCs w:val="28"/>
              </w:rPr>
            </w:pPr>
            <w:r w:rsidRPr="00972B74">
              <w:rPr>
                <w:rFonts w:cs="Times New Roman"/>
                <w:b/>
                <w:sz w:val="28"/>
                <w:szCs w:val="28"/>
              </w:rPr>
              <w:t>11. Kết quả thực hiện</w:t>
            </w:r>
          </w:p>
        </w:tc>
      </w:tr>
      <w:tr w:rsidR="001601F4" w:rsidRPr="00972B74" w14:paraId="76E13680" w14:textId="77777777" w:rsidTr="00A23EBB">
        <w:tc>
          <w:tcPr>
            <w:tcW w:w="3544" w:type="dxa"/>
          </w:tcPr>
          <w:p w14:paraId="4AFDC88D" w14:textId="5C5E486B" w:rsidR="001601F4" w:rsidRPr="00972B74" w:rsidRDefault="00962FB5" w:rsidP="0037696F">
            <w:pPr>
              <w:widowControl w:val="0"/>
              <w:spacing w:before="120"/>
              <w:rPr>
                <w:rFonts w:cs="Times New Roman"/>
                <w:sz w:val="28"/>
                <w:szCs w:val="28"/>
              </w:rPr>
            </w:pPr>
            <w:r w:rsidRPr="00972B74">
              <w:rPr>
                <w:rFonts w:cs="Times New Roman"/>
                <w:sz w:val="28"/>
                <w:szCs w:val="28"/>
              </w:rPr>
              <w:t>a) Hình thức kết quả:</w:t>
            </w:r>
          </w:p>
        </w:tc>
        <w:tc>
          <w:tcPr>
            <w:tcW w:w="10914" w:type="dxa"/>
          </w:tcPr>
          <w:p w14:paraId="29E760B3" w14:textId="0F98F7FD" w:rsidR="00962FB5" w:rsidRPr="00972B74" w:rsidRDefault="00A23EBB" w:rsidP="00A23EBB">
            <w:pPr>
              <w:widowControl w:val="0"/>
              <w:spacing w:before="120" w:line="240" w:lineRule="auto"/>
              <w:rPr>
                <w:rFonts w:cs="Times New Roman"/>
                <w:sz w:val="28"/>
                <w:szCs w:val="28"/>
              </w:rPr>
            </w:pPr>
            <w:r>
              <w:rPr>
                <w:rFonts w:cs="Times New Roman"/>
                <w:sz w:val="28"/>
                <w:szCs w:val="28"/>
              </w:rPr>
              <w:t xml:space="preserve">- Giấy phép </w:t>
            </w:r>
            <w:proofErr w:type="gramStart"/>
            <w:r>
              <w:rPr>
                <w:rFonts w:cs="Times New Roman"/>
                <w:sz w:val="28"/>
                <w:szCs w:val="28"/>
              </w:rPr>
              <w:t xml:space="preserve">[]   </w:t>
            </w:r>
            <w:proofErr w:type="gramEnd"/>
            <w:r>
              <w:rPr>
                <w:rFonts w:cs="Times New Roman"/>
                <w:sz w:val="28"/>
                <w:szCs w:val="28"/>
              </w:rPr>
              <w:t>Giấy chứng nhận []   Giấy đăng ký []   Chứng chỉ []   Thẻ [</w:t>
            </w:r>
            <w:r w:rsidR="00962FB5" w:rsidRPr="00972B74">
              <w:rPr>
                <w:rFonts w:cs="Times New Roman"/>
                <w:sz w:val="28"/>
                <w:szCs w:val="28"/>
              </w:rPr>
              <w:t>]</w:t>
            </w:r>
          </w:p>
          <w:p w14:paraId="2C7586CC" w14:textId="77777777" w:rsidR="00962FB5" w:rsidRPr="00972B74" w:rsidRDefault="00962FB5" w:rsidP="00A23EBB">
            <w:pPr>
              <w:widowControl w:val="0"/>
              <w:spacing w:line="240" w:lineRule="auto"/>
              <w:rPr>
                <w:rFonts w:cs="Times New Roman"/>
                <w:sz w:val="28"/>
                <w:szCs w:val="28"/>
              </w:rPr>
            </w:pPr>
            <w:r w:rsidRPr="00972B74">
              <w:rPr>
                <w:rFonts w:cs="Times New Roman"/>
                <w:sz w:val="28"/>
                <w:szCs w:val="28"/>
              </w:rPr>
              <w:t>- Quyết định hành chính [x]</w:t>
            </w:r>
          </w:p>
          <w:p w14:paraId="7FA9B6A2" w14:textId="77777777" w:rsidR="00F9378C" w:rsidRDefault="00962FB5" w:rsidP="00A23EBB">
            <w:pPr>
              <w:widowControl w:val="0"/>
              <w:spacing w:line="240" w:lineRule="auto"/>
              <w:rPr>
                <w:rFonts w:cs="Times New Roman"/>
                <w:sz w:val="28"/>
                <w:szCs w:val="28"/>
              </w:rPr>
            </w:pPr>
            <w:r w:rsidRPr="00972B74">
              <w:rPr>
                <w:rFonts w:cs="Times New Roman"/>
                <w:sz w:val="28"/>
                <w:szCs w:val="28"/>
              </w:rPr>
              <w:t xml:space="preserve">- Văn bản xác nhận/chấp thuận [] </w:t>
            </w:r>
          </w:p>
          <w:p w14:paraId="05039E6C" w14:textId="4BD32E72" w:rsidR="001601F4" w:rsidRPr="00972B74" w:rsidRDefault="00962FB5" w:rsidP="00A23EBB">
            <w:pPr>
              <w:widowControl w:val="0"/>
              <w:spacing w:after="120" w:line="240" w:lineRule="auto"/>
              <w:rPr>
                <w:rFonts w:cs="Times New Roman"/>
                <w:sz w:val="28"/>
                <w:szCs w:val="28"/>
              </w:rPr>
            </w:pPr>
            <w:r w:rsidRPr="00972B74">
              <w:rPr>
                <w:rFonts w:cs="Times New Roman"/>
                <w:sz w:val="28"/>
                <w:szCs w:val="28"/>
              </w:rPr>
              <w:t>Kết quả thực hiện TTHC: Bản giấy [x]       Bản điện tử [x]</w:t>
            </w:r>
          </w:p>
        </w:tc>
      </w:tr>
      <w:tr w:rsidR="00962FB5" w:rsidRPr="00972B74" w14:paraId="3CBE1555" w14:textId="77777777" w:rsidTr="00A23EBB">
        <w:tc>
          <w:tcPr>
            <w:tcW w:w="3544" w:type="dxa"/>
          </w:tcPr>
          <w:p w14:paraId="31F2821D" w14:textId="2B87746B" w:rsidR="00962FB5" w:rsidRPr="00972B74" w:rsidRDefault="00962FB5" w:rsidP="0037696F">
            <w:pPr>
              <w:widowControl w:val="0"/>
              <w:spacing w:before="120"/>
              <w:jc w:val="both"/>
              <w:rPr>
                <w:rFonts w:cs="Times New Roman"/>
                <w:sz w:val="28"/>
                <w:szCs w:val="28"/>
              </w:rPr>
            </w:pPr>
            <w:r w:rsidRPr="00972B74">
              <w:rPr>
                <w:rFonts w:cs="Times New Roman"/>
                <w:sz w:val="28"/>
                <w:szCs w:val="28"/>
              </w:rPr>
              <w:t xml:space="preserve">b) Kết quả có được mẫu hóa phù hợp không? </w:t>
            </w:r>
          </w:p>
        </w:tc>
        <w:tc>
          <w:tcPr>
            <w:tcW w:w="10914" w:type="dxa"/>
          </w:tcPr>
          <w:p w14:paraId="0F03E8AE" w14:textId="5A416127" w:rsidR="00962FB5" w:rsidRPr="00972B74" w:rsidRDefault="00F9378C" w:rsidP="00A23EBB">
            <w:pPr>
              <w:widowControl w:val="0"/>
              <w:spacing w:before="120" w:line="240" w:lineRule="auto"/>
              <w:rPr>
                <w:rFonts w:cs="Times New Roman"/>
                <w:sz w:val="28"/>
                <w:szCs w:val="28"/>
              </w:rPr>
            </w:pPr>
            <w:r>
              <w:rPr>
                <w:rFonts w:cs="Times New Roman"/>
                <w:sz w:val="28"/>
                <w:szCs w:val="28"/>
              </w:rPr>
              <w:t xml:space="preserve">Có </w:t>
            </w:r>
            <w:proofErr w:type="gramStart"/>
            <w:r>
              <w:rPr>
                <w:rFonts w:cs="Times New Roman"/>
                <w:sz w:val="28"/>
                <w:szCs w:val="28"/>
              </w:rPr>
              <w:t xml:space="preserve">[]   </w:t>
            </w:r>
            <w:proofErr w:type="gramEnd"/>
            <w:r>
              <w:rPr>
                <w:rFonts w:cs="Times New Roman"/>
                <w:sz w:val="28"/>
                <w:szCs w:val="28"/>
              </w:rPr>
              <w:t xml:space="preserve">    Không [x</w:t>
            </w:r>
            <w:r w:rsidR="00962FB5" w:rsidRPr="00972B74">
              <w:rPr>
                <w:rFonts w:cs="Times New Roman"/>
                <w:sz w:val="28"/>
                <w:szCs w:val="28"/>
              </w:rPr>
              <w:t>]</w:t>
            </w:r>
          </w:p>
          <w:p w14:paraId="3F76699A" w14:textId="0A923E13" w:rsidR="00962FB5" w:rsidRPr="00972B74" w:rsidRDefault="00962FB5" w:rsidP="00A23EBB">
            <w:pPr>
              <w:widowControl w:val="0"/>
              <w:spacing w:after="120" w:line="240" w:lineRule="auto"/>
              <w:jc w:val="both"/>
              <w:rPr>
                <w:rFonts w:cs="Times New Roman"/>
                <w:sz w:val="28"/>
                <w:szCs w:val="28"/>
              </w:rPr>
            </w:pPr>
            <w:r w:rsidRPr="00972B74">
              <w:rPr>
                <w:rFonts w:cs="Times New Roman"/>
                <w:sz w:val="28"/>
                <w:szCs w:val="28"/>
              </w:rPr>
              <w:t xml:space="preserve">Lý do: Quyết định </w:t>
            </w:r>
            <w:r w:rsidR="00F9378C">
              <w:rPr>
                <w:rFonts w:cs="Times New Roman"/>
                <w:sz w:val="28"/>
                <w:szCs w:val="28"/>
              </w:rPr>
              <w:t xml:space="preserve">tặng Kỷ niệm chương </w:t>
            </w:r>
            <w:r w:rsidRPr="00972B74">
              <w:rPr>
                <w:rFonts w:cs="Times New Roman"/>
                <w:sz w:val="28"/>
                <w:szCs w:val="28"/>
              </w:rPr>
              <w:t>thực hiện theo thể thức văn bản hành chính, bảo đảm t</w:t>
            </w:r>
            <w:r w:rsidR="00E80B66">
              <w:rPr>
                <w:rFonts w:cs="Times New Roman"/>
                <w:sz w:val="28"/>
                <w:szCs w:val="28"/>
              </w:rPr>
              <w:t>hống nhất, dễ theo dõi, lưu trữ.</w:t>
            </w:r>
          </w:p>
        </w:tc>
      </w:tr>
      <w:tr w:rsidR="00962FB5" w:rsidRPr="00972B74" w14:paraId="2CCDC039" w14:textId="77777777" w:rsidTr="00A23EBB">
        <w:tc>
          <w:tcPr>
            <w:tcW w:w="3544" w:type="dxa"/>
          </w:tcPr>
          <w:p w14:paraId="49C59A8B" w14:textId="0480521B" w:rsidR="00962FB5" w:rsidRPr="00972B74" w:rsidRDefault="00962FB5" w:rsidP="0037696F">
            <w:pPr>
              <w:widowControl w:val="0"/>
              <w:spacing w:before="120"/>
              <w:jc w:val="both"/>
              <w:rPr>
                <w:rFonts w:cs="Times New Roman"/>
                <w:sz w:val="28"/>
                <w:szCs w:val="28"/>
              </w:rPr>
            </w:pPr>
            <w:r w:rsidRPr="00972B74">
              <w:rPr>
                <w:rFonts w:cs="Times New Roman"/>
                <w:sz w:val="28"/>
                <w:szCs w:val="28"/>
              </w:rPr>
              <w:t xml:space="preserve">c) Thời hạn có giá trị hiệu lực: </w:t>
            </w:r>
          </w:p>
        </w:tc>
        <w:tc>
          <w:tcPr>
            <w:tcW w:w="10914" w:type="dxa"/>
          </w:tcPr>
          <w:p w14:paraId="6D7EBF05" w14:textId="77777777" w:rsidR="00962FB5" w:rsidRPr="00972B74" w:rsidRDefault="00962FB5" w:rsidP="0037696F">
            <w:pPr>
              <w:widowControl w:val="0"/>
              <w:spacing w:before="12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w:t>
            </w:r>
            <w:proofErr w:type="gramEnd"/>
            <w:r w:rsidRPr="00972B74">
              <w:rPr>
                <w:rFonts w:cs="Times New Roman"/>
                <w:sz w:val="28"/>
                <w:szCs w:val="28"/>
              </w:rPr>
              <w:t xml:space="preserve">       Không [x]</w:t>
            </w:r>
          </w:p>
          <w:p w14:paraId="3CC6AC53" w14:textId="2015792A" w:rsidR="00962FB5" w:rsidRPr="00972B74" w:rsidRDefault="00962FB5" w:rsidP="0037696F">
            <w:pPr>
              <w:widowControl w:val="0"/>
              <w:spacing w:after="120"/>
              <w:rPr>
                <w:rFonts w:cs="Times New Roman"/>
                <w:sz w:val="28"/>
                <w:szCs w:val="28"/>
              </w:rPr>
            </w:pPr>
            <w:r w:rsidRPr="00972B74">
              <w:rPr>
                <w:rFonts w:cs="Times New Roman"/>
                <w:sz w:val="28"/>
                <w:szCs w:val="28"/>
              </w:rPr>
              <w:lastRenderedPageBreak/>
              <w:t>Không quy định thời hạn hiệu lực riêng của Quyết định</w:t>
            </w:r>
            <w:r w:rsidR="00E80B66">
              <w:rPr>
                <w:rFonts w:cs="Times New Roman"/>
                <w:sz w:val="28"/>
                <w:szCs w:val="28"/>
              </w:rPr>
              <w:t>.</w:t>
            </w:r>
          </w:p>
        </w:tc>
      </w:tr>
      <w:tr w:rsidR="00962FB5" w:rsidRPr="00972B74" w14:paraId="3F27893A" w14:textId="77777777" w:rsidTr="00A23EBB">
        <w:tc>
          <w:tcPr>
            <w:tcW w:w="3544" w:type="dxa"/>
          </w:tcPr>
          <w:p w14:paraId="134669F3" w14:textId="782EC7D4" w:rsidR="00962FB5" w:rsidRPr="00972B74" w:rsidRDefault="00962FB5" w:rsidP="0037696F">
            <w:pPr>
              <w:widowControl w:val="0"/>
              <w:spacing w:before="120"/>
              <w:jc w:val="both"/>
              <w:rPr>
                <w:rFonts w:cs="Times New Roman"/>
                <w:sz w:val="28"/>
                <w:szCs w:val="28"/>
              </w:rPr>
            </w:pPr>
            <w:r w:rsidRPr="00972B74">
              <w:rPr>
                <w:rFonts w:cs="Times New Roman"/>
                <w:sz w:val="28"/>
                <w:szCs w:val="28"/>
              </w:rPr>
              <w:lastRenderedPageBreak/>
              <w:t xml:space="preserve">d) Phạm vi hiệu lực: </w:t>
            </w:r>
          </w:p>
        </w:tc>
        <w:tc>
          <w:tcPr>
            <w:tcW w:w="10914" w:type="dxa"/>
          </w:tcPr>
          <w:p w14:paraId="2C2E411A" w14:textId="40ABA97D" w:rsidR="00962FB5" w:rsidRPr="00972B74" w:rsidRDefault="00962FB5" w:rsidP="0037696F">
            <w:pPr>
              <w:widowControl w:val="0"/>
              <w:spacing w:before="120"/>
              <w:rPr>
                <w:rFonts w:cs="Times New Roman"/>
                <w:sz w:val="28"/>
                <w:szCs w:val="28"/>
              </w:rPr>
            </w:pPr>
            <w:r w:rsidRPr="00972B74">
              <w:rPr>
                <w:rFonts w:cs="Times New Roman"/>
                <w:sz w:val="28"/>
                <w:szCs w:val="28"/>
              </w:rPr>
              <w:t>Toà</w:t>
            </w:r>
            <w:r w:rsidR="00E80B66">
              <w:rPr>
                <w:rFonts w:cs="Times New Roman"/>
                <w:sz w:val="28"/>
                <w:szCs w:val="28"/>
              </w:rPr>
              <w:t xml:space="preserve">n quốc </w:t>
            </w:r>
            <w:proofErr w:type="gramStart"/>
            <w:r w:rsidR="00E80B66">
              <w:rPr>
                <w:rFonts w:cs="Times New Roman"/>
                <w:sz w:val="28"/>
                <w:szCs w:val="28"/>
              </w:rPr>
              <w:t>[ ]</w:t>
            </w:r>
            <w:proofErr w:type="gramEnd"/>
            <w:r w:rsidR="00E80B66">
              <w:rPr>
                <w:rFonts w:cs="Times New Roman"/>
                <w:sz w:val="28"/>
                <w:szCs w:val="28"/>
              </w:rPr>
              <w:t xml:space="preserve">       Địa phương [x]</w:t>
            </w:r>
          </w:p>
          <w:p w14:paraId="0F5B5DBB" w14:textId="3BF000D1" w:rsidR="00E80B66" w:rsidRPr="00972B74" w:rsidRDefault="00962FB5" w:rsidP="0037696F">
            <w:pPr>
              <w:widowControl w:val="0"/>
              <w:spacing w:after="120"/>
              <w:rPr>
                <w:rFonts w:cs="Times New Roman"/>
                <w:sz w:val="28"/>
                <w:szCs w:val="28"/>
              </w:rPr>
            </w:pPr>
            <w:r w:rsidRPr="00972B74">
              <w:rPr>
                <w:rFonts w:cs="Times New Roman"/>
                <w:sz w:val="28"/>
                <w:szCs w:val="28"/>
              </w:rPr>
              <w:t xml:space="preserve">Lý do: </w:t>
            </w:r>
            <w:r w:rsidR="00E80B66">
              <w:rPr>
                <w:rFonts w:cs="Times New Roman"/>
                <w:sz w:val="28"/>
                <w:szCs w:val="28"/>
              </w:rPr>
              <w:t>Thủ tục</w:t>
            </w:r>
            <w:r w:rsidRPr="00972B74">
              <w:rPr>
                <w:rFonts w:cs="Times New Roman"/>
                <w:sz w:val="28"/>
                <w:szCs w:val="28"/>
              </w:rPr>
              <w:t xml:space="preserve"> áp dụng trên địa bàn tỉnh Tuyên Quang</w:t>
            </w:r>
            <w:r w:rsidR="00E80B66">
              <w:rPr>
                <w:rFonts w:cs="Times New Roman"/>
                <w:sz w:val="28"/>
                <w:szCs w:val="28"/>
              </w:rPr>
              <w:t>.</w:t>
            </w:r>
          </w:p>
        </w:tc>
      </w:tr>
      <w:tr w:rsidR="00962FB5" w:rsidRPr="00972B74" w14:paraId="7C3DBB87" w14:textId="77777777" w:rsidTr="00972B74">
        <w:tc>
          <w:tcPr>
            <w:tcW w:w="14458" w:type="dxa"/>
            <w:gridSpan w:val="2"/>
          </w:tcPr>
          <w:p w14:paraId="7332BB06" w14:textId="7FBE73DA" w:rsidR="00962FB5" w:rsidRPr="00972B74" w:rsidRDefault="00962FB5" w:rsidP="0037696F">
            <w:pPr>
              <w:widowControl w:val="0"/>
              <w:spacing w:before="120" w:after="120"/>
              <w:rPr>
                <w:rFonts w:cs="Times New Roman"/>
                <w:sz w:val="28"/>
                <w:szCs w:val="28"/>
              </w:rPr>
            </w:pPr>
            <w:r w:rsidRPr="00972B74">
              <w:rPr>
                <w:rFonts w:cs="Times New Roman"/>
                <w:b/>
                <w:sz w:val="28"/>
                <w:szCs w:val="28"/>
              </w:rPr>
              <w:t>IV. THÔNG TIN LIÊN HỆ</w:t>
            </w:r>
          </w:p>
        </w:tc>
      </w:tr>
      <w:tr w:rsidR="00962FB5" w:rsidRPr="00972B74" w14:paraId="035C71D6" w14:textId="77777777" w:rsidTr="00972B74">
        <w:tc>
          <w:tcPr>
            <w:tcW w:w="14458" w:type="dxa"/>
            <w:gridSpan w:val="2"/>
          </w:tcPr>
          <w:p w14:paraId="6AF82828" w14:textId="2AB5F57F" w:rsidR="00962FB5" w:rsidRPr="00972B74" w:rsidRDefault="00962FB5" w:rsidP="0037696F">
            <w:pPr>
              <w:widowControl w:val="0"/>
              <w:spacing w:before="120"/>
              <w:rPr>
                <w:rFonts w:cs="Times New Roman"/>
                <w:b/>
                <w:sz w:val="28"/>
                <w:szCs w:val="28"/>
              </w:rPr>
            </w:pPr>
            <w:r w:rsidRPr="00972B74">
              <w:rPr>
                <w:rFonts w:cs="Times New Roman"/>
                <w:b/>
                <w:sz w:val="28"/>
                <w:szCs w:val="28"/>
              </w:rPr>
              <w:t xml:space="preserve">Họ và tên người điền: </w:t>
            </w:r>
            <w:r w:rsidRPr="00972B74">
              <w:rPr>
                <w:rFonts w:cs="Times New Roman"/>
                <w:sz w:val="28"/>
                <w:szCs w:val="28"/>
              </w:rPr>
              <w:t xml:space="preserve">Nguyễn </w:t>
            </w:r>
            <w:r w:rsidR="00E80B66">
              <w:rPr>
                <w:rFonts w:cs="Times New Roman"/>
                <w:sz w:val="28"/>
                <w:szCs w:val="28"/>
              </w:rPr>
              <w:t>Anh Tuấn</w:t>
            </w:r>
          </w:p>
          <w:p w14:paraId="59CEFB6C" w14:textId="7AC28E41" w:rsidR="00962FB5" w:rsidRPr="00972B74" w:rsidRDefault="00962FB5" w:rsidP="002B61F8">
            <w:pPr>
              <w:widowControl w:val="0"/>
              <w:rPr>
                <w:rFonts w:cs="Times New Roman"/>
                <w:sz w:val="28"/>
                <w:szCs w:val="28"/>
              </w:rPr>
            </w:pPr>
            <w:r w:rsidRPr="00972B74">
              <w:rPr>
                <w:rFonts w:cs="Times New Roman"/>
                <w:b/>
                <w:sz w:val="28"/>
                <w:szCs w:val="28"/>
              </w:rPr>
              <w:t xml:space="preserve">Điện thoại: </w:t>
            </w:r>
            <w:r w:rsidR="00E80B66">
              <w:rPr>
                <w:rFonts w:cs="Times New Roman"/>
                <w:sz w:val="28"/>
                <w:szCs w:val="28"/>
              </w:rPr>
              <w:t>0912.430.424</w:t>
            </w:r>
          </w:p>
          <w:p w14:paraId="0CCBD94F" w14:textId="60A6133E" w:rsidR="00962FB5" w:rsidRPr="00972B74" w:rsidRDefault="00962FB5" w:rsidP="0037696F">
            <w:pPr>
              <w:widowControl w:val="0"/>
              <w:spacing w:after="120"/>
              <w:rPr>
                <w:rFonts w:cs="Times New Roman"/>
                <w:sz w:val="28"/>
                <w:szCs w:val="28"/>
              </w:rPr>
            </w:pPr>
            <w:r w:rsidRPr="00972B74">
              <w:rPr>
                <w:rFonts w:cs="Times New Roman"/>
                <w:b/>
                <w:sz w:val="28"/>
                <w:szCs w:val="28"/>
              </w:rPr>
              <w:t xml:space="preserve">Email: </w:t>
            </w:r>
            <w:r w:rsidR="00E80B66" w:rsidRPr="00E80B66">
              <w:rPr>
                <w:rFonts w:cs="Times New Roman"/>
                <w:sz w:val="28"/>
                <w:szCs w:val="28"/>
              </w:rPr>
              <w:t>tuantdkttq</w:t>
            </w:r>
            <w:r w:rsidRPr="00972B74">
              <w:rPr>
                <w:rFonts w:cs="Times New Roman"/>
                <w:sz w:val="28"/>
                <w:szCs w:val="28"/>
              </w:rPr>
              <w:t>@gmail.com</w:t>
            </w:r>
          </w:p>
        </w:tc>
      </w:tr>
    </w:tbl>
    <w:p w14:paraId="5C3F93B6" w14:textId="33E14344" w:rsidR="00A51FF7" w:rsidRDefault="00A51FF7" w:rsidP="002B61F8">
      <w:pPr>
        <w:widowControl w:val="0"/>
      </w:pPr>
    </w:p>
    <w:p w14:paraId="40DF9F74" w14:textId="1EB302F7" w:rsidR="00A51FF7" w:rsidRDefault="00F328B3" w:rsidP="002B61F8">
      <w:pPr>
        <w:widowControl w:val="0"/>
      </w:pPr>
      <w:r>
        <w:br w:type="page"/>
      </w:r>
    </w:p>
    <w:p w14:paraId="1DF8D411" w14:textId="08A8598C" w:rsidR="00E270D8" w:rsidRDefault="00E270D8" w:rsidP="00E270D8">
      <w:pPr>
        <w:widowControl w:val="0"/>
        <w:jc w:val="center"/>
      </w:pPr>
      <w:r w:rsidRPr="00B35612">
        <w:rPr>
          <w:b/>
          <w:sz w:val="28"/>
          <w:szCs w:val="28"/>
        </w:rPr>
        <w:lastRenderedPageBreak/>
        <w:t xml:space="preserve">THỦ TỤC HÀNH CHÍNH </w:t>
      </w:r>
      <w:r>
        <w:rPr>
          <w:b/>
          <w:sz w:val="28"/>
          <w:szCs w:val="28"/>
        </w:rPr>
        <w:t>2</w:t>
      </w:r>
      <w:r w:rsidRPr="00B35612">
        <w:rPr>
          <w:b/>
          <w:sz w:val="28"/>
          <w:szCs w:val="28"/>
        </w:rPr>
        <w:t>:</w:t>
      </w:r>
      <w:r>
        <w:rPr>
          <w:b/>
        </w:rPr>
        <w:t xml:space="preserve"> </w:t>
      </w:r>
      <w:r>
        <w:rPr>
          <w:b/>
        </w:rPr>
        <w:br/>
      </w:r>
      <w:r w:rsidR="002C6261">
        <w:rPr>
          <w:b/>
          <w:color w:val="000000"/>
          <w:sz w:val="28"/>
          <w:szCs w:val="28"/>
        </w:rPr>
        <w:t>T</w:t>
      </w:r>
      <w:r w:rsidR="00436E32" w:rsidRPr="00436E32">
        <w:rPr>
          <w:rFonts w:cs="Times New Roman"/>
          <w:b/>
          <w:color w:val="000000"/>
          <w:sz w:val="28"/>
          <w:szCs w:val="28"/>
          <w:lang w:val="vi-VN"/>
        </w:rPr>
        <w:t>hủ tục cấp đổi hiện vật khen thưởng thuộc thẩm quyền của cơ quan, tổ chức, đơn vị, địa phương thuộc tỉnh</w:t>
      </w:r>
      <w:r w:rsidRPr="00436E32">
        <w:rPr>
          <w:b/>
          <w:sz w:val="28"/>
          <w:szCs w:val="28"/>
        </w:rPr>
        <w:br/>
      </w:r>
    </w:p>
    <w:tbl>
      <w:tblPr>
        <w:tblStyle w:val="TableGrid"/>
        <w:tblW w:w="14458" w:type="dxa"/>
        <w:tblInd w:w="279" w:type="dxa"/>
        <w:tblLook w:val="04A0" w:firstRow="1" w:lastRow="0" w:firstColumn="1" w:lastColumn="0" w:noHBand="0" w:noVBand="1"/>
      </w:tblPr>
      <w:tblGrid>
        <w:gridCol w:w="3118"/>
        <w:gridCol w:w="11340"/>
      </w:tblGrid>
      <w:tr w:rsidR="00E270D8" w:rsidRPr="00972B74" w14:paraId="1E5ED326" w14:textId="77777777" w:rsidTr="007D6940">
        <w:tc>
          <w:tcPr>
            <w:tcW w:w="14458" w:type="dxa"/>
            <w:gridSpan w:val="2"/>
          </w:tcPr>
          <w:p w14:paraId="6DEC53FC" w14:textId="77777777" w:rsidR="00E270D8" w:rsidRPr="00972B74" w:rsidRDefault="00E270D8" w:rsidP="007D6940">
            <w:pPr>
              <w:widowControl w:val="0"/>
              <w:spacing w:before="120" w:after="120"/>
              <w:jc w:val="both"/>
              <w:rPr>
                <w:rFonts w:cs="Times New Roman"/>
                <w:sz w:val="28"/>
                <w:szCs w:val="28"/>
              </w:rPr>
            </w:pPr>
            <w:r w:rsidRPr="00972B74">
              <w:rPr>
                <w:rFonts w:cs="Times New Roman"/>
                <w:b/>
                <w:sz w:val="28"/>
                <w:szCs w:val="28"/>
              </w:rPr>
              <w:t>I. SỰ CẦN THIẾT CỦA QUY ĐỊNH VỀ THỦ TỤC HÀNH CHÍNH TẠI DỰ THẢO VĂN BẢN</w:t>
            </w:r>
          </w:p>
        </w:tc>
      </w:tr>
      <w:tr w:rsidR="00E270D8" w:rsidRPr="00972B74" w14:paraId="2C5C344A" w14:textId="77777777" w:rsidTr="007D6940">
        <w:tc>
          <w:tcPr>
            <w:tcW w:w="3118" w:type="dxa"/>
          </w:tcPr>
          <w:p w14:paraId="36D72229" w14:textId="77777777" w:rsidR="00E270D8" w:rsidRPr="003578D4" w:rsidRDefault="00E270D8" w:rsidP="007D6940">
            <w:pPr>
              <w:widowControl w:val="0"/>
              <w:spacing w:before="120" w:line="240" w:lineRule="auto"/>
              <w:jc w:val="both"/>
              <w:rPr>
                <w:rFonts w:ascii="Times New Roman Bold" w:hAnsi="Times New Roman Bold" w:cs="Times New Roman"/>
                <w:b/>
                <w:spacing w:val="-8"/>
                <w:sz w:val="28"/>
                <w:szCs w:val="28"/>
              </w:rPr>
            </w:pPr>
            <w:r w:rsidRPr="003578D4">
              <w:rPr>
                <w:rFonts w:ascii="Times New Roman Bold" w:hAnsi="Times New Roman Bold" w:cs="Times New Roman"/>
                <w:b/>
                <w:spacing w:val="-8"/>
                <w:sz w:val="28"/>
                <w:szCs w:val="28"/>
              </w:rPr>
              <w:t>1. Nội dung cụ thể trong ngành, lĩnh vực mà Nhà nước cần quản lý hoặc các biện pháp phát triển kinh tế - xã hội, ngân sách, quốc phòng, an ninh?</w:t>
            </w:r>
          </w:p>
        </w:tc>
        <w:tc>
          <w:tcPr>
            <w:tcW w:w="11340" w:type="dxa"/>
          </w:tcPr>
          <w:p w14:paraId="1915D09E" w14:textId="55BCB101" w:rsidR="00414CF6" w:rsidRPr="00414CF6" w:rsidRDefault="00E270D8" w:rsidP="00414CF6">
            <w:pPr>
              <w:widowControl w:val="0"/>
              <w:spacing w:before="120" w:line="240" w:lineRule="auto"/>
              <w:jc w:val="both"/>
              <w:rPr>
                <w:rFonts w:cs="Times New Roman"/>
                <w:sz w:val="28"/>
                <w:szCs w:val="28"/>
              </w:rPr>
            </w:pPr>
            <w:r w:rsidRPr="00972B74">
              <w:rPr>
                <w:rFonts w:cs="Times New Roman"/>
                <w:sz w:val="28"/>
                <w:szCs w:val="28"/>
              </w:rPr>
              <w:t>a) Dự thảo quy định h</w:t>
            </w:r>
            <w:r w:rsidRPr="00972B74">
              <w:rPr>
                <w:rFonts w:cs="Times New Roman"/>
                <w:color w:val="000000"/>
                <w:sz w:val="28"/>
                <w:szCs w:val="28"/>
                <w:lang w:val="vi-VN"/>
              </w:rPr>
              <w:t xml:space="preserve">ồ sơ, thủ tục đề nghị </w:t>
            </w:r>
            <w:r w:rsidR="00436E32" w:rsidRPr="00436E32">
              <w:rPr>
                <w:rFonts w:cs="Times New Roman"/>
                <w:color w:val="000000"/>
                <w:sz w:val="28"/>
                <w:szCs w:val="28"/>
                <w:lang w:val="vi-VN"/>
              </w:rPr>
              <w:t>cấp đổi hiện vật khen thưởng thuộc thẩm quyền của cơ quan, tổ chức, đơn vị, địa phương thuộc tỉnh</w:t>
            </w:r>
            <w:r w:rsidRPr="00972B74">
              <w:rPr>
                <w:rFonts w:cs="Times New Roman"/>
                <w:color w:val="000000"/>
                <w:sz w:val="28"/>
                <w:szCs w:val="28"/>
              </w:rPr>
              <w:t xml:space="preserve"> bảo đảm </w:t>
            </w:r>
            <w:r>
              <w:rPr>
                <w:rFonts w:cs="Times New Roman"/>
                <w:color w:val="000000"/>
                <w:sz w:val="28"/>
                <w:szCs w:val="28"/>
              </w:rPr>
              <w:t>thực hiện các quy định của ph</w:t>
            </w:r>
            <w:r w:rsidR="00414CF6">
              <w:rPr>
                <w:rFonts w:cs="Times New Roman"/>
                <w:color w:val="000000"/>
                <w:sz w:val="28"/>
                <w:szCs w:val="28"/>
              </w:rPr>
              <w:t>áp luật về thi đua, khen thưởng</w:t>
            </w:r>
            <w:r w:rsidRPr="003578D4">
              <w:rPr>
                <w:rFonts w:cs="Times New Roman"/>
                <w:sz w:val="28"/>
                <w:szCs w:val="28"/>
                <w:lang w:val="vi-VN"/>
              </w:rPr>
              <w:t>.</w:t>
            </w:r>
            <w:r w:rsidRPr="003578D4">
              <w:rPr>
                <w:rFonts w:cs="Times New Roman"/>
                <w:sz w:val="28"/>
                <w:szCs w:val="28"/>
              </w:rPr>
              <w:t xml:space="preserve"> </w:t>
            </w:r>
            <w:r w:rsidRPr="00972B74">
              <w:rPr>
                <w:rFonts w:cs="Times New Roman"/>
                <w:sz w:val="28"/>
                <w:szCs w:val="28"/>
                <w:lang w:val="vi-VN"/>
              </w:rPr>
              <w:t xml:space="preserve">Quy định xác lập quy trình tiếp nhận, thẩm định, đề nghị </w:t>
            </w:r>
            <w:r w:rsidR="00414CF6" w:rsidRPr="00436E32">
              <w:rPr>
                <w:rFonts w:cs="Times New Roman"/>
                <w:color w:val="000000"/>
                <w:sz w:val="28"/>
                <w:szCs w:val="28"/>
                <w:lang w:val="vi-VN"/>
              </w:rPr>
              <w:t>cấp đổi hiện vật khen thưởng thuộc thẩm quyền của cơ quan, tổ chức, đơn vị, địa phương</w:t>
            </w:r>
            <w:r w:rsidR="00414CF6">
              <w:rPr>
                <w:rFonts w:cs="Times New Roman"/>
                <w:color w:val="000000"/>
                <w:sz w:val="28"/>
                <w:szCs w:val="28"/>
              </w:rPr>
              <w:t>.</w:t>
            </w:r>
          </w:p>
          <w:p w14:paraId="02C7217C" w14:textId="616CD70B" w:rsidR="00E270D8" w:rsidRPr="00972B74" w:rsidRDefault="00E270D8" w:rsidP="00414CF6">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Lý do Nhà nước cần quy định: Quy định hồ sơ, thủ tục để đảm bảo thống nhất, công khai, minh bạch, đúng </w:t>
            </w:r>
            <w:r w:rsidR="00414CF6">
              <w:rPr>
                <w:rFonts w:cs="Times New Roman"/>
                <w:sz w:val="28"/>
                <w:szCs w:val="28"/>
              </w:rPr>
              <w:t>quy định</w:t>
            </w:r>
            <w:r w:rsidRPr="00972B74">
              <w:rPr>
                <w:rFonts w:cs="Times New Roman"/>
                <w:sz w:val="28"/>
                <w:szCs w:val="28"/>
                <w:lang w:val="vi-VN"/>
              </w:rPr>
              <w:t xml:space="preserve"> trong thực hiện quy định của pháp luật về thi đua, khen thưởng.</w:t>
            </w:r>
          </w:p>
        </w:tc>
      </w:tr>
      <w:tr w:rsidR="00E270D8" w:rsidRPr="007D6940" w14:paraId="618ECBD3" w14:textId="77777777" w:rsidTr="007D6940">
        <w:tc>
          <w:tcPr>
            <w:tcW w:w="3118" w:type="dxa"/>
          </w:tcPr>
          <w:p w14:paraId="684ED519" w14:textId="77777777" w:rsidR="00E270D8" w:rsidRPr="003578D4" w:rsidRDefault="00E270D8" w:rsidP="007D6940">
            <w:pPr>
              <w:widowControl w:val="0"/>
              <w:spacing w:before="120" w:line="240" w:lineRule="auto"/>
              <w:jc w:val="both"/>
              <w:rPr>
                <w:rFonts w:ascii="Times New Roman Bold" w:hAnsi="Times New Roman Bold" w:cs="Times New Roman"/>
                <w:spacing w:val="-4"/>
                <w:sz w:val="28"/>
                <w:szCs w:val="28"/>
                <w:lang w:val="vi-VN"/>
              </w:rPr>
            </w:pPr>
            <w:r w:rsidRPr="003578D4">
              <w:rPr>
                <w:rFonts w:ascii="Times New Roman Bold" w:hAnsi="Times New Roman Bold" w:cs="Times New Roman"/>
                <w:b/>
                <w:spacing w:val="-4"/>
                <w:sz w:val="28"/>
                <w:szCs w:val="28"/>
                <w:lang w:val="vi-VN"/>
              </w:rPr>
              <w:t>2. Nội dung quyền, nghĩa vụ và lợi ích hợp pháp cụ thể của cá nhân, tổ chức cần được bảo đảm?</w:t>
            </w:r>
          </w:p>
          <w:p w14:paraId="3352053C" w14:textId="77777777" w:rsidR="00E270D8" w:rsidRPr="00972B74" w:rsidRDefault="00E270D8" w:rsidP="007D6940">
            <w:pPr>
              <w:widowControl w:val="0"/>
              <w:spacing w:before="120" w:line="240" w:lineRule="auto"/>
              <w:jc w:val="both"/>
              <w:rPr>
                <w:rFonts w:cs="Times New Roman"/>
                <w:b/>
                <w:sz w:val="28"/>
                <w:szCs w:val="28"/>
                <w:lang w:val="vi-VN"/>
              </w:rPr>
            </w:pPr>
          </w:p>
        </w:tc>
        <w:tc>
          <w:tcPr>
            <w:tcW w:w="11340" w:type="dxa"/>
          </w:tcPr>
          <w:p w14:paraId="6C9FB0E0" w14:textId="6BBC57E7" w:rsidR="00E270D8" w:rsidRPr="003578D4" w:rsidRDefault="00E270D8"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Quy định hồ sơ, thủ tục nhằm bảo đảm quyền lợi </w:t>
            </w:r>
            <w:r w:rsidRPr="00FD1939">
              <w:rPr>
                <w:rFonts w:cs="Times New Roman"/>
                <w:sz w:val="28"/>
                <w:szCs w:val="28"/>
                <w:lang w:val="vi-VN"/>
              </w:rPr>
              <w:t xml:space="preserve">hợp pháp </w:t>
            </w:r>
            <w:r w:rsidRPr="00972B74">
              <w:rPr>
                <w:rFonts w:cs="Times New Roman"/>
                <w:sz w:val="28"/>
                <w:szCs w:val="28"/>
                <w:lang w:val="vi-VN"/>
              </w:rPr>
              <w:t xml:space="preserve">của </w:t>
            </w:r>
            <w:r w:rsidR="00314250" w:rsidRPr="00314250">
              <w:rPr>
                <w:rFonts w:cs="Times New Roman"/>
                <w:sz w:val="28"/>
                <w:szCs w:val="28"/>
                <w:lang w:val="vi-VN"/>
              </w:rPr>
              <w:t xml:space="preserve">tập thể, </w:t>
            </w:r>
            <w:r w:rsidRPr="00972B74">
              <w:rPr>
                <w:rFonts w:cs="Times New Roman"/>
                <w:sz w:val="28"/>
                <w:szCs w:val="28"/>
                <w:lang w:val="vi-VN"/>
              </w:rPr>
              <w:t>cá nhân</w:t>
            </w:r>
            <w:r w:rsidR="00314250" w:rsidRPr="00314250">
              <w:rPr>
                <w:rFonts w:cs="Times New Roman"/>
                <w:sz w:val="28"/>
                <w:szCs w:val="28"/>
                <w:lang w:val="vi-VN"/>
              </w:rPr>
              <w:t>, hộ gia đình</w:t>
            </w:r>
            <w:r w:rsidRPr="00972B74">
              <w:rPr>
                <w:rFonts w:cs="Times New Roman"/>
                <w:sz w:val="28"/>
                <w:szCs w:val="28"/>
                <w:lang w:val="vi-VN"/>
              </w:rPr>
              <w:t xml:space="preserve"> khi </w:t>
            </w:r>
            <w:r w:rsidR="00314250" w:rsidRPr="00972B74">
              <w:rPr>
                <w:rFonts w:cs="Times New Roman"/>
                <w:color w:val="000000"/>
                <w:sz w:val="28"/>
                <w:szCs w:val="28"/>
                <w:lang w:val="vi-VN"/>
              </w:rPr>
              <w:t xml:space="preserve">đề nghị </w:t>
            </w:r>
            <w:r w:rsidR="00314250" w:rsidRPr="00436E32">
              <w:rPr>
                <w:rFonts w:cs="Times New Roman"/>
                <w:color w:val="000000"/>
                <w:sz w:val="28"/>
                <w:szCs w:val="28"/>
                <w:lang w:val="vi-VN"/>
              </w:rPr>
              <w:t>cấp đổi hiện vật</w:t>
            </w:r>
            <w:r w:rsidR="00314250">
              <w:rPr>
                <w:rFonts w:cs="Times New Roman"/>
                <w:color w:val="000000"/>
                <w:sz w:val="28"/>
                <w:szCs w:val="28"/>
                <w:lang w:val="vi-VN"/>
              </w:rPr>
              <w:t xml:space="preserve"> khen thưởng</w:t>
            </w:r>
            <w:r w:rsidRPr="00FD1939">
              <w:rPr>
                <w:rFonts w:cs="Times New Roman"/>
                <w:sz w:val="28"/>
                <w:szCs w:val="28"/>
                <w:lang w:val="vi-VN"/>
              </w:rPr>
              <w:t xml:space="preserve">; quyền của tổ chức </w:t>
            </w:r>
            <w:r w:rsidRPr="00972B74">
              <w:rPr>
                <w:rFonts w:cs="Times New Roman"/>
                <w:sz w:val="28"/>
                <w:szCs w:val="28"/>
                <w:lang w:val="vi-VN"/>
              </w:rPr>
              <w:t>được nộp hồ sơ bằng hình thức trực tiếp, trực tuyến hoặc qua dịch vụ bưu chính công ích</w:t>
            </w:r>
            <w:r w:rsidRPr="00FD1939">
              <w:rPr>
                <w:rFonts w:cs="Times New Roman"/>
                <w:sz w:val="28"/>
                <w:szCs w:val="28"/>
                <w:lang w:val="vi-VN"/>
              </w:rPr>
              <w:t xml:space="preserve">. </w:t>
            </w:r>
            <w:r w:rsidRPr="00972B74">
              <w:rPr>
                <w:rFonts w:cs="Times New Roman"/>
                <w:sz w:val="28"/>
                <w:szCs w:val="28"/>
                <w:lang w:val="vi-VN"/>
              </w:rPr>
              <w:t>Đồng thời, thủ tục xác đị</w:t>
            </w:r>
            <w:r>
              <w:rPr>
                <w:rFonts w:cs="Times New Roman"/>
                <w:sz w:val="28"/>
                <w:szCs w:val="28"/>
                <w:lang w:val="vi-VN"/>
              </w:rPr>
              <w:t xml:space="preserve">nh nghĩa vụ kê khai trung thực, </w:t>
            </w:r>
            <w:r w:rsidRPr="00972B74">
              <w:rPr>
                <w:rFonts w:cs="Times New Roman"/>
                <w:sz w:val="28"/>
                <w:szCs w:val="28"/>
                <w:lang w:val="vi-VN"/>
              </w:rPr>
              <w:t xml:space="preserve">chịu trách nhiệm về </w:t>
            </w:r>
            <w:r w:rsidRPr="00FD1939">
              <w:rPr>
                <w:rFonts w:cs="Times New Roman"/>
                <w:sz w:val="28"/>
                <w:szCs w:val="28"/>
                <w:lang w:val="vi-VN"/>
              </w:rPr>
              <w:t xml:space="preserve">tính chính xác của </w:t>
            </w:r>
            <w:r w:rsidRPr="00972B74">
              <w:rPr>
                <w:rFonts w:cs="Times New Roman"/>
                <w:sz w:val="28"/>
                <w:szCs w:val="28"/>
                <w:lang w:val="vi-VN"/>
              </w:rPr>
              <w:t>hồ sơ</w:t>
            </w:r>
            <w:r w:rsidR="00314250" w:rsidRPr="00314250">
              <w:rPr>
                <w:rFonts w:cs="Times New Roman"/>
                <w:sz w:val="28"/>
                <w:szCs w:val="28"/>
                <w:lang w:val="vi-VN"/>
              </w:rPr>
              <w:t xml:space="preserve"> </w:t>
            </w:r>
            <w:r w:rsidRPr="003578D4">
              <w:rPr>
                <w:rFonts w:cs="Times New Roman"/>
                <w:sz w:val="28"/>
                <w:szCs w:val="28"/>
                <w:lang w:val="vi-VN"/>
              </w:rPr>
              <w:t>đề nghị.</w:t>
            </w:r>
          </w:p>
          <w:p w14:paraId="455178A9" w14:textId="29F9F0EF" w:rsidR="00E270D8" w:rsidRPr="00B75C37" w:rsidRDefault="00E270D8" w:rsidP="007D6940">
            <w:pPr>
              <w:widowControl w:val="0"/>
              <w:spacing w:before="120" w:line="240" w:lineRule="auto"/>
              <w:jc w:val="both"/>
              <w:rPr>
                <w:rFonts w:cs="Times New Roman"/>
                <w:sz w:val="28"/>
                <w:szCs w:val="28"/>
                <w:lang w:val="vi-VN"/>
              </w:rPr>
            </w:pPr>
            <w:r w:rsidRPr="00FD1939">
              <w:rPr>
                <w:rFonts w:cs="Times New Roman"/>
                <w:sz w:val="28"/>
                <w:szCs w:val="28"/>
                <w:lang w:val="vi-VN"/>
              </w:rPr>
              <w:t>b</w:t>
            </w:r>
            <w:r w:rsidRPr="00972B74">
              <w:rPr>
                <w:rFonts w:cs="Times New Roman"/>
                <w:sz w:val="28"/>
                <w:szCs w:val="28"/>
                <w:lang w:val="vi-VN"/>
              </w:rPr>
              <w:t xml:space="preserve">) Lý do Nhà nước cần quy định: </w:t>
            </w:r>
            <w:r w:rsidR="00314250" w:rsidRPr="00972B74">
              <w:rPr>
                <w:rFonts w:cs="Times New Roman"/>
                <w:sz w:val="28"/>
                <w:szCs w:val="28"/>
                <w:lang w:val="vi-VN"/>
              </w:rPr>
              <w:t xml:space="preserve">Quy định hồ sơ, thủ tục để đảm bảo thống nhất, công khai, minh bạch, đúng </w:t>
            </w:r>
            <w:r w:rsidR="00314250" w:rsidRPr="00314250">
              <w:rPr>
                <w:rFonts w:cs="Times New Roman"/>
                <w:sz w:val="28"/>
                <w:szCs w:val="28"/>
                <w:lang w:val="vi-VN"/>
              </w:rPr>
              <w:t>quy định</w:t>
            </w:r>
            <w:r w:rsidR="00314250" w:rsidRPr="00972B74">
              <w:rPr>
                <w:rFonts w:cs="Times New Roman"/>
                <w:sz w:val="28"/>
                <w:szCs w:val="28"/>
                <w:lang w:val="vi-VN"/>
              </w:rPr>
              <w:t xml:space="preserve"> trong thực hiện quy định của pháp luật về thi đua, khen thưởng.</w:t>
            </w:r>
          </w:p>
        </w:tc>
      </w:tr>
      <w:tr w:rsidR="00E270D8" w:rsidRPr="007D6940" w14:paraId="64088127" w14:textId="77777777" w:rsidTr="007D6940">
        <w:tc>
          <w:tcPr>
            <w:tcW w:w="3118" w:type="dxa"/>
          </w:tcPr>
          <w:p w14:paraId="3E2E5517" w14:textId="77777777" w:rsidR="00E270D8" w:rsidRPr="00972B74" w:rsidRDefault="00E270D8" w:rsidP="007D6940">
            <w:pPr>
              <w:widowControl w:val="0"/>
              <w:spacing w:before="120" w:line="240" w:lineRule="auto"/>
              <w:jc w:val="both"/>
              <w:rPr>
                <w:rFonts w:cs="Times New Roman"/>
                <w:sz w:val="28"/>
                <w:szCs w:val="28"/>
                <w:lang w:val="vi-VN"/>
              </w:rPr>
            </w:pPr>
            <w:r w:rsidRPr="00972B74">
              <w:rPr>
                <w:rFonts w:cs="Times New Roman"/>
                <w:b/>
                <w:sz w:val="28"/>
                <w:szCs w:val="28"/>
                <w:lang w:val="vi-VN"/>
              </w:rPr>
              <w:t>3. Lý do lựa chọn biện pháp quy định thủ tục hành chính?</w:t>
            </w:r>
          </w:p>
        </w:tc>
        <w:tc>
          <w:tcPr>
            <w:tcW w:w="11340" w:type="dxa"/>
          </w:tcPr>
          <w:p w14:paraId="1F0FBADA" w14:textId="6E4D4494" w:rsidR="00A47917" w:rsidRPr="00A47917" w:rsidRDefault="00E270D8" w:rsidP="007D6940">
            <w:pPr>
              <w:widowControl w:val="0"/>
              <w:spacing w:before="120" w:line="240" w:lineRule="auto"/>
              <w:jc w:val="both"/>
              <w:rPr>
                <w:rFonts w:cs="Times New Roman"/>
                <w:color w:val="000000"/>
                <w:sz w:val="28"/>
                <w:szCs w:val="28"/>
                <w:lang w:val="vi-VN"/>
              </w:rPr>
            </w:pPr>
            <w:r w:rsidRPr="00972B74">
              <w:rPr>
                <w:rFonts w:cs="Times New Roman"/>
                <w:sz w:val="28"/>
                <w:szCs w:val="28"/>
                <w:lang w:val="vi-VN"/>
              </w:rPr>
              <w:t xml:space="preserve">a) Nếu không quy định rõ thành phần hồ sơ, cách thức nộp, cơ quan quyết định, kết quả giải quyết </w:t>
            </w:r>
            <w:r>
              <w:rPr>
                <w:rFonts w:cs="Times New Roman"/>
                <w:sz w:val="28"/>
                <w:szCs w:val="28"/>
                <w:lang w:val="vi-VN"/>
              </w:rPr>
              <w:t xml:space="preserve">trong thực hiện </w:t>
            </w:r>
            <w:r w:rsidR="00314250" w:rsidRPr="00436E32">
              <w:rPr>
                <w:rFonts w:cs="Times New Roman"/>
                <w:color w:val="000000"/>
                <w:sz w:val="28"/>
                <w:szCs w:val="28"/>
                <w:lang w:val="vi-VN"/>
              </w:rPr>
              <w:t xml:space="preserve">cấp đổi hiện vật khen thưởng </w:t>
            </w:r>
            <w:r w:rsidR="00A47917" w:rsidRPr="00A47917">
              <w:rPr>
                <w:rFonts w:cs="Times New Roman"/>
                <w:color w:val="000000"/>
                <w:sz w:val="28"/>
                <w:szCs w:val="28"/>
                <w:lang w:val="vi-VN"/>
              </w:rPr>
              <w:t xml:space="preserve">thì không đảm bảo về quyền lợi của </w:t>
            </w:r>
            <w:r w:rsidR="00A47917" w:rsidRPr="00314250">
              <w:rPr>
                <w:rFonts w:cs="Times New Roman"/>
                <w:sz w:val="28"/>
                <w:szCs w:val="28"/>
                <w:lang w:val="vi-VN"/>
              </w:rPr>
              <w:t xml:space="preserve">tập thể, </w:t>
            </w:r>
            <w:r w:rsidR="00A47917" w:rsidRPr="00972B74">
              <w:rPr>
                <w:rFonts w:cs="Times New Roman"/>
                <w:sz w:val="28"/>
                <w:szCs w:val="28"/>
                <w:lang w:val="vi-VN"/>
              </w:rPr>
              <w:t>cá nhân</w:t>
            </w:r>
            <w:r w:rsidR="00A47917" w:rsidRPr="00314250">
              <w:rPr>
                <w:rFonts w:cs="Times New Roman"/>
                <w:sz w:val="28"/>
                <w:szCs w:val="28"/>
                <w:lang w:val="vi-VN"/>
              </w:rPr>
              <w:t>, hộ gia đình</w:t>
            </w:r>
            <w:r w:rsidR="00A47917" w:rsidRPr="00972B74">
              <w:rPr>
                <w:rFonts w:cs="Times New Roman"/>
                <w:sz w:val="28"/>
                <w:szCs w:val="28"/>
                <w:lang w:val="vi-VN"/>
              </w:rPr>
              <w:t xml:space="preserve"> </w:t>
            </w:r>
            <w:r w:rsidR="00A47917" w:rsidRPr="00A47917">
              <w:rPr>
                <w:rFonts w:cs="Times New Roman"/>
                <w:sz w:val="28"/>
                <w:szCs w:val="28"/>
                <w:lang w:val="vi-VN"/>
              </w:rPr>
              <w:t xml:space="preserve">và </w:t>
            </w:r>
            <w:r w:rsidR="00A47917" w:rsidRPr="00972B74">
              <w:rPr>
                <w:rFonts w:cs="Times New Roman"/>
                <w:sz w:val="28"/>
                <w:szCs w:val="28"/>
                <w:lang w:val="vi-VN"/>
              </w:rPr>
              <w:t>quy định của pháp luật về thi đua, khen thưởng.</w:t>
            </w:r>
          </w:p>
          <w:p w14:paraId="4ABD879D" w14:textId="085E6290" w:rsidR="00E270D8" w:rsidRPr="00972B74" w:rsidRDefault="00E270D8" w:rsidP="00A47917">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Điều, khoản quy định thủ tục hành chính tại dự thảo văn bản: </w:t>
            </w:r>
            <w:r w:rsidR="00A47917" w:rsidRPr="00A47917">
              <w:rPr>
                <w:rFonts w:cs="Times New Roman"/>
                <w:sz w:val="28"/>
                <w:szCs w:val="28"/>
                <w:lang w:val="vi-VN"/>
              </w:rPr>
              <w:t>Điều 23a</w:t>
            </w:r>
            <w:r w:rsidRPr="00C542CB">
              <w:rPr>
                <w:rFonts w:cs="Times New Roman"/>
                <w:sz w:val="28"/>
                <w:szCs w:val="28"/>
                <w:lang w:val="vi-VN"/>
              </w:rPr>
              <w:t xml:space="preserve"> </w:t>
            </w:r>
            <w:r w:rsidRPr="00972B74">
              <w:rPr>
                <w:rFonts w:cs="Times New Roman"/>
                <w:sz w:val="28"/>
                <w:szCs w:val="28"/>
                <w:lang w:val="vi-VN"/>
              </w:rPr>
              <w:t xml:space="preserve">quy định </w:t>
            </w:r>
            <w:r w:rsidRPr="00C542CB">
              <w:rPr>
                <w:rFonts w:cs="Times New Roman"/>
                <w:sz w:val="28"/>
                <w:szCs w:val="28"/>
                <w:lang w:val="vi-VN"/>
              </w:rPr>
              <w:t xml:space="preserve">về </w:t>
            </w:r>
            <w:r w:rsidR="00A47917" w:rsidRPr="00A47917">
              <w:rPr>
                <w:rFonts w:cs="Times New Roman"/>
                <w:sz w:val="28"/>
                <w:szCs w:val="28"/>
                <w:lang w:val="vi-VN"/>
              </w:rPr>
              <w:t>thủ tục cấp đổi hiện vật khen thưởng thuộc thẩm quyền của cơ quan, tổ chức, đơn vị, địa phương thuộc tỉnh</w:t>
            </w:r>
            <w:r w:rsidRPr="00972B74">
              <w:rPr>
                <w:rFonts w:cs="Times New Roman"/>
                <w:sz w:val="28"/>
                <w:szCs w:val="28"/>
                <w:lang w:val="vi-VN"/>
              </w:rPr>
              <w:t>.</w:t>
            </w:r>
          </w:p>
        </w:tc>
      </w:tr>
      <w:tr w:rsidR="00E270D8" w:rsidRPr="007D6940" w14:paraId="750A6D5D" w14:textId="77777777" w:rsidTr="007D6940">
        <w:tc>
          <w:tcPr>
            <w:tcW w:w="3118" w:type="dxa"/>
          </w:tcPr>
          <w:p w14:paraId="354F9D52" w14:textId="77777777" w:rsidR="00E270D8" w:rsidRPr="00972B74" w:rsidRDefault="00E270D8" w:rsidP="007D6940">
            <w:pPr>
              <w:widowControl w:val="0"/>
              <w:jc w:val="both"/>
              <w:rPr>
                <w:rFonts w:cs="Times New Roman"/>
                <w:sz w:val="28"/>
                <w:szCs w:val="28"/>
                <w:lang w:val="vi-VN"/>
              </w:rPr>
            </w:pPr>
            <w:r w:rsidRPr="00972B74">
              <w:rPr>
                <w:rFonts w:cs="Times New Roman"/>
                <w:b/>
                <w:sz w:val="28"/>
                <w:szCs w:val="28"/>
                <w:lang w:val="vi-VN"/>
              </w:rPr>
              <w:t>4. Có biện pháp nào khác có thể sử dụng mà không phải bằng quy định thủ tục hành chính không?</w:t>
            </w:r>
          </w:p>
        </w:tc>
        <w:tc>
          <w:tcPr>
            <w:tcW w:w="11340" w:type="dxa"/>
          </w:tcPr>
          <w:p w14:paraId="4A5318B2" w14:textId="77777777" w:rsidR="00E270D8" w:rsidRPr="00972B74" w:rsidRDefault="00E270D8" w:rsidP="007D6940">
            <w:pPr>
              <w:widowControl w:val="0"/>
              <w:rPr>
                <w:rFonts w:cs="Times New Roman"/>
                <w:sz w:val="28"/>
                <w:szCs w:val="28"/>
                <w:lang w:val="vi-VN"/>
              </w:rPr>
            </w:pPr>
            <w:r w:rsidRPr="00972B74">
              <w:rPr>
                <w:rFonts w:cs="Times New Roman"/>
                <w:sz w:val="28"/>
                <w:szCs w:val="28"/>
                <w:lang w:val="vi-VN"/>
              </w:rPr>
              <w:t>Có []       Không [x ]</w:t>
            </w:r>
          </w:p>
          <w:p w14:paraId="70E7508F"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 xml:space="preserve">Nếu </w:t>
            </w:r>
            <w:r w:rsidRPr="00C542CB">
              <w:rPr>
                <w:rFonts w:cs="Times New Roman"/>
                <w:sz w:val="28"/>
                <w:szCs w:val="28"/>
                <w:lang w:val="vi-VN"/>
              </w:rPr>
              <w:t>Không</w:t>
            </w:r>
            <w:r w:rsidRPr="00972B74">
              <w:rPr>
                <w:rFonts w:cs="Times New Roman"/>
                <w:sz w:val="28"/>
                <w:szCs w:val="28"/>
                <w:lang w:val="vi-VN"/>
              </w:rPr>
              <w:t xml:space="preserve">, nêu rõ </w:t>
            </w:r>
            <w:r w:rsidRPr="00C542CB">
              <w:rPr>
                <w:rFonts w:cs="Times New Roman"/>
                <w:sz w:val="28"/>
                <w:szCs w:val="28"/>
                <w:lang w:val="vi-VN"/>
              </w:rPr>
              <w:t>lý do</w:t>
            </w:r>
            <w:r w:rsidRPr="00972B74">
              <w:rPr>
                <w:rFonts w:cs="Times New Roman"/>
                <w:sz w:val="28"/>
                <w:szCs w:val="28"/>
                <w:lang w:val="vi-VN"/>
              </w:rPr>
              <w:t xml:space="preserve">: </w:t>
            </w:r>
            <w:r w:rsidRPr="00C542CB">
              <w:rPr>
                <w:rFonts w:cs="Times New Roman"/>
                <w:sz w:val="28"/>
                <w:szCs w:val="28"/>
                <w:lang w:val="vi-VN"/>
              </w:rPr>
              <w:t>C</w:t>
            </w:r>
            <w:r w:rsidRPr="00972B74">
              <w:rPr>
                <w:rFonts w:cs="Times New Roman"/>
                <w:sz w:val="28"/>
                <w:szCs w:val="28"/>
                <w:lang w:val="vi-VN"/>
              </w:rPr>
              <w:t>ần quy định thủ tục hành chính ở mức cần thiết, với 01 bộ hồ sơ, cách thức nộp đa dạng, không thu phí,</w:t>
            </w:r>
            <w:r>
              <w:rPr>
                <w:rFonts w:cs="Times New Roman"/>
                <w:sz w:val="28"/>
                <w:szCs w:val="28"/>
                <w:lang w:val="vi-VN"/>
              </w:rPr>
              <w:t xml:space="preserve"> lệ phí</w:t>
            </w:r>
            <w:r w:rsidRPr="00972B74">
              <w:rPr>
                <w:rFonts w:cs="Times New Roman"/>
                <w:sz w:val="28"/>
                <w:szCs w:val="28"/>
                <w:lang w:val="vi-VN"/>
              </w:rPr>
              <w:t>.</w:t>
            </w:r>
          </w:p>
        </w:tc>
      </w:tr>
      <w:tr w:rsidR="00E270D8" w:rsidRPr="007D6940" w14:paraId="5EB39CEE" w14:textId="77777777" w:rsidTr="007D6940">
        <w:tc>
          <w:tcPr>
            <w:tcW w:w="14458" w:type="dxa"/>
            <w:gridSpan w:val="2"/>
          </w:tcPr>
          <w:p w14:paraId="2C128CE3" w14:textId="77777777" w:rsidR="00E270D8" w:rsidRPr="00972B74" w:rsidRDefault="00E270D8" w:rsidP="007D6940">
            <w:pPr>
              <w:widowControl w:val="0"/>
              <w:spacing w:after="80"/>
              <w:jc w:val="both"/>
              <w:rPr>
                <w:rFonts w:cs="Times New Roman"/>
                <w:sz w:val="28"/>
                <w:szCs w:val="28"/>
                <w:lang w:val="vi-VN"/>
              </w:rPr>
            </w:pPr>
            <w:r w:rsidRPr="00972B74">
              <w:rPr>
                <w:rFonts w:cs="Times New Roman"/>
                <w:b/>
                <w:sz w:val="28"/>
                <w:szCs w:val="28"/>
                <w:lang w:val="vi-VN"/>
              </w:rPr>
              <w:lastRenderedPageBreak/>
              <w:t>II. ĐÁNH GIÁ TÍNH HỢP HIẾN, HỢP PHÁP CỦA THỦ TỤC HÀNH CHÍNH</w:t>
            </w:r>
          </w:p>
        </w:tc>
      </w:tr>
      <w:tr w:rsidR="00E270D8" w:rsidRPr="007D6940" w14:paraId="5B7B01BB" w14:textId="77777777" w:rsidTr="007D6940">
        <w:tc>
          <w:tcPr>
            <w:tcW w:w="3118" w:type="dxa"/>
          </w:tcPr>
          <w:p w14:paraId="2B9846B5" w14:textId="77777777" w:rsidR="00E270D8" w:rsidRPr="00972B74" w:rsidRDefault="00E270D8" w:rsidP="007D6940">
            <w:pPr>
              <w:widowControl w:val="0"/>
              <w:rPr>
                <w:rFonts w:cs="Times New Roman"/>
                <w:sz w:val="28"/>
                <w:szCs w:val="28"/>
                <w:lang w:val="vi-VN"/>
              </w:rPr>
            </w:pPr>
            <w:r w:rsidRPr="00972B74">
              <w:rPr>
                <w:rFonts w:cs="Times New Roman"/>
                <w:b/>
                <w:sz w:val="28"/>
                <w:szCs w:val="28"/>
                <w:lang w:val="vi-VN"/>
              </w:rPr>
              <w:t>1. Có phù hợp với Hiến pháp không?</w:t>
            </w:r>
          </w:p>
        </w:tc>
        <w:tc>
          <w:tcPr>
            <w:tcW w:w="11340" w:type="dxa"/>
          </w:tcPr>
          <w:p w14:paraId="0BDD44FB" w14:textId="77777777" w:rsidR="00E270D8" w:rsidRPr="00972B74" w:rsidRDefault="00E270D8" w:rsidP="007D6940">
            <w:pPr>
              <w:widowControl w:val="0"/>
              <w:rPr>
                <w:rFonts w:cs="Times New Roman"/>
                <w:sz w:val="28"/>
                <w:szCs w:val="28"/>
                <w:lang w:val="vi-VN"/>
              </w:rPr>
            </w:pPr>
            <w:r w:rsidRPr="00972B74">
              <w:rPr>
                <w:rFonts w:cs="Times New Roman"/>
                <w:sz w:val="28"/>
                <w:szCs w:val="28"/>
                <w:lang w:val="vi-VN"/>
              </w:rPr>
              <w:t>Có [x]       Không [ ]</w:t>
            </w:r>
          </w:p>
          <w:p w14:paraId="42ABFFA4" w14:textId="624E4E2A" w:rsidR="00E270D8" w:rsidRPr="00972B74" w:rsidRDefault="00E270D8" w:rsidP="00A47917">
            <w:pPr>
              <w:widowControl w:val="0"/>
              <w:jc w:val="both"/>
              <w:rPr>
                <w:rFonts w:cs="Times New Roman"/>
                <w:sz w:val="28"/>
                <w:szCs w:val="28"/>
                <w:lang w:val="vi-VN"/>
              </w:rPr>
            </w:pPr>
            <w:r w:rsidRPr="00972B74">
              <w:rPr>
                <w:rFonts w:cs="Times New Roman"/>
                <w:sz w:val="28"/>
                <w:szCs w:val="28"/>
                <w:lang w:val="vi-VN"/>
              </w:rPr>
              <w:t xml:space="preserve">Nêu rõ lý do: Quy định thủ tục hành chính nhằm bảo đảm quyền, lợi ích hợp pháp của tổ chức, cá nhân trong </w:t>
            </w:r>
            <w:r w:rsidRPr="00C542CB">
              <w:rPr>
                <w:rFonts w:cs="Times New Roman"/>
                <w:sz w:val="28"/>
                <w:szCs w:val="28"/>
                <w:lang w:val="vi-VN"/>
              </w:rPr>
              <w:t>thực hiện pháp luật về thi đua, khen thưởng</w:t>
            </w:r>
            <w:r w:rsidRPr="00972B74">
              <w:rPr>
                <w:rFonts w:cs="Times New Roman"/>
                <w:sz w:val="28"/>
                <w:szCs w:val="28"/>
                <w:lang w:val="vi-VN"/>
              </w:rPr>
              <w:t>; đồng thời bảo đảm việc quản lý</w:t>
            </w:r>
            <w:r w:rsidRPr="00C542CB">
              <w:rPr>
                <w:rFonts w:cs="Times New Roman"/>
                <w:sz w:val="28"/>
                <w:szCs w:val="28"/>
                <w:lang w:val="vi-VN"/>
              </w:rPr>
              <w:t xml:space="preserve"> </w:t>
            </w:r>
            <w:r w:rsidRPr="00972B74">
              <w:rPr>
                <w:rFonts w:cs="Times New Roman"/>
                <w:sz w:val="28"/>
                <w:szCs w:val="28"/>
                <w:lang w:val="vi-VN"/>
              </w:rPr>
              <w:t xml:space="preserve">nhà nước </w:t>
            </w:r>
            <w:r w:rsidRPr="00C542CB">
              <w:rPr>
                <w:rFonts w:cs="Times New Roman"/>
                <w:sz w:val="28"/>
                <w:szCs w:val="28"/>
                <w:lang w:val="vi-VN"/>
              </w:rPr>
              <w:t xml:space="preserve">về thi đua, khen thưởng được </w:t>
            </w:r>
            <w:r w:rsidR="00A47917">
              <w:rPr>
                <w:rFonts w:cs="Times New Roman"/>
                <w:sz w:val="28"/>
                <w:szCs w:val="28"/>
                <w:lang w:val="vi-VN"/>
              </w:rPr>
              <w:t>công khai, minh bạch</w:t>
            </w:r>
            <w:r w:rsidRPr="00972B74">
              <w:rPr>
                <w:rFonts w:cs="Times New Roman"/>
                <w:sz w:val="28"/>
                <w:szCs w:val="28"/>
                <w:lang w:val="vi-VN"/>
              </w:rPr>
              <w:t xml:space="preserve">. Dự thảo không đặt ra </w:t>
            </w:r>
            <w:r w:rsidRPr="00C542CB">
              <w:rPr>
                <w:rFonts w:cs="Times New Roman"/>
                <w:sz w:val="28"/>
                <w:szCs w:val="28"/>
                <w:lang w:val="vi-VN"/>
              </w:rPr>
              <w:t xml:space="preserve">vấn đề </w:t>
            </w:r>
            <w:r w:rsidRPr="00972B74">
              <w:rPr>
                <w:rFonts w:cs="Times New Roman"/>
                <w:sz w:val="28"/>
                <w:szCs w:val="28"/>
                <w:lang w:val="vi-VN"/>
              </w:rPr>
              <w:t>hạn chế quyền con người,</w:t>
            </w:r>
            <w:r w:rsidR="00A47917">
              <w:rPr>
                <w:rFonts w:cs="Times New Roman"/>
                <w:sz w:val="28"/>
                <w:szCs w:val="28"/>
                <w:lang w:val="vi-VN"/>
              </w:rPr>
              <w:t xml:space="preserve"> quyền công dân trái Hiến pháp.</w:t>
            </w:r>
          </w:p>
        </w:tc>
      </w:tr>
      <w:tr w:rsidR="00E270D8" w:rsidRPr="007D6940" w14:paraId="35992642" w14:textId="77777777" w:rsidTr="007D6940">
        <w:tc>
          <w:tcPr>
            <w:tcW w:w="3118" w:type="dxa"/>
          </w:tcPr>
          <w:p w14:paraId="18FE43E5" w14:textId="77777777" w:rsidR="00E270D8" w:rsidRPr="00972B74" w:rsidRDefault="00E270D8" w:rsidP="007D6940">
            <w:pPr>
              <w:widowControl w:val="0"/>
              <w:jc w:val="both"/>
              <w:rPr>
                <w:rFonts w:cs="Times New Roman"/>
                <w:sz w:val="28"/>
                <w:szCs w:val="28"/>
                <w:lang w:val="vi-VN"/>
              </w:rPr>
            </w:pPr>
            <w:r w:rsidRPr="00972B74">
              <w:rPr>
                <w:rFonts w:cs="Times New Roman"/>
                <w:b/>
                <w:sz w:val="28"/>
                <w:szCs w:val="28"/>
                <w:lang w:val="vi-VN"/>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11340" w:type="dxa"/>
          </w:tcPr>
          <w:p w14:paraId="6D7F5D50"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 Với văn bản của cơ quan nhà nước cấp trên: Có [ ]       Không [x]</w:t>
            </w:r>
          </w:p>
          <w:p w14:paraId="61A8FC68" w14:textId="77777777" w:rsidR="00A47917" w:rsidRDefault="00E270D8" w:rsidP="007D6940">
            <w:pPr>
              <w:widowControl w:val="0"/>
              <w:jc w:val="both"/>
              <w:rPr>
                <w:rFonts w:cs="Times New Roman"/>
                <w:sz w:val="28"/>
                <w:szCs w:val="28"/>
                <w:lang w:val="vi-VN"/>
              </w:rPr>
            </w:pPr>
            <w:r>
              <w:rPr>
                <w:rFonts w:cs="Times New Roman"/>
                <w:sz w:val="28"/>
                <w:szCs w:val="28"/>
                <w:lang w:val="vi-VN"/>
              </w:rPr>
              <w:t xml:space="preserve">Lý do: </w:t>
            </w:r>
            <w:r w:rsidRPr="00C542CB">
              <w:rPr>
                <w:rFonts w:cs="Times New Roman"/>
                <w:sz w:val="28"/>
                <w:szCs w:val="28"/>
                <w:lang w:val="vi-VN"/>
              </w:rPr>
              <w:t>T</w:t>
            </w:r>
            <w:r w:rsidRPr="00972B74">
              <w:rPr>
                <w:rFonts w:cs="Times New Roman"/>
                <w:sz w:val="28"/>
                <w:szCs w:val="28"/>
                <w:lang w:val="vi-VN"/>
              </w:rPr>
              <w:t xml:space="preserve">hủ tục được xây dựng trên cơ sở Luật </w:t>
            </w:r>
            <w:r w:rsidRPr="00C542CB">
              <w:rPr>
                <w:rFonts w:cs="Times New Roman"/>
                <w:sz w:val="28"/>
                <w:szCs w:val="28"/>
                <w:lang w:val="vi-VN"/>
              </w:rPr>
              <w:t>số 06/2026/QH16 sửa đổi, bổ sung Luật Thi đua, khen thưởng</w:t>
            </w:r>
            <w:r w:rsidRPr="00972B74">
              <w:rPr>
                <w:rFonts w:cs="Times New Roman"/>
                <w:sz w:val="28"/>
                <w:szCs w:val="28"/>
                <w:lang w:val="vi-VN"/>
              </w:rPr>
              <w:t>, pháp luật ban hành văn bản quy phạm pháp luậ</w:t>
            </w:r>
            <w:r>
              <w:rPr>
                <w:rFonts w:cs="Times New Roman"/>
                <w:sz w:val="28"/>
                <w:szCs w:val="28"/>
                <w:lang w:val="vi-VN"/>
              </w:rPr>
              <w:t>t, kiểm soát thủ tục hành chính</w:t>
            </w:r>
            <w:r w:rsidRPr="00972B74">
              <w:rPr>
                <w:rFonts w:cs="Times New Roman"/>
                <w:sz w:val="28"/>
                <w:szCs w:val="28"/>
                <w:lang w:val="vi-VN"/>
              </w:rPr>
              <w:t xml:space="preserve">; dự thảo </w:t>
            </w:r>
            <w:r>
              <w:rPr>
                <w:rFonts w:cs="Times New Roman"/>
                <w:sz w:val="28"/>
                <w:szCs w:val="28"/>
                <w:lang w:val="vi-VN"/>
              </w:rPr>
              <w:t xml:space="preserve">chỉ cụ thể hóa trình tự, hồ sơ </w:t>
            </w:r>
            <w:r w:rsidRPr="00972B74">
              <w:rPr>
                <w:rFonts w:cs="Times New Roman"/>
                <w:sz w:val="28"/>
                <w:szCs w:val="28"/>
                <w:lang w:val="vi-VN"/>
              </w:rPr>
              <w:t>v</w:t>
            </w:r>
            <w:r w:rsidR="00A47917">
              <w:rPr>
                <w:rFonts w:cs="Times New Roman"/>
                <w:sz w:val="28"/>
                <w:szCs w:val="28"/>
                <w:lang w:val="vi-VN"/>
              </w:rPr>
              <w:t>à trách nhiệm tổ chức thực hiện.</w:t>
            </w:r>
          </w:p>
          <w:p w14:paraId="0B22DEBC" w14:textId="5BEB0198"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 Với văn bản của cơ quan khác: Có [ ]       Không [x]</w:t>
            </w:r>
          </w:p>
          <w:p w14:paraId="53C78266"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 Với điều ước quốc tế có liên quan mà nước CHXHCN V</w:t>
            </w:r>
            <w:r>
              <w:rPr>
                <w:rFonts w:cs="Times New Roman"/>
                <w:sz w:val="28"/>
                <w:szCs w:val="28"/>
                <w:lang w:val="vi-VN"/>
              </w:rPr>
              <w:t xml:space="preserve">iệt Nam là thành viên: Có [ ]  </w:t>
            </w:r>
            <w:r w:rsidRPr="00972B74">
              <w:rPr>
                <w:rFonts w:cs="Times New Roman"/>
                <w:sz w:val="28"/>
                <w:szCs w:val="28"/>
                <w:lang w:val="vi-VN"/>
              </w:rPr>
              <w:t>Không [x]</w:t>
            </w:r>
          </w:p>
          <w:p w14:paraId="27E2746C"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Không phát hiện nội dung mâu t</w:t>
            </w:r>
            <w:r>
              <w:rPr>
                <w:rFonts w:cs="Times New Roman"/>
                <w:sz w:val="28"/>
                <w:szCs w:val="28"/>
                <w:lang w:val="vi-VN"/>
              </w:rPr>
              <w:t>huẫn, chồng chéo hoặc xung đột với các v</w:t>
            </w:r>
            <w:r w:rsidRPr="00EB1BEB">
              <w:rPr>
                <w:rFonts w:cs="Times New Roman"/>
                <w:sz w:val="28"/>
                <w:szCs w:val="28"/>
                <w:lang w:val="vi-VN"/>
              </w:rPr>
              <w:t>ă</w:t>
            </w:r>
            <w:r>
              <w:rPr>
                <w:rFonts w:cs="Times New Roman"/>
                <w:sz w:val="28"/>
                <w:szCs w:val="28"/>
                <w:lang w:val="vi-VN"/>
              </w:rPr>
              <w:t>n bản của cơ quan khác</w:t>
            </w:r>
            <w:r w:rsidRPr="00EB1BEB">
              <w:rPr>
                <w:rFonts w:cs="Times New Roman"/>
                <w:sz w:val="28"/>
                <w:szCs w:val="28"/>
                <w:lang w:val="vi-VN"/>
              </w:rPr>
              <w:t xml:space="preserve">; với </w:t>
            </w:r>
            <w:r>
              <w:rPr>
                <w:rFonts w:cs="Times New Roman"/>
                <w:sz w:val="28"/>
                <w:szCs w:val="28"/>
                <w:lang w:val="vi-VN"/>
              </w:rPr>
              <w:t>điều ước quốc tế có liên quan.</w:t>
            </w:r>
          </w:p>
        </w:tc>
      </w:tr>
      <w:tr w:rsidR="00E270D8" w:rsidRPr="007D6940" w14:paraId="4E8553BE" w14:textId="77777777" w:rsidTr="007D6940">
        <w:tc>
          <w:tcPr>
            <w:tcW w:w="14458" w:type="dxa"/>
            <w:gridSpan w:val="2"/>
          </w:tcPr>
          <w:p w14:paraId="4F5D6F58" w14:textId="77777777" w:rsidR="00E270D8" w:rsidRPr="00972B74" w:rsidRDefault="00E270D8" w:rsidP="007D6940">
            <w:pPr>
              <w:widowControl w:val="0"/>
              <w:spacing w:after="80"/>
              <w:rPr>
                <w:rFonts w:cs="Times New Roman"/>
                <w:sz w:val="28"/>
                <w:szCs w:val="28"/>
                <w:lang w:val="vi-VN"/>
              </w:rPr>
            </w:pPr>
            <w:r w:rsidRPr="00972B74">
              <w:rPr>
                <w:rFonts w:cs="Times New Roman"/>
                <w:b/>
                <w:sz w:val="28"/>
                <w:szCs w:val="28"/>
                <w:lang w:val="vi-VN"/>
              </w:rPr>
              <w:t>III. ĐÁNH GIÁ TÍNH HỢP LÝ CỦA THỦ TỤC HÀNH CHÍNH</w:t>
            </w:r>
          </w:p>
        </w:tc>
      </w:tr>
      <w:tr w:rsidR="00E270D8" w:rsidRPr="007D6940" w14:paraId="1C3831A2" w14:textId="77777777" w:rsidTr="007D6940">
        <w:tc>
          <w:tcPr>
            <w:tcW w:w="14458" w:type="dxa"/>
            <w:gridSpan w:val="2"/>
          </w:tcPr>
          <w:p w14:paraId="6BEA7284" w14:textId="77777777" w:rsidR="00E270D8" w:rsidRPr="00972B74" w:rsidRDefault="00E270D8" w:rsidP="007D6940">
            <w:pPr>
              <w:widowControl w:val="0"/>
              <w:spacing w:after="80"/>
              <w:rPr>
                <w:rFonts w:cs="Times New Roman"/>
                <w:b/>
                <w:sz w:val="28"/>
                <w:szCs w:val="28"/>
                <w:lang w:val="vi-VN"/>
              </w:rPr>
            </w:pPr>
            <w:r w:rsidRPr="00972B74">
              <w:rPr>
                <w:rFonts w:cs="Times New Roman"/>
                <w:b/>
                <w:sz w:val="28"/>
                <w:szCs w:val="28"/>
                <w:lang w:val="vi-VN"/>
              </w:rPr>
              <w:t>1. Tên thủ tục hành chính</w:t>
            </w:r>
          </w:p>
        </w:tc>
      </w:tr>
      <w:tr w:rsidR="00E270D8" w:rsidRPr="007D6940" w14:paraId="069BEFB2" w14:textId="77777777" w:rsidTr="007D6940">
        <w:tc>
          <w:tcPr>
            <w:tcW w:w="3118" w:type="dxa"/>
          </w:tcPr>
          <w:p w14:paraId="32D4DB1C"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Có được quy định rõ ràng, cụ thể và phù hợp không?</w:t>
            </w:r>
          </w:p>
          <w:p w14:paraId="2AE6910C" w14:textId="77777777" w:rsidR="00E270D8" w:rsidRPr="00972B74" w:rsidRDefault="00E270D8" w:rsidP="007D6940">
            <w:pPr>
              <w:widowControl w:val="0"/>
              <w:jc w:val="both"/>
              <w:rPr>
                <w:rFonts w:cs="Times New Roman"/>
                <w:sz w:val="28"/>
                <w:szCs w:val="28"/>
                <w:lang w:val="vi-VN"/>
              </w:rPr>
            </w:pPr>
          </w:p>
        </w:tc>
        <w:tc>
          <w:tcPr>
            <w:tcW w:w="11340" w:type="dxa"/>
          </w:tcPr>
          <w:p w14:paraId="6A5744F6" w14:textId="77777777" w:rsidR="00E270D8" w:rsidRPr="00972B74" w:rsidRDefault="00E270D8" w:rsidP="007D6940">
            <w:pPr>
              <w:widowControl w:val="0"/>
              <w:jc w:val="both"/>
              <w:rPr>
                <w:rFonts w:cs="Times New Roman"/>
                <w:sz w:val="28"/>
                <w:szCs w:val="28"/>
                <w:lang w:val="vi-VN"/>
              </w:rPr>
            </w:pPr>
            <w:r w:rsidRPr="00972B74">
              <w:rPr>
                <w:rFonts w:cs="Times New Roman"/>
                <w:sz w:val="28"/>
                <w:szCs w:val="28"/>
                <w:lang w:val="vi-VN"/>
              </w:rPr>
              <w:t>Có [x]       Không [ ]</w:t>
            </w:r>
          </w:p>
          <w:p w14:paraId="30FD75C6" w14:textId="01551C68" w:rsidR="00E270D8" w:rsidRPr="00972B74" w:rsidRDefault="00A47917" w:rsidP="00A47917">
            <w:pPr>
              <w:widowControl w:val="0"/>
              <w:jc w:val="both"/>
              <w:rPr>
                <w:rFonts w:cs="Times New Roman"/>
                <w:sz w:val="28"/>
                <w:szCs w:val="28"/>
                <w:lang w:val="vi-VN"/>
              </w:rPr>
            </w:pPr>
            <w:r>
              <w:rPr>
                <w:rFonts w:cs="Times New Roman"/>
                <w:sz w:val="28"/>
                <w:szCs w:val="28"/>
                <w:lang w:val="vi-VN"/>
              </w:rPr>
              <w:t xml:space="preserve">Nêu rõ lý do: </w:t>
            </w:r>
            <w:r w:rsidRPr="00A47917">
              <w:rPr>
                <w:rFonts w:cs="Times New Roman"/>
                <w:sz w:val="28"/>
                <w:szCs w:val="28"/>
                <w:lang w:val="vi-VN"/>
              </w:rPr>
              <w:t>T</w:t>
            </w:r>
            <w:r w:rsidR="00E270D8" w:rsidRPr="00972B74">
              <w:rPr>
                <w:rFonts w:cs="Times New Roman"/>
                <w:sz w:val="28"/>
                <w:szCs w:val="28"/>
                <w:lang w:val="vi-VN"/>
              </w:rPr>
              <w:t xml:space="preserve">ên thủ tục là </w:t>
            </w:r>
            <w:r w:rsidRPr="00A47917">
              <w:rPr>
                <w:rFonts w:cs="Times New Roman"/>
                <w:sz w:val="28"/>
                <w:szCs w:val="28"/>
                <w:lang w:val="vi-VN"/>
              </w:rPr>
              <w:t>“Thủ tục cấp đổi hiện vật khen thưởng thuộc thẩm quyền của cơ quan, tổ chức, đơn vị, địa phương thuộc tỉnh”</w:t>
            </w:r>
            <w:r w:rsidR="00E270D8" w:rsidRPr="00A47917">
              <w:rPr>
                <w:rFonts w:cs="Times New Roman"/>
                <w:sz w:val="28"/>
                <w:szCs w:val="28"/>
                <w:lang w:val="vi-VN"/>
              </w:rPr>
              <w:t xml:space="preserve">, </w:t>
            </w:r>
            <w:r w:rsidR="00E270D8" w:rsidRPr="00972B74">
              <w:rPr>
                <w:rFonts w:cs="Times New Roman"/>
                <w:sz w:val="28"/>
                <w:szCs w:val="28"/>
                <w:lang w:val="vi-VN"/>
              </w:rPr>
              <w:t xml:space="preserve">phản ánh đúng nội dung </w:t>
            </w:r>
            <w:r w:rsidR="00E270D8" w:rsidRPr="00EB1BEB">
              <w:rPr>
                <w:rFonts w:cs="Times New Roman"/>
                <w:sz w:val="28"/>
                <w:szCs w:val="28"/>
                <w:lang w:val="vi-VN"/>
              </w:rPr>
              <w:t xml:space="preserve">quy định tại </w:t>
            </w:r>
            <w:r w:rsidR="00E270D8" w:rsidRPr="00972B74">
              <w:rPr>
                <w:rFonts w:cs="Times New Roman"/>
                <w:sz w:val="28"/>
                <w:szCs w:val="28"/>
                <w:lang w:val="vi-VN"/>
              </w:rPr>
              <w:t xml:space="preserve">Điều </w:t>
            </w:r>
            <w:r w:rsidRPr="00A47917">
              <w:rPr>
                <w:rFonts w:cs="Times New Roman"/>
                <w:sz w:val="28"/>
                <w:szCs w:val="28"/>
                <w:lang w:val="vi-VN"/>
              </w:rPr>
              <w:t>23a</w:t>
            </w:r>
            <w:r w:rsidR="00E270D8" w:rsidRPr="00972B74">
              <w:rPr>
                <w:rFonts w:cs="Times New Roman"/>
                <w:sz w:val="28"/>
                <w:szCs w:val="28"/>
                <w:lang w:val="vi-VN"/>
              </w:rPr>
              <w:t xml:space="preserve"> dự thảo Quy</w:t>
            </w:r>
            <w:r w:rsidR="00E270D8" w:rsidRPr="00EB1BEB">
              <w:rPr>
                <w:rFonts w:cs="Times New Roman"/>
                <w:sz w:val="28"/>
                <w:szCs w:val="28"/>
                <w:lang w:val="vi-VN"/>
              </w:rPr>
              <w:t>ết</w:t>
            </w:r>
            <w:r w:rsidR="00E270D8" w:rsidRPr="00972B74">
              <w:rPr>
                <w:rFonts w:cs="Times New Roman"/>
                <w:sz w:val="28"/>
                <w:szCs w:val="28"/>
                <w:lang w:val="vi-VN"/>
              </w:rPr>
              <w:t xml:space="preserve"> định, thuận tiện cho việc công khai, tra cứu khi công bố thủ tục hành chính.</w:t>
            </w:r>
          </w:p>
        </w:tc>
      </w:tr>
      <w:tr w:rsidR="00E270D8" w:rsidRPr="00972B74" w14:paraId="7098E839" w14:textId="77777777" w:rsidTr="007D6940">
        <w:tc>
          <w:tcPr>
            <w:tcW w:w="14458" w:type="dxa"/>
            <w:gridSpan w:val="2"/>
          </w:tcPr>
          <w:p w14:paraId="27472D13" w14:textId="77777777" w:rsidR="00E270D8" w:rsidRPr="00972B74" w:rsidRDefault="00E270D8" w:rsidP="00A95F5F">
            <w:pPr>
              <w:widowControl w:val="0"/>
              <w:spacing w:before="120" w:after="120"/>
              <w:jc w:val="both"/>
              <w:rPr>
                <w:rFonts w:cs="Times New Roman"/>
                <w:sz w:val="28"/>
                <w:szCs w:val="28"/>
              </w:rPr>
            </w:pPr>
            <w:r w:rsidRPr="00972B74">
              <w:rPr>
                <w:rFonts w:cs="Times New Roman"/>
                <w:b/>
                <w:sz w:val="28"/>
                <w:szCs w:val="28"/>
              </w:rPr>
              <w:t>2. Trình tự thực hiện</w:t>
            </w:r>
          </w:p>
        </w:tc>
      </w:tr>
      <w:tr w:rsidR="00E270D8" w:rsidRPr="007D6940" w14:paraId="2199C498" w14:textId="77777777" w:rsidTr="007D6940">
        <w:tc>
          <w:tcPr>
            <w:tcW w:w="3118" w:type="dxa"/>
          </w:tcPr>
          <w:p w14:paraId="3511C6FF" w14:textId="77777777" w:rsidR="00E270D8" w:rsidRPr="00972B74" w:rsidRDefault="00E270D8" w:rsidP="007D6940">
            <w:pPr>
              <w:widowControl w:val="0"/>
              <w:jc w:val="both"/>
              <w:rPr>
                <w:rFonts w:cs="Times New Roman"/>
                <w:b/>
                <w:sz w:val="28"/>
                <w:szCs w:val="28"/>
              </w:rPr>
            </w:pPr>
            <w:r w:rsidRPr="00972B74">
              <w:rPr>
                <w:rFonts w:cs="Times New Roman"/>
                <w:sz w:val="28"/>
                <w:szCs w:val="28"/>
              </w:rPr>
              <w:t>a) Có được quy định rõ ràng và cụ thể về các bước thực hiện không?</w:t>
            </w:r>
          </w:p>
        </w:tc>
        <w:tc>
          <w:tcPr>
            <w:tcW w:w="11340" w:type="dxa"/>
          </w:tcPr>
          <w:p w14:paraId="060BFAE2" w14:textId="77777777" w:rsidR="00E270D8" w:rsidRPr="00972B74" w:rsidRDefault="00E270D8" w:rsidP="007D6940">
            <w:pPr>
              <w:widowControl w:val="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158159F6" w14:textId="77777777" w:rsidR="00A47917" w:rsidRDefault="00E270D8" w:rsidP="007D6940">
            <w:pPr>
              <w:widowControl w:val="0"/>
              <w:jc w:val="both"/>
              <w:rPr>
                <w:rFonts w:cs="Times New Roman"/>
                <w:sz w:val="28"/>
                <w:szCs w:val="28"/>
                <w:lang w:val="vi-VN"/>
              </w:rPr>
            </w:pPr>
            <w:r w:rsidRPr="00EB1BEB">
              <w:rPr>
                <w:rFonts w:cs="Times New Roman"/>
                <w:sz w:val="28"/>
                <w:szCs w:val="28"/>
                <w:lang w:val="vi-VN"/>
              </w:rPr>
              <w:t xml:space="preserve">Trình tự gồm: </w:t>
            </w:r>
          </w:p>
          <w:p w14:paraId="58923BC2" w14:textId="14278B2A" w:rsidR="00A47917" w:rsidRPr="001D03A9" w:rsidRDefault="00A47917" w:rsidP="00A47917">
            <w:pPr>
              <w:widowControl w:val="0"/>
              <w:jc w:val="both"/>
              <w:rPr>
                <w:rFonts w:cs="Times New Roman"/>
                <w:sz w:val="28"/>
                <w:szCs w:val="28"/>
                <w:lang w:val="vi-VN"/>
              </w:rPr>
            </w:pPr>
            <w:r w:rsidRPr="00A47917">
              <w:rPr>
                <w:rFonts w:cs="Times New Roman"/>
                <w:sz w:val="28"/>
                <w:szCs w:val="28"/>
                <w:lang w:val="vi-VN"/>
              </w:rPr>
              <w:t xml:space="preserve">a) </w:t>
            </w:r>
            <w:r w:rsidR="001D03A9" w:rsidRPr="001D03A9">
              <w:rPr>
                <w:rFonts w:cs="Times New Roman"/>
                <w:sz w:val="28"/>
                <w:szCs w:val="28"/>
                <w:lang w:val="vi-VN"/>
              </w:rPr>
              <w:t>Văn bản đề nghị cấp đổi của tập thể hoặc đơn đề nghị cấp đổi của cá nhân, hộ gia đình gửi phòng, ban, đơn vị đã trình khen trước đây;</w:t>
            </w:r>
          </w:p>
          <w:p w14:paraId="2B777A40" w14:textId="2C43D6D0" w:rsidR="00E270D8" w:rsidRPr="00EB1BEB" w:rsidRDefault="00A47917" w:rsidP="007D6940">
            <w:pPr>
              <w:widowControl w:val="0"/>
              <w:jc w:val="both"/>
              <w:rPr>
                <w:rFonts w:cs="Times New Roman"/>
                <w:sz w:val="28"/>
                <w:szCs w:val="28"/>
                <w:lang w:val="vi-VN"/>
              </w:rPr>
            </w:pPr>
            <w:r w:rsidRPr="00A47917">
              <w:rPr>
                <w:rFonts w:cs="Times New Roman"/>
                <w:sz w:val="28"/>
                <w:szCs w:val="28"/>
                <w:lang w:val="vi-VN"/>
              </w:rPr>
              <w:lastRenderedPageBreak/>
              <w:t xml:space="preserve">b) </w:t>
            </w:r>
            <w:r w:rsidR="001D03A9" w:rsidRPr="001D03A9">
              <w:rPr>
                <w:rFonts w:eastAsia="Arial" w:cs="Times New Roman"/>
                <w:sz w:val="28"/>
                <w:szCs w:val="28"/>
                <w:lang w:val="vi-VN"/>
              </w:rPr>
              <w:t>Phòng, ban, đơn vị tra cứu hồ sơ lưu trữ, tổng hợp trình Thủ trưởng cơ quan, tổ chức, đơn vị, địa phương thực hiện cấp đổi hiện vật khen thưởng trong thời hạn 10 ngày làm việc, đồng thời thu lại hiện vật khen thưởng hư hỏng.</w:t>
            </w:r>
          </w:p>
        </w:tc>
      </w:tr>
      <w:tr w:rsidR="00E270D8" w:rsidRPr="007D6940" w14:paraId="7BCFD71A" w14:textId="77777777" w:rsidTr="007D6940">
        <w:tc>
          <w:tcPr>
            <w:tcW w:w="3118" w:type="dxa"/>
          </w:tcPr>
          <w:p w14:paraId="2317AF72" w14:textId="77777777" w:rsidR="00E270D8" w:rsidRPr="00E270D8" w:rsidRDefault="00E270D8" w:rsidP="007D6940">
            <w:pPr>
              <w:widowControl w:val="0"/>
              <w:jc w:val="both"/>
              <w:rPr>
                <w:rFonts w:cs="Times New Roman"/>
                <w:sz w:val="28"/>
                <w:szCs w:val="28"/>
                <w:lang w:val="vi-VN"/>
              </w:rPr>
            </w:pPr>
            <w:r w:rsidRPr="00E270D8">
              <w:rPr>
                <w:rFonts w:cs="Times New Roman"/>
                <w:sz w:val="28"/>
                <w:szCs w:val="28"/>
                <w:lang w:val="vi-VN"/>
              </w:rPr>
              <w:lastRenderedPageBreak/>
              <w:t>b) Có được quy định, phân định rõ trách nhiệm và nội dung công việc của cơ quan nhà nước và cá nhân, tổ chức khi thực hiện không?</w:t>
            </w:r>
          </w:p>
        </w:tc>
        <w:tc>
          <w:tcPr>
            <w:tcW w:w="11340" w:type="dxa"/>
          </w:tcPr>
          <w:p w14:paraId="5EB2730B" w14:textId="77777777" w:rsidR="00E270D8" w:rsidRPr="00E270D8" w:rsidRDefault="00E270D8" w:rsidP="007D6940">
            <w:pPr>
              <w:widowControl w:val="0"/>
              <w:jc w:val="both"/>
              <w:rPr>
                <w:rFonts w:cs="Times New Roman"/>
                <w:sz w:val="28"/>
                <w:szCs w:val="28"/>
                <w:lang w:val="vi-VN"/>
              </w:rPr>
            </w:pPr>
            <w:r w:rsidRPr="00E270D8">
              <w:rPr>
                <w:rFonts w:cs="Times New Roman"/>
                <w:sz w:val="28"/>
                <w:szCs w:val="28"/>
                <w:lang w:val="vi-VN"/>
              </w:rPr>
              <w:t>Có [x]       Không [ ]</w:t>
            </w:r>
          </w:p>
          <w:p w14:paraId="7EF44389" w14:textId="4F21B5B2" w:rsidR="00E270D8" w:rsidRPr="00A47917" w:rsidRDefault="00E270D8" w:rsidP="00A47917">
            <w:pPr>
              <w:widowControl w:val="0"/>
              <w:jc w:val="both"/>
              <w:rPr>
                <w:rFonts w:cs="Times New Roman"/>
                <w:sz w:val="28"/>
                <w:szCs w:val="28"/>
                <w:lang w:val="vi-VN"/>
              </w:rPr>
            </w:pPr>
            <w:r w:rsidRPr="00E270D8">
              <w:rPr>
                <w:rFonts w:cs="Times New Roman"/>
                <w:sz w:val="28"/>
                <w:szCs w:val="28"/>
                <w:lang w:val="vi-VN"/>
              </w:rPr>
              <w:t xml:space="preserve"> Dự thảo phân định rõ trách nhiệm của </w:t>
            </w:r>
            <w:r w:rsidR="00A47917" w:rsidRPr="00A47917">
              <w:rPr>
                <w:rFonts w:cs="Times New Roman"/>
                <w:sz w:val="28"/>
                <w:szCs w:val="28"/>
                <w:lang w:val="vi-VN"/>
              </w:rPr>
              <w:t>phòng, ban, đơn vị</w:t>
            </w:r>
            <w:r w:rsidR="00A47917">
              <w:rPr>
                <w:rFonts w:cs="Times New Roman"/>
                <w:sz w:val="28"/>
                <w:szCs w:val="28"/>
                <w:lang w:val="vi-VN"/>
              </w:rPr>
              <w:t xml:space="preserve">, cá nhân, hộ gia đình </w:t>
            </w:r>
            <w:r w:rsidRPr="00E270D8">
              <w:rPr>
                <w:rFonts w:cs="Times New Roman"/>
                <w:sz w:val="28"/>
                <w:szCs w:val="28"/>
                <w:lang w:val="vi-VN"/>
              </w:rPr>
              <w:t xml:space="preserve">trong nộp hồ sơ, chịu trách nhiệm về tính trung thực của hồ sơ; trách nhiệm của </w:t>
            </w:r>
            <w:r w:rsidR="00A47917" w:rsidRPr="00A47917">
              <w:rPr>
                <w:rFonts w:cs="Times New Roman"/>
                <w:sz w:val="28"/>
                <w:szCs w:val="28"/>
                <w:lang w:val="vi-VN"/>
              </w:rPr>
              <w:t xml:space="preserve">phòng, ban, đơn vị </w:t>
            </w:r>
            <w:r w:rsidRPr="00E270D8">
              <w:rPr>
                <w:rFonts w:cs="Times New Roman"/>
                <w:sz w:val="28"/>
                <w:szCs w:val="28"/>
                <w:lang w:val="vi-VN"/>
              </w:rPr>
              <w:t xml:space="preserve">trong tiếp nhận, thẩm định; trách nhiệm </w:t>
            </w:r>
            <w:r w:rsidR="00A47917" w:rsidRPr="00A47917">
              <w:rPr>
                <w:rFonts w:cs="Times New Roman"/>
                <w:sz w:val="28"/>
                <w:szCs w:val="28"/>
                <w:lang w:val="vi-VN"/>
              </w:rPr>
              <w:t xml:space="preserve">Thủ trưởng </w:t>
            </w:r>
            <w:r w:rsidR="00A47917">
              <w:rPr>
                <w:rFonts w:cs="Times New Roman"/>
                <w:sz w:val="28"/>
                <w:szCs w:val="28"/>
                <w:lang w:val="vi-VN"/>
              </w:rPr>
              <w:t>cơ quan, tổ chức, đơn vị, địa phương.</w:t>
            </w:r>
          </w:p>
        </w:tc>
      </w:tr>
      <w:tr w:rsidR="00E270D8" w:rsidRPr="007D6940" w14:paraId="37AD40AE" w14:textId="77777777" w:rsidTr="007D6940">
        <w:tc>
          <w:tcPr>
            <w:tcW w:w="3118" w:type="dxa"/>
          </w:tcPr>
          <w:p w14:paraId="6F7BF5DB" w14:textId="77777777" w:rsidR="00E270D8" w:rsidRPr="00E270D8" w:rsidRDefault="00E270D8" w:rsidP="007D6940">
            <w:pPr>
              <w:widowControl w:val="0"/>
              <w:jc w:val="both"/>
              <w:rPr>
                <w:rFonts w:cs="Times New Roman"/>
                <w:sz w:val="28"/>
                <w:szCs w:val="28"/>
                <w:lang w:val="vi-VN"/>
              </w:rPr>
            </w:pPr>
            <w:r w:rsidRPr="00E270D8">
              <w:rPr>
                <w:rFonts w:cs="Times New Roman"/>
                <w:sz w:val="28"/>
                <w:szCs w:val="28"/>
                <w:lang w:val="vi-VN"/>
              </w:rPr>
              <w:t xml:space="preserve">c) Có áp dụng cơ chế liên thông không? </w:t>
            </w:r>
          </w:p>
        </w:tc>
        <w:tc>
          <w:tcPr>
            <w:tcW w:w="11340" w:type="dxa"/>
          </w:tcPr>
          <w:p w14:paraId="0193C4AE" w14:textId="77777777" w:rsidR="00E270D8" w:rsidRPr="00E270D8" w:rsidRDefault="00E270D8" w:rsidP="007D6940">
            <w:pPr>
              <w:widowControl w:val="0"/>
              <w:rPr>
                <w:rFonts w:cs="Times New Roman"/>
                <w:sz w:val="28"/>
                <w:szCs w:val="28"/>
                <w:lang w:val="vi-VN"/>
              </w:rPr>
            </w:pPr>
            <w:r w:rsidRPr="00E270D8">
              <w:rPr>
                <w:rFonts w:cs="Times New Roman"/>
                <w:sz w:val="28"/>
                <w:szCs w:val="28"/>
                <w:lang w:val="vi-VN"/>
              </w:rPr>
              <w:t>Có [ x]       Không []</w:t>
            </w:r>
          </w:p>
          <w:p w14:paraId="1CECECE7" w14:textId="51172BC0" w:rsidR="00E270D8" w:rsidRPr="00E270D8" w:rsidRDefault="00E270D8" w:rsidP="007D6940">
            <w:pPr>
              <w:widowControl w:val="0"/>
              <w:jc w:val="both"/>
              <w:rPr>
                <w:rFonts w:cs="Times New Roman"/>
                <w:sz w:val="28"/>
                <w:szCs w:val="28"/>
                <w:lang w:val="vi-VN"/>
              </w:rPr>
            </w:pPr>
            <w:r w:rsidRPr="00E270D8">
              <w:rPr>
                <w:rFonts w:cs="Times New Roman"/>
                <w:sz w:val="28"/>
                <w:szCs w:val="28"/>
                <w:lang w:val="vi-VN"/>
              </w:rPr>
              <w:t xml:space="preserve">Lý do: Hồ sơ được liên thông từ </w:t>
            </w:r>
            <w:r w:rsidR="002D5FF8" w:rsidRPr="002D5FF8">
              <w:rPr>
                <w:rFonts w:cs="Times New Roman"/>
                <w:sz w:val="28"/>
                <w:szCs w:val="28"/>
                <w:lang w:val="vi-VN"/>
              </w:rPr>
              <w:t xml:space="preserve">Phòng, ban, đơn vị đến </w:t>
            </w:r>
            <w:r w:rsidRPr="00E270D8">
              <w:rPr>
                <w:rFonts w:cs="Times New Roman"/>
                <w:sz w:val="28"/>
                <w:szCs w:val="28"/>
                <w:lang w:val="vi-VN"/>
              </w:rPr>
              <w:t>cơ quan, tổ chức, đơn vị, địa phương</w:t>
            </w:r>
            <w:r w:rsidR="002D5FF8" w:rsidRPr="002D5FF8">
              <w:rPr>
                <w:rFonts w:cs="Times New Roman"/>
                <w:sz w:val="28"/>
                <w:szCs w:val="28"/>
                <w:lang w:val="vi-VN"/>
              </w:rPr>
              <w:t>.</w:t>
            </w:r>
            <w:r w:rsidRPr="00E270D8">
              <w:rPr>
                <w:rFonts w:cs="Times New Roman"/>
                <w:sz w:val="28"/>
                <w:szCs w:val="28"/>
                <w:lang w:val="vi-VN"/>
              </w:rPr>
              <w:t xml:space="preserve"> </w:t>
            </w:r>
          </w:p>
          <w:p w14:paraId="48491B68" w14:textId="77777777" w:rsidR="00E270D8" w:rsidRPr="00E270D8" w:rsidRDefault="00E270D8" w:rsidP="007D6940">
            <w:pPr>
              <w:widowControl w:val="0"/>
              <w:jc w:val="both"/>
              <w:rPr>
                <w:rFonts w:cs="Times New Roman"/>
                <w:sz w:val="28"/>
                <w:szCs w:val="28"/>
                <w:lang w:val="vi-VN"/>
              </w:rPr>
            </w:pPr>
          </w:p>
        </w:tc>
      </w:tr>
      <w:tr w:rsidR="00E270D8" w:rsidRPr="00972B74" w14:paraId="4C43B241" w14:textId="77777777" w:rsidTr="007D6940">
        <w:tc>
          <w:tcPr>
            <w:tcW w:w="3118" w:type="dxa"/>
          </w:tcPr>
          <w:p w14:paraId="0C9737EB" w14:textId="77777777" w:rsidR="00E270D8" w:rsidRPr="00E270D8" w:rsidRDefault="00E270D8" w:rsidP="007D6940">
            <w:pPr>
              <w:widowControl w:val="0"/>
              <w:jc w:val="both"/>
              <w:rPr>
                <w:rFonts w:cs="Times New Roman"/>
                <w:sz w:val="28"/>
                <w:szCs w:val="28"/>
                <w:lang w:val="vi-VN"/>
              </w:rPr>
            </w:pPr>
            <w:r w:rsidRPr="00E270D8">
              <w:rPr>
                <w:rFonts w:cs="Times New Roman"/>
                <w:sz w:val="28"/>
                <w:szCs w:val="28"/>
                <w:lang w:val="vi-VN"/>
              </w:rPr>
              <w:t xml:space="preserve">d) Có quy định việc kiểm tra, đánh giá, xác minh thực tế của cơ quan nhà nước không? </w:t>
            </w:r>
          </w:p>
        </w:tc>
        <w:tc>
          <w:tcPr>
            <w:tcW w:w="11340" w:type="dxa"/>
          </w:tcPr>
          <w:p w14:paraId="2048EAA5" w14:textId="77777777" w:rsidR="00E270D8" w:rsidRPr="00972B74" w:rsidRDefault="00E270D8"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285E7F3B" w14:textId="77777777" w:rsidR="00E270D8" w:rsidRPr="00972B74" w:rsidRDefault="00E270D8" w:rsidP="007D6940">
            <w:pPr>
              <w:widowControl w:val="0"/>
              <w:jc w:val="both"/>
              <w:rPr>
                <w:rFonts w:cs="Times New Roman"/>
                <w:sz w:val="28"/>
                <w:szCs w:val="28"/>
              </w:rPr>
            </w:pPr>
          </w:p>
        </w:tc>
      </w:tr>
      <w:tr w:rsidR="00E270D8" w:rsidRPr="00972B74" w14:paraId="289ED479" w14:textId="77777777" w:rsidTr="007D6940">
        <w:tc>
          <w:tcPr>
            <w:tcW w:w="3118" w:type="dxa"/>
          </w:tcPr>
          <w:p w14:paraId="78281B78" w14:textId="599F00B1" w:rsidR="00E270D8" w:rsidRPr="00972B74" w:rsidRDefault="00E270D8" w:rsidP="00A95F5F">
            <w:pPr>
              <w:widowControl w:val="0"/>
              <w:spacing w:before="120" w:after="120"/>
              <w:rPr>
                <w:rFonts w:cs="Times New Roman"/>
                <w:sz w:val="28"/>
                <w:szCs w:val="28"/>
              </w:rPr>
            </w:pPr>
            <w:r w:rsidRPr="00972B74">
              <w:rPr>
                <w:rFonts w:cs="Times New Roman"/>
                <w:b/>
                <w:sz w:val="28"/>
                <w:szCs w:val="28"/>
              </w:rPr>
              <w:t>3. Cách thức thực hiện</w:t>
            </w:r>
          </w:p>
        </w:tc>
        <w:tc>
          <w:tcPr>
            <w:tcW w:w="11340" w:type="dxa"/>
          </w:tcPr>
          <w:p w14:paraId="35B2D4EA" w14:textId="77777777" w:rsidR="00E270D8" w:rsidRPr="00972B74" w:rsidRDefault="00E270D8" w:rsidP="007D6940">
            <w:pPr>
              <w:widowControl w:val="0"/>
              <w:jc w:val="both"/>
              <w:rPr>
                <w:rFonts w:cs="Times New Roman"/>
                <w:sz w:val="28"/>
                <w:szCs w:val="28"/>
              </w:rPr>
            </w:pPr>
          </w:p>
        </w:tc>
      </w:tr>
      <w:tr w:rsidR="00E270D8" w:rsidRPr="00972B74" w14:paraId="4BCE268A" w14:textId="77777777" w:rsidTr="007D6940">
        <w:tc>
          <w:tcPr>
            <w:tcW w:w="3118" w:type="dxa"/>
          </w:tcPr>
          <w:p w14:paraId="7049FA06" w14:textId="77777777" w:rsidR="00E270D8" w:rsidRPr="00972B74" w:rsidRDefault="00E270D8" w:rsidP="007D6940">
            <w:pPr>
              <w:widowControl w:val="0"/>
              <w:spacing w:before="120" w:after="120"/>
              <w:rPr>
                <w:rFonts w:cs="Times New Roman"/>
                <w:b/>
                <w:sz w:val="28"/>
                <w:szCs w:val="28"/>
              </w:rPr>
            </w:pPr>
            <w:r w:rsidRPr="00972B74">
              <w:rPr>
                <w:rFonts w:cs="Times New Roman"/>
                <w:sz w:val="28"/>
                <w:szCs w:val="28"/>
              </w:rPr>
              <w:t xml:space="preserve">a) Nộp hồ sơ: </w:t>
            </w:r>
          </w:p>
        </w:tc>
        <w:tc>
          <w:tcPr>
            <w:tcW w:w="11340" w:type="dxa"/>
          </w:tcPr>
          <w:p w14:paraId="6109B0BD" w14:textId="77777777" w:rsidR="00E270D8" w:rsidRPr="00972B74" w:rsidRDefault="00E270D8" w:rsidP="007D6940">
            <w:pPr>
              <w:widowControl w:val="0"/>
              <w:spacing w:before="120" w:after="120"/>
              <w:rPr>
                <w:rFonts w:cs="Times New Roman"/>
                <w:sz w:val="28"/>
                <w:szCs w:val="28"/>
              </w:rPr>
            </w:pPr>
            <w:r w:rsidRPr="00972B74">
              <w:rPr>
                <w:rFonts w:cs="Times New Roman"/>
                <w:sz w:val="28"/>
                <w:szCs w:val="28"/>
              </w:rPr>
              <w:t>Có được quy định rõ ràng, cụ th</w:t>
            </w:r>
            <w:r>
              <w:rPr>
                <w:rFonts w:cs="Times New Roman"/>
                <w:sz w:val="28"/>
                <w:szCs w:val="28"/>
              </w:rPr>
              <w:t>ể không? Có [x]       Không [ ]</w:t>
            </w:r>
          </w:p>
        </w:tc>
      </w:tr>
      <w:tr w:rsidR="00E270D8" w:rsidRPr="00972B74" w14:paraId="6576F1C8" w14:textId="77777777" w:rsidTr="007D6940">
        <w:tc>
          <w:tcPr>
            <w:tcW w:w="3118" w:type="dxa"/>
          </w:tcPr>
          <w:p w14:paraId="3EA95AD8" w14:textId="77777777" w:rsidR="00E270D8" w:rsidRDefault="00E270D8" w:rsidP="007D6940">
            <w:pPr>
              <w:widowControl w:val="0"/>
              <w:rPr>
                <w:rFonts w:cs="Times New Roman"/>
                <w:sz w:val="28"/>
                <w:szCs w:val="28"/>
              </w:rPr>
            </w:pPr>
            <w:r w:rsidRPr="00972B74">
              <w:rPr>
                <w:rFonts w:cs="Times New Roman"/>
                <w:sz w:val="28"/>
                <w:szCs w:val="28"/>
              </w:rPr>
              <w:t xml:space="preserve">Trực tiếp [x]       </w:t>
            </w:r>
          </w:p>
          <w:p w14:paraId="020EDABA" w14:textId="77777777" w:rsidR="00E270D8" w:rsidRDefault="00E270D8" w:rsidP="007D6940">
            <w:pPr>
              <w:widowControl w:val="0"/>
              <w:rPr>
                <w:rFonts w:cs="Times New Roman"/>
                <w:sz w:val="28"/>
                <w:szCs w:val="28"/>
              </w:rPr>
            </w:pPr>
            <w:r w:rsidRPr="00972B74">
              <w:rPr>
                <w:rFonts w:cs="Times New Roman"/>
                <w:sz w:val="28"/>
                <w:szCs w:val="28"/>
              </w:rPr>
              <w:t xml:space="preserve">Bưu chính [x]       </w:t>
            </w:r>
          </w:p>
          <w:p w14:paraId="0EE9C546" w14:textId="77777777" w:rsidR="00E270D8" w:rsidRPr="00972B74" w:rsidRDefault="00E270D8" w:rsidP="007D6940">
            <w:pPr>
              <w:widowControl w:val="0"/>
              <w:rPr>
                <w:rFonts w:cs="Times New Roman"/>
                <w:sz w:val="28"/>
                <w:szCs w:val="28"/>
              </w:rPr>
            </w:pPr>
            <w:r w:rsidRPr="00972B74">
              <w:rPr>
                <w:rFonts w:cs="Times New Roman"/>
                <w:sz w:val="28"/>
                <w:szCs w:val="28"/>
              </w:rPr>
              <w:t>Điện tử [x]</w:t>
            </w:r>
          </w:p>
          <w:p w14:paraId="3941CEA5" w14:textId="77777777" w:rsidR="00E270D8" w:rsidRPr="00972B74" w:rsidRDefault="00E270D8" w:rsidP="007D6940">
            <w:pPr>
              <w:widowControl w:val="0"/>
              <w:rPr>
                <w:rFonts w:cs="Times New Roman"/>
                <w:sz w:val="28"/>
                <w:szCs w:val="28"/>
              </w:rPr>
            </w:pPr>
            <w:r w:rsidRPr="00972B74">
              <w:rPr>
                <w:rFonts w:cs="Times New Roman"/>
                <w:sz w:val="28"/>
                <w:szCs w:val="28"/>
              </w:rPr>
              <w:t>b) Nhận kết quả:</w:t>
            </w:r>
          </w:p>
          <w:p w14:paraId="2CA173F9" w14:textId="77777777" w:rsidR="00E270D8" w:rsidRDefault="00E270D8" w:rsidP="007D6940">
            <w:pPr>
              <w:widowControl w:val="0"/>
              <w:rPr>
                <w:rFonts w:cs="Times New Roman"/>
                <w:sz w:val="28"/>
                <w:szCs w:val="28"/>
              </w:rPr>
            </w:pPr>
            <w:r w:rsidRPr="00972B74">
              <w:rPr>
                <w:rFonts w:cs="Times New Roman"/>
                <w:sz w:val="28"/>
                <w:szCs w:val="28"/>
              </w:rPr>
              <w:t xml:space="preserve">Trực tiếp [x]       </w:t>
            </w:r>
          </w:p>
          <w:p w14:paraId="48EADDBD" w14:textId="77777777" w:rsidR="00E270D8" w:rsidRDefault="00E270D8" w:rsidP="007D6940">
            <w:pPr>
              <w:widowControl w:val="0"/>
              <w:rPr>
                <w:rFonts w:cs="Times New Roman"/>
                <w:sz w:val="28"/>
                <w:szCs w:val="28"/>
              </w:rPr>
            </w:pPr>
            <w:r w:rsidRPr="00972B74">
              <w:rPr>
                <w:rFonts w:cs="Times New Roman"/>
                <w:sz w:val="28"/>
                <w:szCs w:val="28"/>
              </w:rPr>
              <w:t xml:space="preserve">Bưu chính [x]       </w:t>
            </w:r>
          </w:p>
          <w:p w14:paraId="75498408" w14:textId="77777777" w:rsidR="00E270D8" w:rsidRPr="00972B74" w:rsidRDefault="00E270D8" w:rsidP="007D6940">
            <w:pPr>
              <w:widowControl w:val="0"/>
              <w:rPr>
                <w:rFonts w:cs="Times New Roman"/>
                <w:sz w:val="28"/>
                <w:szCs w:val="28"/>
              </w:rPr>
            </w:pPr>
            <w:r w:rsidRPr="00972B74">
              <w:rPr>
                <w:rFonts w:cs="Times New Roman"/>
                <w:sz w:val="28"/>
                <w:szCs w:val="28"/>
              </w:rPr>
              <w:t>Điện tử [x]</w:t>
            </w:r>
          </w:p>
        </w:tc>
        <w:tc>
          <w:tcPr>
            <w:tcW w:w="11340" w:type="dxa"/>
          </w:tcPr>
          <w:p w14:paraId="205B2816" w14:textId="74A577FB" w:rsidR="00E270D8" w:rsidRDefault="00E270D8" w:rsidP="007D6940">
            <w:pPr>
              <w:widowControl w:val="0"/>
              <w:jc w:val="both"/>
              <w:rPr>
                <w:rFonts w:cs="Times New Roman"/>
                <w:sz w:val="28"/>
                <w:szCs w:val="28"/>
              </w:rPr>
            </w:pPr>
            <w:r w:rsidRPr="00972B74">
              <w:rPr>
                <w:rFonts w:cs="Times New Roman"/>
                <w:sz w:val="28"/>
                <w:szCs w:val="28"/>
              </w:rPr>
              <w:t xml:space="preserve">Nêu rõ lý do: </w:t>
            </w:r>
            <w:r w:rsidR="002D5FF8">
              <w:rPr>
                <w:rFonts w:cs="Times New Roman"/>
                <w:sz w:val="28"/>
                <w:szCs w:val="28"/>
              </w:rPr>
              <w:t>Phòng, ban, đơn vị thuộc các c</w:t>
            </w:r>
            <w:r>
              <w:rPr>
                <w:rFonts w:cs="Times New Roman"/>
                <w:sz w:val="28"/>
                <w:szCs w:val="28"/>
              </w:rPr>
              <w:t xml:space="preserve">ơ quan, tổ chức, đơn vị, địa phương </w:t>
            </w:r>
            <w:r w:rsidR="002D5FF8">
              <w:rPr>
                <w:rFonts w:cs="Times New Roman"/>
                <w:sz w:val="28"/>
                <w:szCs w:val="28"/>
              </w:rPr>
              <w:t xml:space="preserve">thuộc tỉnh </w:t>
            </w:r>
            <w:r w:rsidRPr="00972B74">
              <w:rPr>
                <w:rFonts w:cs="Times New Roman"/>
                <w:sz w:val="28"/>
                <w:szCs w:val="28"/>
              </w:rPr>
              <w:t xml:space="preserve">được lựa chọn hình thức phù hợp; kết quả là </w:t>
            </w:r>
            <w:r w:rsidR="002D5FF8">
              <w:rPr>
                <w:rFonts w:cs="Times New Roman"/>
                <w:sz w:val="28"/>
                <w:szCs w:val="28"/>
              </w:rPr>
              <w:t xml:space="preserve">cấp đổi hiện vật khen thưởng </w:t>
            </w:r>
            <w:r w:rsidRPr="00972B74">
              <w:rPr>
                <w:rFonts w:cs="Times New Roman"/>
                <w:sz w:val="28"/>
                <w:szCs w:val="28"/>
              </w:rPr>
              <w:t xml:space="preserve">hoặc văn bản trả lời không </w:t>
            </w:r>
            <w:r w:rsidR="002D5FF8">
              <w:rPr>
                <w:rFonts w:cs="Times New Roman"/>
                <w:sz w:val="28"/>
                <w:szCs w:val="28"/>
              </w:rPr>
              <w:t>thực hiện cấp đổi</w:t>
            </w:r>
            <w:r>
              <w:rPr>
                <w:rFonts w:cs="Times New Roman"/>
                <w:sz w:val="28"/>
                <w:szCs w:val="28"/>
              </w:rPr>
              <w:t xml:space="preserve"> có </w:t>
            </w:r>
            <w:r w:rsidRPr="00972B74">
              <w:rPr>
                <w:rFonts w:cs="Times New Roman"/>
                <w:sz w:val="28"/>
                <w:szCs w:val="28"/>
              </w:rPr>
              <w:t>nêu rõ lý do; việc tiếp nhận, trả kết quả thực hiện theo quy định về giải quyết thủ tục hành chính và môi trường điện tử.</w:t>
            </w:r>
          </w:p>
          <w:p w14:paraId="641D8D29" w14:textId="77777777" w:rsidR="00E270D8" w:rsidRDefault="00E270D8" w:rsidP="007D6940">
            <w:pPr>
              <w:widowControl w:val="0"/>
              <w:jc w:val="both"/>
              <w:rPr>
                <w:rFonts w:cs="Times New Roman"/>
                <w:sz w:val="28"/>
                <w:szCs w:val="28"/>
              </w:rPr>
            </w:pPr>
            <w:r>
              <w:rPr>
                <w:rFonts w:cs="Times New Roman"/>
                <w:sz w:val="28"/>
                <w:szCs w:val="28"/>
              </w:rPr>
              <w:t xml:space="preserve">Có được quy định phù hợp và tạo thuận lợi, tiết kiệm chi phí cho cơ quan nhà nước, cá nhân, tổ chức khi thực hiện không? Có [x]       Không </w:t>
            </w:r>
            <w:proofErr w:type="gramStart"/>
            <w:r>
              <w:rPr>
                <w:rFonts w:cs="Times New Roman"/>
                <w:sz w:val="28"/>
                <w:szCs w:val="28"/>
              </w:rPr>
              <w:t>[ ]</w:t>
            </w:r>
            <w:proofErr w:type="gramEnd"/>
          </w:p>
          <w:p w14:paraId="5CBD4E6F" w14:textId="025B41AE" w:rsidR="00E270D8" w:rsidRPr="00972B74" w:rsidRDefault="00E270D8" w:rsidP="002D5FF8">
            <w:pPr>
              <w:widowControl w:val="0"/>
              <w:jc w:val="both"/>
              <w:rPr>
                <w:rFonts w:cs="Times New Roman"/>
                <w:sz w:val="28"/>
                <w:szCs w:val="28"/>
              </w:rPr>
            </w:pPr>
            <w:r>
              <w:rPr>
                <w:rFonts w:cs="Times New Roman"/>
                <w:sz w:val="28"/>
                <w:szCs w:val="28"/>
              </w:rPr>
              <w:t xml:space="preserve">Nêu rõ lý do: Thuận lợi cho </w:t>
            </w:r>
            <w:r w:rsidR="002D5FF8">
              <w:rPr>
                <w:rFonts w:cs="Times New Roman"/>
                <w:sz w:val="28"/>
                <w:szCs w:val="28"/>
              </w:rPr>
              <w:t xml:space="preserve">tập thể (Mẫu văn bản), </w:t>
            </w:r>
            <w:r>
              <w:rPr>
                <w:rFonts w:cs="Times New Roman"/>
                <w:sz w:val="28"/>
                <w:szCs w:val="28"/>
              </w:rPr>
              <w:t>cá nhân</w:t>
            </w:r>
            <w:r w:rsidR="002D5FF8">
              <w:rPr>
                <w:rFonts w:cs="Times New Roman"/>
                <w:sz w:val="28"/>
                <w:szCs w:val="28"/>
              </w:rPr>
              <w:t>, hộ gia đình</w:t>
            </w:r>
            <w:r>
              <w:rPr>
                <w:rFonts w:cs="Times New Roman"/>
                <w:sz w:val="28"/>
                <w:szCs w:val="28"/>
              </w:rPr>
              <w:t xml:space="preserve"> </w:t>
            </w:r>
            <w:r w:rsidR="002D5FF8">
              <w:rPr>
                <w:rFonts w:cs="Times New Roman"/>
                <w:sz w:val="28"/>
                <w:szCs w:val="28"/>
              </w:rPr>
              <w:t>(Mẫu đơn)</w:t>
            </w:r>
            <w:r>
              <w:rPr>
                <w:rFonts w:cs="Times New Roman"/>
                <w:sz w:val="28"/>
                <w:szCs w:val="28"/>
              </w:rPr>
              <w:t xml:space="preserve">; </w:t>
            </w:r>
            <w:r w:rsidR="002D5FF8">
              <w:rPr>
                <w:rFonts w:cs="Times New Roman"/>
                <w:sz w:val="28"/>
                <w:szCs w:val="28"/>
              </w:rPr>
              <w:t xml:space="preserve">Phòng, ban, đơn vị </w:t>
            </w:r>
            <w:r>
              <w:rPr>
                <w:rFonts w:cs="Times New Roman"/>
                <w:sz w:val="28"/>
                <w:szCs w:val="28"/>
              </w:rPr>
              <w:t xml:space="preserve">lập hồ sơ đề nghị; </w:t>
            </w:r>
            <w:r w:rsidR="002D5FF8">
              <w:rPr>
                <w:rFonts w:cs="Times New Roman"/>
                <w:sz w:val="28"/>
                <w:szCs w:val="28"/>
              </w:rPr>
              <w:t xml:space="preserve">Thủ trưởng cơ quan, tổ chức, đơn vị, địa phương thuộc tỉnh </w:t>
            </w:r>
            <w:r>
              <w:rPr>
                <w:rFonts w:cs="Times New Roman"/>
                <w:sz w:val="28"/>
                <w:szCs w:val="28"/>
              </w:rPr>
              <w:t xml:space="preserve">xem xét, quyết </w:t>
            </w:r>
            <w:r>
              <w:rPr>
                <w:rFonts w:cs="Times New Roman"/>
                <w:sz w:val="28"/>
                <w:szCs w:val="28"/>
              </w:rPr>
              <w:lastRenderedPageBreak/>
              <w:t xml:space="preserve">định; </w:t>
            </w:r>
            <w:r w:rsidR="002D5FF8">
              <w:rPr>
                <w:rFonts w:cs="Times New Roman"/>
                <w:sz w:val="28"/>
                <w:szCs w:val="28"/>
              </w:rPr>
              <w:t xml:space="preserve">Phòng, ban, đơn vị </w:t>
            </w:r>
            <w:r>
              <w:rPr>
                <w:rFonts w:cs="Times New Roman"/>
                <w:sz w:val="28"/>
                <w:szCs w:val="28"/>
              </w:rPr>
              <w:t>trả kết quả thực hiện.</w:t>
            </w:r>
          </w:p>
        </w:tc>
      </w:tr>
      <w:tr w:rsidR="00DA2246" w:rsidRPr="00DA2246" w14:paraId="20B11FB6" w14:textId="77777777" w:rsidTr="007D6940">
        <w:tc>
          <w:tcPr>
            <w:tcW w:w="14458" w:type="dxa"/>
            <w:gridSpan w:val="2"/>
          </w:tcPr>
          <w:p w14:paraId="1F26705B" w14:textId="77777777" w:rsidR="00E270D8" w:rsidRPr="00DA2246" w:rsidRDefault="00E270D8" w:rsidP="00A95F5F">
            <w:pPr>
              <w:widowControl w:val="0"/>
              <w:spacing w:before="120" w:after="120"/>
              <w:rPr>
                <w:rFonts w:cs="Times New Roman"/>
                <w:sz w:val="28"/>
                <w:szCs w:val="28"/>
              </w:rPr>
            </w:pPr>
            <w:r w:rsidRPr="00DA2246">
              <w:rPr>
                <w:rFonts w:cs="Times New Roman"/>
                <w:b/>
                <w:sz w:val="28"/>
                <w:szCs w:val="28"/>
              </w:rPr>
              <w:lastRenderedPageBreak/>
              <w:t>4. Thành phần, số lượng hồ sơ</w:t>
            </w:r>
          </w:p>
        </w:tc>
      </w:tr>
      <w:tr w:rsidR="00E270D8" w:rsidRPr="00972B74" w14:paraId="62616E66" w14:textId="77777777" w:rsidTr="007D6940">
        <w:tc>
          <w:tcPr>
            <w:tcW w:w="3118" w:type="dxa"/>
          </w:tcPr>
          <w:p w14:paraId="461A5BFD" w14:textId="76AD0215" w:rsidR="00E270D8" w:rsidRPr="00972B74" w:rsidRDefault="00E270D8" w:rsidP="006B5A19">
            <w:pPr>
              <w:widowControl w:val="0"/>
              <w:jc w:val="both"/>
              <w:rPr>
                <w:rFonts w:cs="Times New Roman"/>
                <w:sz w:val="28"/>
                <w:szCs w:val="28"/>
              </w:rPr>
            </w:pPr>
            <w:r w:rsidRPr="00972B74">
              <w:rPr>
                <w:rFonts w:cs="Times New Roman"/>
                <w:sz w:val="28"/>
                <w:szCs w:val="28"/>
              </w:rPr>
              <w:t xml:space="preserve">a) </w:t>
            </w:r>
            <w:r>
              <w:rPr>
                <w:rFonts w:cs="Times New Roman"/>
                <w:sz w:val="28"/>
                <w:szCs w:val="28"/>
              </w:rPr>
              <w:t>Tên t</w:t>
            </w:r>
            <w:r w:rsidRPr="00972B74">
              <w:rPr>
                <w:rFonts w:cs="Times New Roman"/>
                <w:sz w:val="28"/>
                <w:szCs w:val="28"/>
              </w:rPr>
              <w:t>hành phần hồ sơ</w:t>
            </w:r>
            <w:r>
              <w:rPr>
                <w:rFonts w:cs="Times New Roman"/>
                <w:sz w:val="28"/>
                <w:szCs w:val="28"/>
              </w:rPr>
              <w:t xml:space="preserve"> 1:</w:t>
            </w:r>
            <w:r w:rsidRPr="00972B74">
              <w:rPr>
                <w:rFonts w:cs="Times New Roman"/>
                <w:sz w:val="28"/>
                <w:szCs w:val="28"/>
              </w:rPr>
              <w:t xml:space="preserve"> </w:t>
            </w:r>
            <w:r w:rsidR="006B5A19" w:rsidRPr="006B5A19">
              <w:rPr>
                <w:rFonts w:ascii="Times New Roman Italic" w:hAnsi="Times New Roman Italic" w:cs="Times New Roman"/>
                <w:i/>
                <w:spacing w:val="-6"/>
                <w:sz w:val="28"/>
                <w:szCs w:val="28"/>
              </w:rPr>
              <w:t xml:space="preserve"> Văn bản đề nghị cấp đổi của tập thể hoặc đơn đề nghị cấp đổi của cá nhân, hộ gia đình có kèm theo hiện vật khen thưởng đề nghị cấp đổi</w:t>
            </w:r>
          </w:p>
        </w:tc>
        <w:tc>
          <w:tcPr>
            <w:tcW w:w="11340" w:type="dxa"/>
          </w:tcPr>
          <w:p w14:paraId="7C47CEB3" w14:textId="5E2229FA" w:rsidR="00E270D8" w:rsidRPr="00045E35" w:rsidRDefault="00E270D8"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w:t>
            </w:r>
            <w:r w:rsidR="006B5A19">
              <w:rPr>
                <w:rFonts w:cs="Times New Roman"/>
                <w:spacing w:val="-6"/>
                <w:sz w:val="28"/>
                <w:szCs w:val="28"/>
              </w:rPr>
              <w:t>xác định nhu cầu của tập thể, cá nhân, hộ gia đình</w:t>
            </w:r>
            <w:r w:rsidRPr="00045E35">
              <w:rPr>
                <w:rFonts w:cs="Times New Roman"/>
                <w:spacing w:val="-6"/>
                <w:sz w:val="28"/>
                <w:szCs w:val="28"/>
              </w:rPr>
              <w:t xml:space="preserve"> </w:t>
            </w:r>
            <w:r w:rsidR="006B5A19">
              <w:rPr>
                <w:rFonts w:cs="Times New Roman"/>
                <w:spacing w:val="-6"/>
                <w:sz w:val="28"/>
                <w:szCs w:val="28"/>
              </w:rPr>
              <w:t>đối với đề nghị cấp đổi hiện vật khen thưởng</w:t>
            </w:r>
            <w:r w:rsidRPr="00045E35">
              <w:rPr>
                <w:rFonts w:cs="Times New Roman"/>
                <w:spacing w:val="-6"/>
                <w:sz w:val="28"/>
                <w:szCs w:val="28"/>
              </w:rPr>
              <w:t>.</w:t>
            </w:r>
          </w:p>
          <w:p w14:paraId="69D1A867" w14:textId="28164702" w:rsidR="00E270D8" w:rsidRDefault="00E270D8" w:rsidP="007D6940">
            <w:pPr>
              <w:widowControl w:val="0"/>
              <w:rPr>
                <w:rFonts w:cs="Times New Roman"/>
                <w:sz w:val="28"/>
                <w:szCs w:val="28"/>
              </w:rPr>
            </w:pPr>
            <w:r>
              <w:rPr>
                <w:rFonts w:cs="Times New Roman"/>
                <w:sz w:val="28"/>
                <w:szCs w:val="28"/>
              </w:rPr>
              <w:t xml:space="preserve">- Yêu cầu về hình thức: </w:t>
            </w:r>
            <w:r w:rsidR="006B5A19">
              <w:rPr>
                <w:rFonts w:cs="Times New Roman"/>
                <w:sz w:val="28"/>
                <w:szCs w:val="28"/>
              </w:rPr>
              <w:t>Văn bản của tập thể hoặc đơn của cá nhân, hộ gia đình.</w:t>
            </w:r>
          </w:p>
          <w:p w14:paraId="2B366F88" w14:textId="04BC4F24" w:rsidR="00E270D8" w:rsidRPr="00972B74" w:rsidRDefault="00E270D8" w:rsidP="006B5A19">
            <w:pPr>
              <w:widowControl w:val="0"/>
              <w:jc w:val="both"/>
              <w:rPr>
                <w:rFonts w:cs="Times New Roman"/>
                <w:sz w:val="28"/>
                <w:szCs w:val="28"/>
              </w:rPr>
            </w:pPr>
            <w:r>
              <w:rPr>
                <w:rFonts w:cs="Times New Roman"/>
                <w:sz w:val="28"/>
                <w:szCs w:val="28"/>
              </w:rPr>
              <w:t xml:space="preserve">- Lý do quy định: Để làm căn cứ </w:t>
            </w:r>
            <w:r w:rsidR="006B5A19">
              <w:rPr>
                <w:rFonts w:cs="Times New Roman"/>
                <w:sz w:val="28"/>
                <w:szCs w:val="28"/>
              </w:rPr>
              <w:t>cấp đổi hiện vật khen thưởng</w:t>
            </w:r>
            <w:r>
              <w:rPr>
                <w:rFonts w:cs="Times New Roman"/>
                <w:sz w:val="28"/>
                <w:szCs w:val="28"/>
              </w:rPr>
              <w:t>.</w:t>
            </w:r>
          </w:p>
        </w:tc>
      </w:tr>
      <w:tr w:rsidR="00E270D8" w:rsidRPr="00972B74" w14:paraId="50351AC1" w14:textId="77777777" w:rsidTr="007D6940">
        <w:tc>
          <w:tcPr>
            <w:tcW w:w="3118" w:type="dxa"/>
          </w:tcPr>
          <w:p w14:paraId="4ED52F85" w14:textId="77777777" w:rsidR="00E270D8" w:rsidRDefault="00E270D8" w:rsidP="007D6940">
            <w:pPr>
              <w:widowControl w:val="0"/>
              <w:jc w:val="both"/>
              <w:rPr>
                <w:rFonts w:cs="Times New Roman"/>
                <w:spacing w:val="-6"/>
                <w:sz w:val="28"/>
                <w:szCs w:val="28"/>
              </w:rPr>
            </w:pPr>
            <w:r w:rsidRPr="00045E35">
              <w:rPr>
                <w:rFonts w:cs="Times New Roman"/>
                <w:spacing w:val="-6"/>
                <w:sz w:val="28"/>
                <w:szCs w:val="28"/>
              </w:rPr>
              <w:t>b) Tên thành phần hồ sơ 2:</w:t>
            </w:r>
          </w:p>
          <w:p w14:paraId="638CF3CE" w14:textId="6CD3D3B5" w:rsidR="00E270D8" w:rsidRPr="001C2F21" w:rsidRDefault="006B5A19" w:rsidP="007D6940">
            <w:pPr>
              <w:widowControl w:val="0"/>
              <w:jc w:val="both"/>
              <w:rPr>
                <w:rFonts w:ascii="Times New Roman Italic" w:hAnsi="Times New Roman Italic" w:cs="Times New Roman"/>
                <w:i/>
                <w:spacing w:val="-6"/>
                <w:sz w:val="28"/>
                <w:szCs w:val="28"/>
              </w:rPr>
            </w:pPr>
            <w:r w:rsidRPr="006B5A19">
              <w:rPr>
                <w:rFonts w:ascii="Times New Roman Italic" w:hAnsi="Times New Roman Italic" w:cs="Times New Roman"/>
                <w:i/>
                <w:spacing w:val="-6"/>
                <w:sz w:val="28"/>
                <w:szCs w:val="28"/>
              </w:rPr>
              <w:t>Công văn đề nghị cấp đổi của phòng, ban, đơn vị kèm theo danh sách đề nghị cấp đổi hiện vật khen thưởng</w:t>
            </w:r>
          </w:p>
        </w:tc>
        <w:tc>
          <w:tcPr>
            <w:tcW w:w="11340" w:type="dxa"/>
          </w:tcPr>
          <w:p w14:paraId="33461B13" w14:textId="7231DB49" w:rsidR="006B5A19" w:rsidRDefault="00E270D8" w:rsidP="006B5A19">
            <w:pPr>
              <w:widowControl w:val="0"/>
              <w:jc w:val="both"/>
              <w:rPr>
                <w:rFonts w:cs="Times New Roman"/>
                <w:spacing w:val="-6"/>
                <w:sz w:val="28"/>
                <w:szCs w:val="28"/>
              </w:rPr>
            </w:pPr>
            <w:r w:rsidRPr="00045E35">
              <w:rPr>
                <w:rFonts w:cs="Times New Roman"/>
                <w:spacing w:val="-6"/>
                <w:sz w:val="28"/>
                <w:szCs w:val="28"/>
              </w:rPr>
              <w:t xml:space="preserve">- Nêu rõ lý do quy định: Để làm căn cứ </w:t>
            </w:r>
            <w:r w:rsidR="006B5A19">
              <w:rPr>
                <w:rFonts w:cs="Times New Roman"/>
                <w:spacing w:val="-6"/>
                <w:sz w:val="28"/>
                <w:szCs w:val="28"/>
              </w:rPr>
              <w:t>cấp đổi hiện vật khen thưởng.</w:t>
            </w:r>
          </w:p>
          <w:p w14:paraId="008F3D50" w14:textId="66630D91" w:rsidR="00E270D8" w:rsidRDefault="00E270D8" w:rsidP="006B5A19">
            <w:pPr>
              <w:widowControl w:val="0"/>
              <w:jc w:val="both"/>
              <w:rPr>
                <w:rFonts w:cs="Times New Roman"/>
                <w:sz w:val="28"/>
                <w:szCs w:val="28"/>
              </w:rPr>
            </w:pPr>
            <w:r>
              <w:rPr>
                <w:rFonts w:cs="Times New Roman"/>
                <w:sz w:val="28"/>
                <w:szCs w:val="28"/>
              </w:rPr>
              <w:t xml:space="preserve">- Yêu cầu về hình thức: </w:t>
            </w:r>
            <w:r w:rsidR="006B5A19">
              <w:rPr>
                <w:rFonts w:cs="Times New Roman"/>
                <w:sz w:val="28"/>
                <w:szCs w:val="28"/>
              </w:rPr>
              <w:t>Văn bản hành chính.</w:t>
            </w:r>
          </w:p>
          <w:p w14:paraId="122FD618" w14:textId="3D4A07BC" w:rsidR="00E270D8" w:rsidRPr="00045E35" w:rsidRDefault="00E270D8" w:rsidP="007D6940">
            <w:pPr>
              <w:widowControl w:val="0"/>
              <w:jc w:val="both"/>
              <w:rPr>
                <w:rFonts w:cs="Times New Roman"/>
                <w:spacing w:val="-6"/>
                <w:sz w:val="28"/>
                <w:szCs w:val="28"/>
              </w:rPr>
            </w:pPr>
            <w:r>
              <w:rPr>
                <w:rFonts w:cs="Times New Roman"/>
                <w:sz w:val="28"/>
                <w:szCs w:val="28"/>
              </w:rPr>
              <w:t xml:space="preserve">- Lý do quy định: </w:t>
            </w:r>
            <w:r w:rsidR="006B5A19" w:rsidRPr="00045E35">
              <w:rPr>
                <w:rFonts w:cs="Times New Roman"/>
                <w:spacing w:val="-6"/>
                <w:sz w:val="28"/>
                <w:szCs w:val="28"/>
              </w:rPr>
              <w:t xml:space="preserve">Để làm căn cứ </w:t>
            </w:r>
            <w:r w:rsidR="006B5A19">
              <w:rPr>
                <w:rFonts w:cs="Times New Roman"/>
                <w:spacing w:val="-6"/>
                <w:sz w:val="28"/>
                <w:szCs w:val="28"/>
              </w:rPr>
              <w:t>cấp đổi hiện vật khen thưởng.</w:t>
            </w:r>
          </w:p>
        </w:tc>
      </w:tr>
      <w:tr w:rsidR="00E270D8" w:rsidRPr="00E270D8" w14:paraId="48141951" w14:textId="77777777" w:rsidTr="007D6940">
        <w:tc>
          <w:tcPr>
            <w:tcW w:w="3118" w:type="dxa"/>
          </w:tcPr>
          <w:p w14:paraId="251C12D4" w14:textId="77777777" w:rsidR="00E270D8" w:rsidRPr="00972B74" w:rsidRDefault="00E270D8" w:rsidP="007D6940">
            <w:pPr>
              <w:widowControl w:val="0"/>
              <w:jc w:val="both"/>
              <w:rPr>
                <w:rFonts w:cs="Times New Roman"/>
                <w:sz w:val="28"/>
                <w:szCs w:val="28"/>
              </w:rPr>
            </w:pPr>
            <w:r>
              <w:rPr>
                <w:rFonts w:cs="Times New Roman"/>
                <w:sz w:val="28"/>
                <w:szCs w:val="28"/>
              </w:rPr>
              <w:t>d</w:t>
            </w:r>
            <w:r w:rsidRPr="00972B74">
              <w:rPr>
                <w:rFonts w:cs="Times New Roman"/>
                <w:sz w:val="28"/>
                <w:szCs w:val="28"/>
              </w:rPr>
              <w:t xml:space="preserve">) </w:t>
            </w:r>
            <w:r>
              <w:rPr>
                <w:rFonts w:cs="Times New Roman"/>
                <w:sz w:val="28"/>
                <w:szCs w:val="28"/>
              </w:rPr>
              <w:t>Các g</w:t>
            </w:r>
            <w:r w:rsidRPr="00972B74">
              <w:rPr>
                <w:rFonts w:cs="Times New Roman"/>
                <w:sz w:val="28"/>
                <w:szCs w:val="28"/>
              </w:rPr>
              <w:t xml:space="preserve">iấy tờ, tài liệu </w:t>
            </w:r>
            <w:r>
              <w:rPr>
                <w:rFonts w:cs="Times New Roman"/>
                <w:sz w:val="28"/>
                <w:szCs w:val="28"/>
              </w:rPr>
              <w:t xml:space="preserve">để </w:t>
            </w:r>
            <w:r w:rsidRPr="00972B74">
              <w:rPr>
                <w:rFonts w:cs="Times New Roman"/>
                <w:sz w:val="28"/>
                <w:szCs w:val="28"/>
              </w:rPr>
              <w:t xml:space="preserve">chứng minh </w:t>
            </w:r>
            <w:r>
              <w:rPr>
                <w:rFonts w:cs="Times New Roman"/>
                <w:sz w:val="28"/>
                <w:szCs w:val="28"/>
              </w:rPr>
              <w:t>việc đáp ứng yêu cầu, điều kiện thực hiện thủ tục hành chính có được quy định rõ ràng, cụ thể ở thành phần hồ sơ của thủ tục hành chính không?</w:t>
            </w:r>
            <w:r w:rsidRPr="00972B74">
              <w:rPr>
                <w:rFonts w:cs="Times New Roman"/>
                <w:sz w:val="28"/>
                <w:szCs w:val="28"/>
              </w:rPr>
              <w:t xml:space="preserve"> </w:t>
            </w:r>
          </w:p>
        </w:tc>
        <w:tc>
          <w:tcPr>
            <w:tcW w:w="11340" w:type="dxa"/>
          </w:tcPr>
          <w:p w14:paraId="410B0EC8" w14:textId="77777777" w:rsidR="00E270D8" w:rsidRPr="00E270D8" w:rsidRDefault="00E270D8" w:rsidP="007D6940">
            <w:pPr>
              <w:widowControl w:val="0"/>
              <w:jc w:val="both"/>
              <w:rPr>
                <w:rFonts w:cs="Times New Roman"/>
                <w:sz w:val="28"/>
                <w:szCs w:val="28"/>
              </w:rPr>
            </w:pPr>
            <w:r w:rsidRPr="00E270D8">
              <w:rPr>
                <w:rFonts w:cs="Times New Roman"/>
                <w:sz w:val="28"/>
                <w:szCs w:val="28"/>
              </w:rPr>
              <w:t xml:space="preserve">Có [x]       Không </w:t>
            </w:r>
            <w:proofErr w:type="gramStart"/>
            <w:r w:rsidRPr="00E270D8">
              <w:rPr>
                <w:rFonts w:cs="Times New Roman"/>
                <w:sz w:val="28"/>
                <w:szCs w:val="28"/>
              </w:rPr>
              <w:t>[ ]</w:t>
            </w:r>
            <w:proofErr w:type="gramEnd"/>
          </w:p>
          <w:p w14:paraId="6042D83C" w14:textId="7D50C114" w:rsidR="00E270D8" w:rsidRPr="00E270D8" w:rsidRDefault="00E270D8" w:rsidP="007D6940">
            <w:pPr>
              <w:widowControl w:val="0"/>
              <w:jc w:val="both"/>
              <w:rPr>
                <w:rFonts w:cs="Times New Roman"/>
                <w:sz w:val="28"/>
                <w:szCs w:val="28"/>
              </w:rPr>
            </w:pPr>
            <w:r w:rsidRPr="00E270D8">
              <w:rPr>
                <w:rFonts w:cs="Times New Roman"/>
                <w:sz w:val="28"/>
                <w:szCs w:val="28"/>
              </w:rPr>
              <w:t xml:space="preserve">Nêu rõ: Thủ tục yêu cầu thành phần hồ sơ </w:t>
            </w:r>
            <w:r w:rsidRPr="006B5A19">
              <w:rPr>
                <w:rFonts w:cs="Times New Roman"/>
                <w:i/>
                <w:sz w:val="28"/>
                <w:szCs w:val="28"/>
              </w:rPr>
              <w:t>(</w:t>
            </w:r>
            <w:r w:rsidR="006B5A19" w:rsidRPr="006B5A19">
              <w:rPr>
                <w:rFonts w:cs="Times New Roman"/>
                <w:i/>
                <w:sz w:val="28"/>
                <w:szCs w:val="28"/>
              </w:rPr>
              <w:t>Văn bản đề nghị</w:t>
            </w:r>
            <w:r w:rsidRPr="006B5A19">
              <w:rPr>
                <w:rFonts w:cs="Times New Roman"/>
                <w:i/>
                <w:sz w:val="28"/>
                <w:szCs w:val="28"/>
              </w:rPr>
              <w:t xml:space="preserve">; </w:t>
            </w:r>
            <w:r w:rsidR="006B5A19" w:rsidRPr="006B5A19">
              <w:rPr>
                <w:rFonts w:ascii="Times New Roman Italic" w:hAnsi="Times New Roman Italic" w:cs="Times New Roman"/>
                <w:i/>
                <w:spacing w:val="-6"/>
                <w:sz w:val="28"/>
                <w:szCs w:val="28"/>
              </w:rPr>
              <w:t>đơn xin cấp đổi</w:t>
            </w:r>
            <w:r w:rsidR="006B5A19">
              <w:rPr>
                <w:rFonts w:ascii="Times New Roman Italic" w:hAnsi="Times New Roman Italic" w:cs="Times New Roman"/>
                <w:i/>
                <w:spacing w:val="-6"/>
                <w:sz w:val="28"/>
                <w:szCs w:val="28"/>
              </w:rPr>
              <w:t xml:space="preserve"> kèm theo hiện vật bị hư hỏng</w:t>
            </w:r>
            <w:r w:rsidRPr="006B5A19">
              <w:rPr>
                <w:rFonts w:ascii="Times New Roman Italic" w:hAnsi="Times New Roman Italic" w:cs="Times New Roman"/>
                <w:i/>
                <w:spacing w:val="-6"/>
                <w:sz w:val="28"/>
                <w:szCs w:val="28"/>
              </w:rPr>
              <w:t>),</w:t>
            </w:r>
            <w:r w:rsidRPr="00E270D8">
              <w:rPr>
                <w:rFonts w:ascii="Times New Roman Italic" w:hAnsi="Times New Roman Italic" w:cs="Times New Roman"/>
                <w:i/>
                <w:spacing w:val="-6"/>
                <w:sz w:val="28"/>
                <w:szCs w:val="28"/>
              </w:rPr>
              <w:t xml:space="preserve"> </w:t>
            </w:r>
            <w:r w:rsidRPr="00E270D8">
              <w:rPr>
                <w:rFonts w:ascii="Times New Roman Italic" w:hAnsi="Times New Roman Italic" w:cs="Times New Roman"/>
                <w:spacing w:val="-6"/>
                <w:sz w:val="28"/>
                <w:szCs w:val="28"/>
              </w:rPr>
              <w:t>không yêu cầu giấy tờ, tài liệu khác để chứng minh.</w:t>
            </w:r>
          </w:p>
          <w:p w14:paraId="7F6E5DDE" w14:textId="77777777" w:rsidR="00E270D8" w:rsidRPr="00E270D8" w:rsidRDefault="00E270D8" w:rsidP="007D6940">
            <w:pPr>
              <w:widowControl w:val="0"/>
              <w:jc w:val="both"/>
              <w:rPr>
                <w:rFonts w:cs="Times New Roman"/>
                <w:sz w:val="28"/>
                <w:szCs w:val="28"/>
              </w:rPr>
            </w:pPr>
          </w:p>
        </w:tc>
      </w:tr>
      <w:tr w:rsidR="00E270D8" w:rsidRPr="00E270D8" w14:paraId="04ADBFE3" w14:textId="77777777" w:rsidTr="007D6940">
        <w:tc>
          <w:tcPr>
            <w:tcW w:w="3118" w:type="dxa"/>
          </w:tcPr>
          <w:p w14:paraId="461C0215" w14:textId="77777777" w:rsidR="00E270D8" w:rsidRPr="00E270D8" w:rsidRDefault="00E270D8" w:rsidP="007D6940">
            <w:pPr>
              <w:widowControl w:val="0"/>
              <w:jc w:val="both"/>
              <w:rPr>
                <w:rFonts w:cs="Times New Roman"/>
                <w:sz w:val="28"/>
                <w:szCs w:val="28"/>
              </w:rPr>
            </w:pPr>
            <w:r w:rsidRPr="00E270D8">
              <w:rPr>
                <w:rFonts w:cs="Times New Roman"/>
                <w:sz w:val="28"/>
                <w:szCs w:val="28"/>
              </w:rPr>
              <w:t>đ) Số lượng bộ hồ sơ: 01 bộ</w:t>
            </w:r>
          </w:p>
        </w:tc>
        <w:tc>
          <w:tcPr>
            <w:tcW w:w="11340" w:type="dxa"/>
          </w:tcPr>
          <w:p w14:paraId="3B88A84F" w14:textId="77777777" w:rsidR="00E270D8" w:rsidRPr="00E270D8" w:rsidRDefault="00E270D8" w:rsidP="007D6940">
            <w:pPr>
              <w:widowControl w:val="0"/>
              <w:rPr>
                <w:rFonts w:cs="Times New Roman"/>
                <w:sz w:val="28"/>
                <w:szCs w:val="28"/>
              </w:rPr>
            </w:pPr>
          </w:p>
        </w:tc>
      </w:tr>
      <w:tr w:rsidR="00E270D8" w:rsidRPr="00972B74" w14:paraId="5B62DC82" w14:textId="77777777" w:rsidTr="007D6940">
        <w:tc>
          <w:tcPr>
            <w:tcW w:w="14458" w:type="dxa"/>
            <w:gridSpan w:val="2"/>
          </w:tcPr>
          <w:p w14:paraId="18A70B22"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5. Thời hạn giải quyết</w:t>
            </w:r>
          </w:p>
        </w:tc>
      </w:tr>
      <w:tr w:rsidR="00E270D8" w:rsidRPr="00972B74" w14:paraId="61698314" w14:textId="77777777" w:rsidTr="007D6940">
        <w:tc>
          <w:tcPr>
            <w:tcW w:w="3118" w:type="dxa"/>
          </w:tcPr>
          <w:p w14:paraId="7AB25A2A" w14:textId="77777777" w:rsidR="00E270D8" w:rsidRPr="00972B74" w:rsidRDefault="00E270D8" w:rsidP="007D6940">
            <w:pPr>
              <w:widowControl w:val="0"/>
              <w:rPr>
                <w:rFonts w:cs="Times New Roman"/>
                <w:b/>
                <w:sz w:val="28"/>
                <w:szCs w:val="28"/>
              </w:rPr>
            </w:pPr>
            <w:r w:rsidRPr="00972B74">
              <w:rPr>
                <w:rFonts w:cs="Times New Roman"/>
                <w:sz w:val="28"/>
                <w:szCs w:val="28"/>
              </w:rPr>
              <w:t xml:space="preserve">a) Có được quy định rõ ràng, cụ thể và phù hợp </w:t>
            </w:r>
            <w:r w:rsidRPr="00972B74">
              <w:rPr>
                <w:rFonts w:cs="Times New Roman"/>
                <w:sz w:val="28"/>
                <w:szCs w:val="28"/>
              </w:rPr>
              <w:lastRenderedPageBreak/>
              <w:t xml:space="preserve">không? </w:t>
            </w:r>
          </w:p>
        </w:tc>
        <w:tc>
          <w:tcPr>
            <w:tcW w:w="11340" w:type="dxa"/>
          </w:tcPr>
          <w:p w14:paraId="2739EF86" w14:textId="77777777" w:rsidR="00E270D8" w:rsidRPr="00972B74" w:rsidRDefault="00E270D8" w:rsidP="007D6940">
            <w:pPr>
              <w:widowControl w:val="0"/>
              <w:rPr>
                <w:rFonts w:cs="Times New Roman"/>
                <w:sz w:val="28"/>
                <w:szCs w:val="28"/>
              </w:rPr>
            </w:pPr>
            <w:r w:rsidRPr="00972B74">
              <w:rPr>
                <w:rFonts w:cs="Times New Roman"/>
                <w:sz w:val="28"/>
                <w:szCs w:val="28"/>
              </w:rPr>
              <w:lastRenderedPageBreak/>
              <w:t xml:space="preserve">Có [x]       Không </w:t>
            </w:r>
            <w:proofErr w:type="gramStart"/>
            <w:r w:rsidRPr="00972B74">
              <w:rPr>
                <w:rFonts w:cs="Times New Roman"/>
                <w:sz w:val="28"/>
                <w:szCs w:val="28"/>
              </w:rPr>
              <w:t>[ ]</w:t>
            </w:r>
            <w:proofErr w:type="gramEnd"/>
          </w:p>
          <w:p w14:paraId="74A6C1AA" w14:textId="69FC3D4D" w:rsidR="00E270D8" w:rsidRPr="00972B74" w:rsidRDefault="00E270D8" w:rsidP="007D6940">
            <w:pPr>
              <w:widowControl w:val="0"/>
              <w:jc w:val="both"/>
              <w:rPr>
                <w:rFonts w:cs="Times New Roman"/>
                <w:sz w:val="28"/>
                <w:szCs w:val="28"/>
              </w:rPr>
            </w:pPr>
            <w:r w:rsidRPr="00972B74">
              <w:rPr>
                <w:rFonts w:cs="Times New Roman"/>
                <w:sz w:val="28"/>
                <w:szCs w:val="28"/>
              </w:rPr>
              <w:t>Thời hạn giải quyết thủ tục hành chính</w:t>
            </w:r>
            <w:r w:rsidRPr="0046781D">
              <w:rPr>
                <w:rFonts w:cs="Times New Roman"/>
                <w:color w:val="FF0000"/>
                <w:sz w:val="28"/>
                <w:szCs w:val="28"/>
              </w:rPr>
              <w:t xml:space="preserve">: </w:t>
            </w:r>
            <w:r w:rsidR="002F4AE9" w:rsidRPr="0046781D">
              <w:rPr>
                <w:rFonts w:cs="Times New Roman"/>
                <w:color w:val="FF0000"/>
                <w:sz w:val="28"/>
                <w:szCs w:val="28"/>
              </w:rPr>
              <w:t>1</w:t>
            </w:r>
            <w:r w:rsidR="00DA2246" w:rsidRPr="0046781D">
              <w:rPr>
                <w:rFonts w:cs="Times New Roman"/>
                <w:color w:val="FF0000"/>
                <w:sz w:val="28"/>
                <w:szCs w:val="28"/>
              </w:rPr>
              <w:t>0</w:t>
            </w:r>
            <w:r w:rsidRPr="0046781D">
              <w:rPr>
                <w:rFonts w:cs="Times New Roman"/>
                <w:color w:val="FF0000"/>
                <w:sz w:val="28"/>
                <w:szCs w:val="28"/>
              </w:rPr>
              <w:t xml:space="preserve"> ngày làm việc </w:t>
            </w:r>
            <w:r w:rsidRPr="00972B74">
              <w:rPr>
                <w:rFonts w:cs="Times New Roman"/>
                <w:sz w:val="28"/>
                <w:szCs w:val="28"/>
              </w:rPr>
              <w:t>kể từ ngày nhận đủ hồ sơ hợp lệ.</w:t>
            </w:r>
          </w:p>
          <w:p w14:paraId="3C609CBB" w14:textId="6AE4639F" w:rsidR="00E270D8" w:rsidRPr="00972B74" w:rsidRDefault="00E270D8" w:rsidP="00F42FBF">
            <w:pPr>
              <w:widowControl w:val="0"/>
              <w:jc w:val="both"/>
              <w:rPr>
                <w:rFonts w:cs="Times New Roman"/>
                <w:sz w:val="28"/>
                <w:szCs w:val="28"/>
              </w:rPr>
            </w:pPr>
            <w:r w:rsidRPr="00972B74">
              <w:rPr>
                <w:rFonts w:cs="Times New Roman"/>
                <w:sz w:val="28"/>
                <w:szCs w:val="28"/>
              </w:rPr>
              <w:lastRenderedPageBreak/>
              <w:t xml:space="preserve">Lý do quy định: </w:t>
            </w:r>
            <w:r>
              <w:rPr>
                <w:rFonts w:cs="Times New Roman"/>
                <w:sz w:val="28"/>
                <w:szCs w:val="28"/>
              </w:rPr>
              <w:t>P</w:t>
            </w:r>
            <w:r w:rsidRPr="00972B74">
              <w:rPr>
                <w:rFonts w:cs="Times New Roman"/>
                <w:sz w:val="28"/>
                <w:szCs w:val="28"/>
              </w:rPr>
              <w:t xml:space="preserve">hù hợp yêu cầu </w:t>
            </w:r>
            <w:r>
              <w:rPr>
                <w:rFonts w:cs="Times New Roman"/>
                <w:sz w:val="28"/>
                <w:szCs w:val="28"/>
              </w:rPr>
              <w:t>tiếp nhận, kiểm tra</w:t>
            </w:r>
            <w:r w:rsidR="00DA2246">
              <w:rPr>
                <w:rFonts w:cs="Times New Roman"/>
                <w:sz w:val="28"/>
                <w:szCs w:val="28"/>
              </w:rPr>
              <w:t xml:space="preserve">, đề nghị Thủ trưởng các cơ quan, tổ chức, đơn vị, địa phương cấp </w:t>
            </w:r>
            <w:r w:rsidR="00F42FBF">
              <w:rPr>
                <w:rFonts w:cs="Times New Roman"/>
                <w:sz w:val="28"/>
                <w:szCs w:val="28"/>
              </w:rPr>
              <w:t>đổi</w:t>
            </w:r>
            <w:r w:rsidR="00DA2246">
              <w:rPr>
                <w:rFonts w:cs="Times New Roman"/>
                <w:sz w:val="28"/>
                <w:szCs w:val="28"/>
              </w:rPr>
              <w:t xml:space="preserve"> hiện vật khen thưởng.</w:t>
            </w:r>
          </w:p>
        </w:tc>
      </w:tr>
      <w:tr w:rsidR="00E270D8" w:rsidRPr="00972B74" w14:paraId="099A7E8C" w14:textId="77777777" w:rsidTr="007D6940">
        <w:tc>
          <w:tcPr>
            <w:tcW w:w="3118" w:type="dxa"/>
          </w:tcPr>
          <w:p w14:paraId="27D68B9B" w14:textId="77777777" w:rsidR="00E270D8" w:rsidRPr="00972B74" w:rsidRDefault="00E270D8" w:rsidP="007D6940">
            <w:pPr>
              <w:widowControl w:val="0"/>
              <w:jc w:val="both"/>
              <w:rPr>
                <w:rFonts w:cs="Times New Roman"/>
                <w:b/>
                <w:sz w:val="28"/>
                <w:szCs w:val="28"/>
              </w:rPr>
            </w:pPr>
            <w:r w:rsidRPr="00972B74">
              <w:rPr>
                <w:rFonts w:cs="Times New Roman"/>
                <w:sz w:val="28"/>
                <w:szCs w:val="28"/>
              </w:rPr>
              <w:lastRenderedPageBreak/>
              <w:t xml:space="preserve">b) Trường hợp nhiều cơ quan giải quyết, có quy định thời hạn từng cơ quan không? </w:t>
            </w:r>
          </w:p>
        </w:tc>
        <w:tc>
          <w:tcPr>
            <w:tcW w:w="11340" w:type="dxa"/>
          </w:tcPr>
          <w:p w14:paraId="6CB67E04" w14:textId="77777777" w:rsidR="00E270D8" w:rsidRPr="00972B74" w:rsidRDefault="00E270D8" w:rsidP="007D6940">
            <w:pPr>
              <w:widowControl w:val="0"/>
              <w:rPr>
                <w:rFonts w:cs="Times New Roman"/>
                <w:sz w:val="28"/>
                <w:szCs w:val="28"/>
              </w:rPr>
            </w:pPr>
            <w:r w:rsidRPr="00972B74">
              <w:rPr>
                <w:rFonts w:cs="Times New Roman"/>
                <w:sz w:val="28"/>
                <w:szCs w:val="28"/>
              </w:rPr>
              <w:t>Có [</w:t>
            </w:r>
            <w:proofErr w:type="gramStart"/>
            <w:r>
              <w:rPr>
                <w:rFonts w:cs="Times New Roman"/>
                <w:sz w:val="28"/>
                <w:szCs w:val="28"/>
              </w:rPr>
              <w:t>x</w:t>
            </w:r>
            <w:r w:rsidRPr="00972B74">
              <w:rPr>
                <w:rFonts w:cs="Times New Roman"/>
                <w:sz w:val="28"/>
                <w:szCs w:val="28"/>
              </w:rPr>
              <w:t xml:space="preserve"> ]</w:t>
            </w:r>
            <w:proofErr w:type="gramEnd"/>
            <w:r w:rsidRPr="00972B74">
              <w:rPr>
                <w:rFonts w:cs="Times New Roman"/>
                <w:sz w:val="28"/>
                <w:szCs w:val="28"/>
              </w:rPr>
              <w:t xml:space="preserve">       Không []</w:t>
            </w:r>
          </w:p>
          <w:p w14:paraId="300D4EF3" w14:textId="0DF0AF17" w:rsidR="00E270D8" w:rsidRPr="00972B74" w:rsidRDefault="00E270D8" w:rsidP="00DA2246">
            <w:pPr>
              <w:widowControl w:val="0"/>
              <w:rPr>
                <w:rFonts w:cs="Times New Roman"/>
                <w:sz w:val="28"/>
                <w:szCs w:val="28"/>
              </w:rPr>
            </w:pPr>
            <w:r w:rsidRPr="00972B74">
              <w:rPr>
                <w:rFonts w:cs="Times New Roman"/>
                <w:sz w:val="28"/>
                <w:szCs w:val="28"/>
              </w:rPr>
              <w:t>Lý do</w:t>
            </w:r>
            <w:r>
              <w:rPr>
                <w:rFonts w:cs="Times New Roman"/>
                <w:sz w:val="28"/>
                <w:szCs w:val="28"/>
              </w:rPr>
              <w:t xml:space="preserve"> quy định</w:t>
            </w:r>
            <w:r w:rsidRPr="00972B74">
              <w:rPr>
                <w:rFonts w:cs="Times New Roman"/>
                <w:sz w:val="28"/>
                <w:szCs w:val="28"/>
              </w:rPr>
              <w:t xml:space="preserve">: </w:t>
            </w:r>
            <w:r>
              <w:rPr>
                <w:rFonts w:cs="Times New Roman"/>
                <w:sz w:val="28"/>
                <w:szCs w:val="28"/>
              </w:rPr>
              <w:t>Rõ ràng, minh bạch trong giải quyết thủ tục hành chính, đảm bảo liên thông từ cơ quan đề nghị đến người có thẩm quyền ra quyết định.</w:t>
            </w:r>
          </w:p>
        </w:tc>
      </w:tr>
      <w:tr w:rsidR="00E270D8" w:rsidRPr="00972B74" w14:paraId="11297CAB" w14:textId="77777777" w:rsidTr="007D6940">
        <w:tc>
          <w:tcPr>
            <w:tcW w:w="14458" w:type="dxa"/>
            <w:gridSpan w:val="2"/>
          </w:tcPr>
          <w:p w14:paraId="06F5722A"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6. Đối tượng thực hiện</w:t>
            </w:r>
          </w:p>
        </w:tc>
      </w:tr>
      <w:tr w:rsidR="00E270D8" w:rsidRPr="00972B74" w14:paraId="08924DBF" w14:textId="77777777" w:rsidTr="007D6940">
        <w:tc>
          <w:tcPr>
            <w:tcW w:w="3118" w:type="dxa"/>
          </w:tcPr>
          <w:p w14:paraId="7FA06391" w14:textId="77777777" w:rsidR="00E270D8" w:rsidRPr="00972B74" w:rsidRDefault="00E270D8" w:rsidP="007D6940">
            <w:pPr>
              <w:widowControl w:val="0"/>
              <w:jc w:val="both"/>
              <w:rPr>
                <w:rFonts w:cs="Times New Roman"/>
                <w:sz w:val="28"/>
                <w:szCs w:val="28"/>
              </w:rPr>
            </w:pPr>
            <w:r w:rsidRPr="00972B74">
              <w:rPr>
                <w:rFonts w:cs="Times New Roman"/>
                <w:sz w:val="28"/>
                <w:szCs w:val="28"/>
              </w:rPr>
              <w:t>a) Đối tượng thực hiện:</w:t>
            </w:r>
          </w:p>
        </w:tc>
        <w:tc>
          <w:tcPr>
            <w:tcW w:w="11340" w:type="dxa"/>
          </w:tcPr>
          <w:p w14:paraId="47189B66" w14:textId="77777777" w:rsidR="00E270D8" w:rsidRPr="00972B74" w:rsidRDefault="00E270D8" w:rsidP="007D6940">
            <w:pPr>
              <w:widowControl w:val="0"/>
              <w:rPr>
                <w:rFonts w:cs="Times New Roman"/>
                <w:sz w:val="28"/>
                <w:szCs w:val="28"/>
              </w:rPr>
            </w:pPr>
            <w:r w:rsidRPr="00972B74">
              <w:rPr>
                <w:rFonts w:cs="Times New Roman"/>
                <w:sz w:val="28"/>
                <w:szCs w:val="28"/>
              </w:rPr>
              <w:t xml:space="preserve">- Tổ chức: Trong nước [x]       Nước ngoài </w:t>
            </w:r>
            <w:proofErr w:type="gramStart"/>
            <w:r w:rsidRPr="00972B74">
              <w:rPr>
                <w:rFonts w:cs="Times New Roman"/>
                <w:sz w:val="28"/>
                <w:szCs w:val="28"/>
              </w:rPr>
              <w:t>[ ]</w:t>
            </w:r>
            <w:proofErr w:type="gramEnd"/>
          </w:p>
          <w:p w14:paraId="160E7D49" w14:textId="77777777" w:rsidR="00E270D8" w:rsidRPr="00972B74" w:rsidRDefault="00E270D8" w:rsidP="007D6940">
            <w:pPr>
              <w:widowControl w:val="0"/>
              <w:rPr>
                <w:rFonts w:cs="Times New Roman"/>
                <w:sz w:val="28"/>
                <w:szCs w:val="28"/>
              </w:rPr>
            </w:pPr>
            <w:r w:rsidRPr="00972B74">
              <w:rPr>
                <w:rFonts w:cs="Times New Roman"/>
                <w:sz w:val="28"/>
                <w:szCs w:val="28"/>
              </w:rPr>
              <w:t xml:space="preserve">- Cá nhân: Trong nước [x]       Nước ngoài </w:t>
            </w:r>
            <w:proofErr w:type="gramStart"/>
            <w:r w:rsidRPr="00972B74">
              <w:rPr>
                <w:rFonts w:cs="Times New Roman"/>
                <w:sz w:val="28"/>
                <w:szCs w:val="28"/>
              </w:rPr>
              <w:t>[ ]</w:t>
            </w:r>
            <w:proofErr w:type="gramEnd"/>
          </w:p>
          <w:p w14:paraId="44E91C35" w14:textId="6DBD2696" w:rsidR="00E270D8" w:rsidRPr="00972B74" w:rsidRDefault="00E270D8" w:rsidP="007D6940">
            <w:pPr>
              <w:widowControl w:val="0"/>
              <w:jc w:val="both"/>
              <w:rPr>
                <w:rFonts w:cs="Times New Roman"/>
                <w:sz w:val="28"/>
                <w:szCs w:val="28"/>
              </w:rPr>
            </w:pPr>
            <w:r w:rsidRPr="00972B74">
              <w:rPr>
                <w:rFonts w:cs="Times New Roman"/>
                <w:sz w:val="28"/>
                <w:szCs w:val="28"/>
              </w:rPr>
              <w:t xml:space="preserve">Mô tả rõ: </w:t>
            </w:r>
            <w:r w:rsidR="00AD6C0A">
              <w:rPr>
                <w:rFonts w:cs="Times New Roman"/>
                <w:sz w:val="28"/>
                <w:szCs w:val="28"/>
              </w:rPr>
              <w:t xml:space="preserve">Tập thể, cá nhân, hộ gia đình </w:t>
            </w:r>
            <w:r>
              <w:rPr>
                <w:rFonts w:cs="Times New Roman"/>
                <w:sz w:val="28"/>
                <w:szCs w:val="28"/>
              </w:rPr>
              <w:t xml:space="preserve">có </w:t>
            </w:r>
            <w:r w:rsidR="00AD6C0A">
              <w:rPr>
                <w:rFonts w:cs="Times New Roman"/>
                <w:sz w:val="28"/>
                <w:szCs w:val="28"/>
              </w:rPr>
              <w:t>nh</w:t>
            </w:r>
            <w:r w:rsidR="00CF17CE">
              <w:rPr>
                <w:rFonts w:cs="Times New Roman"/>
                <w:sz w:val="28"/>
                <w:szCs w:val="28"/>
              </w:rPr>
              <w:t>u</w:t>
            </w:r>
            <w:r w:rsidR="00AD6C0A">
              <w:rPr>
                <w:rFonts w:cs="Times New Roman"/>
                <w:sz w:val="28"/>
                <w:szCs w:val="28"/>
              </w:rPr>
              <w:t xml:space="preserve"> cầu cấp đổi hiện vật khen thưởng.</w:t>
            </w:r>
          </w:p>
          <w:p w14:paraId="3DEBEA0E" w14:textId="77777777" w:rsidR="00E270D8" w:rsidRPr="00972B74" w:rsidRDefault="00E270D8" w:rsidP="007D6940">
            <w:pPr>
              <w:widowControl w:val="0"/>
              <w:rPr>
                <w:rFonts w:cs="Times New Roman"/>
                <w:sz w:val="28"/>
                <w:szCs w:val="28"/>
              </w:rPr>
            </w:pPr>
            <w:r w:rsidRPr="00972B74">
              <w:rPr>
                <w:rFonts w:cs="Times New Roman"/>
                <w:sz w:val="28"/>
                <w:szCs w:val="28"/>
              </w:rPr>
              <w:t xml:space="preserve">Có thể mở rộng/thu hẹp đối tượng không? Có </w:t>
            </w:r>
            <w:proofErr w:type="gramStart"/>
            <w:r w:rsidRPr="00972B74">
              <w:rPr>
                <w:rFonts w:cs="Times New Roman"/>
                <w:sz w:val="28"/>
                <w:szCs w:val="28"/>
              </w:rPr>
              <w:t>[ ]</w:t>
            </w:r>
            <w:proofErr w:type="gramEnd"/>
            <w:r w:rsidRPr="00972B74">
              <w:rPr>
                <w:rFonts w:cs="Times New Roman"/>
                <w:sz w:val="28"/>
                <w:szCs w:val="28"/>
              </w:rPr>
              <w:t xml:space="preserve">       Không [x]</w:t>
            </w:r>
          </w:p>
          <w:p w14:paraId="1E7EFBE5" w14:textId="7892CA86" w:rsidR="00E270D8" w:rsidRPr="00972B74" w:rsidRDefault="00E270D8" w:rsidP="00AD6C0A">
            <w:pPr>
              <w:widowControl w:val="0"/>
              <w:jc w:val="both"/>
              <w:rPr>
                <w:rFonts w:cs="Times New Roman"/>
                <w:sz w:val="28"/>
                <w:szCs w:val="28"/>
              </w:rPr>
            </w:pPr>
            <w:r>
              <w:rPr>
                <w:rFonts w:cs="Times New Roman"/>
                <w:sz w:val="28"/>
                <w:szCs w:val="28"/>
              </w:rPr>
              <w:t>Lý do: Đ</w:t>
            </w:r>
            <w:r w:rsidRPr="00972B74">
              <w:rPr>
                <w:rFonts w:cs="Times New Roman"/>
                <w:sz w:val="28"/>
                <w:szCs w:val="28"/>
              </w:rPr>
              <w:t xml:space="preserve">ối tượng thực hiện phải </w:t>
            </w:r>
            <w:r w:rsidR="00AD6C0A">
              <w:rPr>
                <w:rFonts w:cs="Times New Roman"/>
                <w:sz w:val="28"/>
                <w:szCs w:val="28"/>
              </w:rPr>
              <w:t>đúng là tập thể, cá nhân, hộ gia đình đã được khen thưởng, có hiện vật bị hư hỏng.</w:t>
            </w:r>
          </w:p>
        </w:tc>
      </w:tr>
      <w:tr w:rsidR="00E270D8" w:rsidRPr="00972B74" w14:paraId="3FB72F85" w14:textId="77777777" w:rsidTr="007D6940">
        <w:tc>
          <w:tcPr>
            <w:tcW w:w="3118" w:type="dxa"/>
          </w:tcPr>
          <w:p w14:paraId="6FBD4BC9"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b) Phạm vi áp dụng: </w:t>
            </w:r>
          </w:p>
        </w:tc>
        <w:tc>
          <w:tcPr>
            <w:tcW w:w="11340" w:type="dxa"/>
          </w:tcPr>
          <w:p w14:paraId="4C114F16" w14:textId="5ADB5CAC" w:rsidR="00E270D8" w:rsidRPr="00972B74" w:rsidRDefault="00E270D8" w:rsidP="007D6940">
            <w:pPr>
              <w:widowControl w:val="0"/>
              <w:rPr>
                <w:rFonts w:cs="Times New Roman"/>
                <w:sz w:val="28"/>
                <w:szCs w:val="28"/>
              </w:rPr>
            </w:pPr>
            <w:r w:rsidRPr="00972B74">
              <w:rPr>
                <w:rFonts w:cs="Times New Roman"/>
                <w:sz w:val="28"/>
                <w:szCs w:val="28"/>
              </w:rPr>
              <w:t>Toàn quốc [</w:t>
            </w:r>
            <w:r w:rsidR="00AD6C0A">
              <w:rPr>
                <w:rFonts w:cs="Times New Roman"/>
                <w:sz w:val="28"/>
                <w:szCs w:val="28"/>
              </w:rPr>
              <w:t>x</w:t>
            </w:r>
            <w:r w:rsidRPr="00972B74">
              <w:rPr>
                <w:rFonts w:cs="Times New Roman"/>
                <w:sz w:val="28"/>
                <w:szCs w:val="28"/>
              </w:rPr>
              <w:t xml:space="preserve">]       Vùng </w:t>
            </w:r>
            <w:proofErr w:type="gramStart"/>
            <w:r w:rsidRPr="00972B74">
              <w:rPr>
                <w:rFonts w:cs="Times New Roman"/>
                <w:sz w:val="28"/>
                <w:szCs w:val="28"/>
              </w:rPr>
              <w:t>[ ]</w:t>
            </w:r>
            <w:proofErr w:type="gramEnd"/>
            <w:r w:rsidRPr="00972B74">
              <w:rPr>
                <w:rFonts w:cs="Times New Roman"/>
                <w:sz w:val="28"/>
                <w:szCs w:val="28"/>
              </w:rPr>
              <w:t xml:space="preserve">       Địa phương [x]; Nông thôn [x]       Đô thị [x]       Miền núi [x]       Biên giới [x] nếu có địa bàn áp dụng.</w:t>
            </w:r>
          </w:p>
          <w:p w14:paraId="4F13DC94" w14:textId="0C1F2566" w:rsidR="00E270D8" w:rsidRDefault="00E270D8" w:rsidP="00AD6C0A">
            <w:pPr>
              <w:widowControl w:val="0"/>
              <w:jc w:val="both"/>
              <w:rPr>
                <w:rFonts w:cs="Times New Roman"/>
                <w:sz w:val="28"/>
                <w:szCs w:val="28"/>
              </w:rPr>
            </w:pPr>
            <w:r>
              <w:rPr>
                <w:rFonts w:cs="Times New Roman"/>
                <w:sz w:val="28"/>
                <w:szCs w:val="28"/>
              </w:rPr>
              <w:t>Lý do quy định</w:t>
            </w:r>
            <w:r w:rsidRPr="00972B74">
              <w:rPr>
                <w:rFonts w:cs="Times New Roman"/>
                <w:sz w:val="28"/>
                <w:szCs w:val="28"/>
              </w:rPr>
              <w:t xml:space="preserve">: </w:t>
            </w:r>
            <w:r>
              <w:rPr>
                <w:rFonts w:cs="Times New Roman"/>
                <w:sz w:val="28"/>
                <w:szCs w:val="28"/>
              </w:rPr>
              <w:t xml:space="preserve">Đối tượng áp dụng theo dự thảo bao gồm </w:t>
            </w:r>
            <w:r w:rsidR="00AD6C0A">
              <w:rPr>
                <w:rFonts w:cs="Times New Roman"/>
                <w:sz w:val="28"/>
                <w:szCs w:val="28"/>
              </w:rPr>
              <w:t xml:space="preserve">tập thể, cá nhân, hộ gia đình </w:t>
            </w:r>
            <w:r>
              <w:rPr>
                <w:rFonts w:cs="Times New Roman"/>
                <w:sz w:val="28"/>
                <w:szCs w:val="28"/>
              </w:rPr>
              <w:t xml:space="preserve">cá </w:t>
            </w:r>
            <w:r w:rsidR="00AD6C0A">
              <w:rPr>
                <w:rFonts w:cs="Times New Roman"/>
                <w:sz w:val="28"/>
                <w:szCs w:val="28"/>
              </w:rPr>
              <w:t xml:space="preserve">nhân trên địa bàn tỉnh; cá nhân, tập thể </w:t>
            </w:r>
            <w:r>
              <w:rPr>
                <w:rFonts w:cs="Times New Roman"/>
                <w:sz w:val="28"/>
                <w:szCs w:val="28"/>
              </w:rPr>
              <w:t>ngoài tỉnh đang công tác tại các Bộ, ban, ngành Trung ương.</w:t>
            </w:r>
          </w:p>
          <w:p w14:paraId="4801EE96" w14:textId="77777777" w:rsidR="00E270D8" w:rsidRDefault="00E270D8" w:rsidP="007D6940">
            <w:pPr>
              <w:widowControl w:val="0"/>
              <w:rPr>
                <w:rFonts w:cs="Times New Roman"/>
                <w:sz w:val="28"/>
                <w:szCs w:val="28"/>
              </w:rPr>
            </w:pPr>
            <w:r>
              <w:rPr>
                <w:rFonts w:cs="Times New Roman"/>
                <w:sz w:val="28"/>
                <w:szCs w:val="28"/>
              </w:rPr>
              <w:t xml:space="preserve">- </w:t>
            </w:r>
            <w:r w:rsidRPr="00907ABC">
              <w:rPr>
                <w:rFonts w:cs="Times New Roman"/>
                <w:sz w:val="28"/>
                <w:szCs w:val="28"/>
              </w:rPr>
              <w:t>Có thể</w:t>
            </w:r>
            <w:r>
              <w:rPr>
                <w:rFonts w:cs="Times New Roman"/>
                <w:sz w:val="28"/>
                <w:szCs w:val="28"/>
              </w:rPr>
              <w:t xml:space="preserve"> mở rộng/thu hẹp phạm vi áp dụng không?</w:t>
            </w:r>
          </w:p>
          <w:p w14:paraId="0D2ABBA6" w14:textId="77777777" w:rsidR="00E270D8" w:rsidRDefault="00E270D8"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7450180A" w14:textId="76B94EE9" w:rsidR="00E270D8" w:rsidRPr="00972B74" w:rsidRDefault="00E270D8" w:rsidP="00AD6C0A">
            <w:pPr>
              <w:widowControl w:val="0"/>
              <w:jc w:val="both"/>
              <w:rPr>
                <w:rFonts w:cs="Times New Roman"/>
                <w:sz w:val="28"/>
                <w:szCs w:val="28"/>
              </w:rPr>
            </w:pPr>
            <w:r>
              <w:rPr>
                <w:rFonts w:cs="Times New Roman"/>
                <w:sz w:val="28"/>
                <w:szCs w:val="28"/>
              </w:rPr>
              <w:t xml:space="preserve">Nêu rõ lý do: Phạm vi áp dụng để </w:t>
            </w:r>
            <w:r w:rsidR="00AD6C0A">
              <w:rPr>
                <w:rFonts w:cs="Times New Roman"/>
                <w:color w:val="000000"/>
                <w:sz w:val="28"/>
                <w:szCs w:val="28"/>
              </w:rPr>
              <w:t>cấp đổi hiện vật khen thưởng thuộc thẩm quyền của Thủ trưởng cơ quan, tổ chức, đơn vị, địa phương thuộc tỉnh.</w:t>
            </w:r>
          </w:p>
        </w:tc>
      </w:tr>
      <w:tr w:rsidR="00E270D8" w:rsidRPr="00972B74" w14:paraId="270A7809" w14:textId="77777777" w:rsidTr="007D6940">
        <w:tc>
          <w:tcPr>
            <w:tcW w:w="14458" w:type="dxa"/>
            <w:gridSpan w:val="2"/>
          </w:tcPr>
          <w:p w14:paraId="71A6CCC4" w14:textId="564EE71A" w:rsidR="00E270D8" w:rsidRPr="00972B74" w:rsidRDefault="00E270D8" w:rsidP="00A95F5F">
            <w:pPr>
              <w:widowControl w:val="0"/>
              <w:spacing w:before="120"/>
              <w:rPr>
                <w:rFonts w:cs="Times New Roman"/>
                <w:sz w:val="28"/>
                <w:szCs w:val="28"/>
              </w:rPr>
            </w:pPr>
            <w:r w:rsidRPr="00972B74">
              <w:rPr>
                <w:rFonts w:cs="Times New Roman"/>
                <w:sz w:val="28"/>
                <w:szCs w:val="28"/>
              </w:rPr>
              <w:t xml:space="preserve">Dự kiến số lượng đối tượng thực hiện/1 năm: </w:t>
            </w:r>
            <w:r>
              <w:rPr>
                <w:rFonts w:cs="Times New Roman"/>
                <w:sz w:val="28"/>
                <w:szCs w:val="28"/>
              </w:rPr>
              <w:t xml:space="preserve">khoảng </w:t>
            </w:r>
            <w:r w:rsidR="00CF17CE">
              <w:rPr>
                <w:rFonts w:cs="Times New Roman"/>
                <w:sz w:val="28"/>
                <w:szCs w:val="28"/>
              </w:rPr>
              <w:t>50</w:t>
            </w:r>
            <w:r>
              <w:rPr>
                <w:rFonts w:cs="Times New Roman"/>
                <w:sz w:val="28"/>
                <w:szCs w:val="28"/>
              </w:rPr>
              <w:t xml:space="preserve"> hồ sơ.</w:t>
            </w:r>
          </w:p>
        </w:tc>
      </w:tr>
      <w:tr w:rsidR="00E270D8" w:rsidRPr="00972B74" w14:paraId="28A59F4A" w14:textId="77777777" w:rsidTr="007D6940">
        <w:tc>
          <w:tcPr>
            <w:tcW w:w="3118" w:type="dxa"/>
          </w:tcPr>
          <w:p w14:paraId="57ABBC6C" w14:textId="77777777" w:rsidR="00E270D8" w:rsidRPr="00972B74" w:rsidRDefault="00E270D8" w:rsidP="00A95F5F">
            <w:pPr>
              <w:widowControl w:val="0"/>
              <w:spacing w:before="120" w:after="120"/>
              <w:jc w:val="both"/>
              <w:rPr>
                <w:rFonts w:cs="Times New Roman"/>
                <w:sz w:val="28"/>
                <w:szCs w:val="28"/>
              </w:rPr>
            </w:pPr>
            <w:r w:rsidRPr="00972B74">
              <w:rPr>
                <w:rFonts w:cs="Times New Roman"/>
                <w:b/>
                <w:sz w:val="28"/>
                <w:szCs w:val="28"/>
              </w:rPr>
              <w:t>7. Cơ quan gi</w:t>
            </w:r>
            <w:r w:rsidRPr="00972B74">
              <w:rPr>
                <w:rFonts w:cs="Times New Roman"/>
                <w:b/>
                <w:spacing w:val="-4"/>
                <w:sz w:val="28"/>
                <w:szCs w:val="28"/>
              </w:rPr>
              <w:t>ải quyết</w:t>
            </w:r>
          </w:p>
        </w:tc>
        <w:tc>
          <w:tcPr>
            <w:tcW w:w="11340" w:type="dxa"/>
          </w:tcPr>
          <w:p w14:paraId="72685C30" w14:textId="77777777" w:rsidR="00E270D8" w:rsidRPr="00972B74" w:rsidRDefault="00E270D8" w:rsidP="007D6940">
            <w:pPr>
              <w:widowControl w:val="0"/>
              <w:rPr>
                <w:rFonts w:cs="Times New Roman"/>
                <w:sz w:val="28"/>
                <w:szCs w:val="28"/>
              </w:rPr>
            </w:pPr>
          </w:p>
        </w:tc>
      </w:tr>
      <w:tr w:rsidR="00E270D8" w:rsidRPr="00972B74" w14:paraId="6D95CFE8" w14:textId="77777777" w:rsidTr="007D6940">
        <w:tc>
          <w:tcPr>
            <w:tcW w:w="3118" w:type="dxa"/>
          </w:tcPr>
          <w:p w14:paraId="74DCAB7A" w14:textId="77777777" w:rsidR="00E270D8" w:rsidRPr="00972B74" w:rsidRDefault="00E270D8" w:rsidP="007D6940">
            <w:pPr>
              <w:widowControl w:val="0"/>
              <w:jc w:val="both"/>
              <w:rPr>
                <w:rFonts w:cs="Times New Roman"/>
                <w:b/>
                <w:sz w:val="28"/>
                <w:szCs w:val="28"/>
              </w:rPr>
            </w:pPr>
            <w:r w:rsidRPr="00972B74">
              <w:rPr>
                <w:rFonts w:cs="Times New Roman"/>
                <w:sz w:val="28"/>
                <w:szCs w:val="28"/>
              </w:rPr>
              <w:t xml:space="preserve">a) Có được quy định rõ ràng, cụ thể không? </w:t>
            </w:r>
          </w:p>
        </w:tc>
        <w:tc>
          <w:tcPr>
            <w:tcW w:w="11340" w:type="dxa"/>
          </w:tcPr>
          <w:p w14:paraId="50AB601B" w14:textId="77777777" w:rsidR="00E270D8" w:rsidRPr="00972B74" w:rsidRDefault="00E270D8" w:rsidP="007D6940">
            <w:pPr>
              <w:widowControl w:val="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5992BE27" w14:textId="76E9F000" w:rsidR="00E270D8" w:rsidRPr="00972B74" w:rsidRDefault="00E270D8" w:rsidP="00AD6C0A">
            <w:pPr>
              <w:widowControl w:val="0"/>
              <w:jc w:val="both"/>
              <w:rPr>
                <w:rFonts w:cs="Times New Roman"/>
                <w:sz w:val="28"/>
                <w:szCs w:val="28"/>
              </w:rPr>
            </w:pPr>
            <w:r w:rsidRPr="00972B74">
              <w:rPr>
                <w:rFonts w:cs="Times New Roman"/>
                <w:sz w:val="28"/>
                <w:szCs w:val="28"/>
              </w:rPr>
              <w:t xml:space="preserve">Lý do: </w:t>
            </w:r>
            <w:r w:rsidR="00AD6C0A">
              <w:rPr>
                <w:rFonts w:cs="Times New Roman"/>
                <w:sz w:val="28"/>
                <w:szCs w:val="28"/>
              </w:rPr>
              <w:t xml:space="preserve">Phòng, ban, đơn vị thuộc </w:t>
            </w:r>
            <w:r w:rsidR="00AD6C0A">
              <w:rPr>
                <w:rFonts w:cs="Times New Roman"/>
                <w:color w:val="000000"/>
                <w:sz w:val="28"/>
                <w:szCs w:val="28"/>
              </w:rPr>
              <w:t xml:space="preserve">cơ quan, tổ chức, đơn vị, địa phương thuộc tỉnh hoặc </w:t>
            </w:r>
            <w:r w:rsidR="00AD6C0A">
              <w:rPr>
                <w:rFonts w:cs="Times New Roman"/>
                <w:sz w:val="28"/>
                <w:szCs w:val="28"/>
              </w:rPr>
              <w:t xml:space="preserve">Trung tâm </w:t>
            </w:r>
            <w:r w:rsidR="00AD6C0A">
              <w:rPr>
                <w:rFonts w:cs="Times New Roman"/>
                <w:sz w:val="28"/>
                <w:szCs w:val="28"/>
              </w:rPr>
              <w:lastRenderedPageBreak/>
              <w:t xml:space="preserve">Phục vụ hành chính công cấp xã </w:t>
            </w:r>
            <w:r>
              <w:rPr>
                <w:rFonts w:cs="Times New Roman"/>
                <w:sz w:val="28"/>
                <w:szCs w:val="28"/>
              </w:rPr>
              <w:t xml:space="preserve">là </w:t>
            </w:r>
            <w:r w:rsidRPr="00972B74">
              <w:rPr>
                <w:rFonts w:cs="Times New Roman"/>
                <w:sz w:val="28"/>
                <w:szCs w:val="28"/>
              </w:rPr>
              <w:t xml:space="preserve">cơ quan </w:t>
            </w:r>
            <w:r>
              <w:rPr>
                <w:rFonts w:cs="Times New Roman"/>
                <w:sz w:val="28"/>
                <w:szCs w:val="28"/>
              </w:rPr>
              <w:t xml:space="preserve">tiếp nhận hồ sơ, </w:t>
            </w:r>
            <w:r w:rsidRPr="00972B74">
              <w:rPr>
                <w:rFonts w:cs="Times New Roman"/>
                <w:sz w:val="28"/>
                <w:szCs w:val="28"/>
              </w:rPr>
              <w:t>trả kết q</w:t>
            </w:r>
            <w:r>
              <w:rPr>
                <w:rFonts w:cs="Times New Roman"/>
                <w:sz w:val="28"/>
                <w:szCs w:val="28"/>
              </w:rPr>
              <w:t xml:space="preserve">uả; </w:t>
            </w:r>
            <w:r w:rsidR="00AD6C0A">
              <w:rPr>
                <w:rFonts w:cs="Times New Roman"/>
                <w:sz w:val="28"/>
                <w:szCs w:val="28"/>
              </w:rPr>
              <w:t xml:space="preserve">Phòng, ban, đơn vị </w:t>
            </w:r>
            <w:r>
              <w:rPr>
                <w:rFonts w:cs="Times New Roman"/>
                <w:sz w:val="28"/>
                <w:szCs w:val="28"/>
              </w:rPr>
              <w:t>là cơ quan giải quyết thủ tục hành chính.</w:t>
            </w:r>
          </w:p>
        </w:tc>
      </w:tr>
      <w:tr w:rsidR="00E270D8" w:rsidRPr="00972B74" w14:paraId="368B1EEF" w14:textId="77777777" w:rsidTr="007D6940">
        <w:tc>
          <w:tcPr>
            <w:tcW w:w="3118" w:type="dxa"/>
          </w:tcPr>
          <w:p w14:paraId="2755ED25" w14:textId="77777777" w:rsidR="00E270D8" w:rsidRPr="00972B74" w:rsidRDefault="00E270D8" w:rsidP="007D6940">
            <w:pPr>
              <w:widowControl w:val="0"/>
              <w:jc w:val="both"/>
              <w:rPr>
                <w:rFonts w:cs="Times New Roman"/>
                <w:b/>
                <w:sz w:val="28"/>
                <w:szCs w:val="28"/>
              </w:rPr>
            </w:pPr>
            <w:r w:rsidRPr="00972B74">
              <w:rPr>
                <w:rFonts w:cs="Times New Roman"/>
                <w:sz w:val="28"/>
                <w:szCs w:val="28"/>
              </w:rPr>
              <w:lastRenderedPageBreak/>
              <w:t xml:space="preserve">b) Có thể mở rộng ủy quyền hoặc phân cấp thực hiện không? </w:t>
            </w:r>
          </w:p>
        </w:tc>
        <w:tc>
          <w:tcPr>
            <w:tcW w:w="11340" w:type="dxa"/>
          </w:tcPr>
          <w:p w14:paraId="267773A4" w14:textId="229CBA1A" w:rsidR="00E270D8" w:rsidRPr="00972B74" w:rsidRDefault="00AD6C0A" w:rsidP="007D6940">
            <w:pPr>
              <w:widowControl w:val="0"/>
              <w:rPr>
                <w:rFonts w:cs="Times New Roman"/>
                <w:sz w:val="28"/>
                <w:szCs w:val="28"/>
              </w:rPr>
            </w:pPr>
            <w:r>
              <w:rPr>
                <w:rFonts w:cs="Times New Roman"/>
                <w:sz w:val="28"/>
                <w:szCs w:val="28"/>
              </w:rPr>
              <w:t xml:space="preserve">Có </w:t>
            </w:r>
            <w:proofErr w:type="gramStart"/>
            <w:r>
              <w:rPr>
                <w:rFonts w:cs="Times New Roman"/>
                <w:sz w:val="28"/>
                <w:szCs w:val="28"/>
              </w:rPr>
              <w:t>[</w:t>
            </w:r>
            <w:r w:rsidR="00E270D8" w:rsidRPr="00972B74">
              <w:rPr>
                <w:rFonts w:cs="Times New Roman"/>
                <w:sz w:val="28"/>
                <w:szCs w:val="28"/>
              </w:rPr>
              <w:t xml:space="preserve">]   </w:t>
            </w:r>
            <w:proofErr w:type="gramEnd"/>
            <w:r w:rsidR="00E270D8" w:rsidRPr="00972B74">
              <w:rPr>
                <w:rFonts w:cs="Times New Roman"/>
                <w:sz w:val="28"/>
                <w:szCs w:val="28"/>
              </w:rPr>
              <w:t xml:space="preserve">    Không [x]</w:t>
            </w:r>
          </w:p>
          <w:p w14:paraId="4F9C3431" w14:textId="6B1513D4" w:rsidR="00E270D8" w:rsidRPr="00972B74" w:rsidRDefault="00E270D8" w:rsidP="00AD6C0A">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D</w:t>
            </w:r>
            <w:r w:rsidRPr="00972B74">
              <w:rPr>
                <w:rFonts w:cs="Times New Roman"/>
                <w:sz w:val="28"/>
                <w:szCs w:val="28"/>
              </w:rPr>
              <w:t xml:space="preserve">ự thảo đã giao </w:t>
            </w:r>
            <w:r w:rsidR="00AD6C0A">
              <w:rPr>
                <w:rFonts w:cs="Times New Roman"/>
                <w:sz w:val="28"/>
                <w:szCs w:val="28"/>
              </w:rPr>
              <w:t xml:space="preserve">Phòng, ban, đơn vị thuộc </w:t>
            </w:r>
            <w:r w:rsidR="00AD6C0A">
              <w:rPr>
                <w:rFonts w:cs="Times New Roman"/>
                <w:color w:val="000000"/>
                <w:sz w:val="28"/>
                <w:szCs w:val="28"/>
              </w:rPr>
              <w:t xml:space="preserve">cơ quan, tổ chức, đơn vị, địa phương thuộc tỉnh </w:t>
            </w:r>
            <w:r>
              <w:rPr>
                <w:rFonts w:cs="Times New Roman"/>
                <w:sz w:val="28"/>
                <w:szCs w:val="28"/>
              </w:rPr>
              <w:t xml:space="preserve">là đầu mối </w:t>
            </w:r>
            <w:r w:rsidR="00AD6C0A">
              <w:rPr>
                <w:rFonts w:cs="Times New Roman"/>
                <w:sz w:val="28"/>
                <w:szCs w:val="28"/>
              </w:rPr>
              <w:t xml:space="preserve">tiếp nhận, </w:t>
            </w:r>
            <w:r>
              <w:rPr>
                <w:rFonts w:cs="Times New Roman"/>
                <w:sz w:val="28"/>
                <w:szCs w:val="28"/>
              </w:rPr>
              <w:t>đề nghị theo chức năng, nhiệm vụ được giao.</w:t>
            </w:r>
          </w:p>
        </w:tc>
      </w:tr>
      <w:tr w:rsidR="00E270D8" w:rsidRPr="00972B74" w14:paraId="1B79E916" w14:textId="77777777" w:rsidTr="007D6940">
        <w:tc>
          <w:tcPr>
            <w:tcW w:w="14458" w:type="dxa"/>
            <w:gridSpan w:val="2"/>
          </w:tcPr>
          <w:p w14:paraId="122E7637"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8. Phí, lệ phí và các chi phí khác (nếu có)</w:t>
            </w:r>
          </w:p>
        </w:tc>
      </w:tr>
      <w:tr w:rsidR="00E270D8" w:rsidRPr="00972B74" w14:paraId="44CBEF5E" w14:textId="77777777" w:rsidTr="007D6940">
        <w:tc>
          <w:tcPr>
            <w:tcW w:w="3118" w:type="dxa"/>
          </w:tcPr>
          <w:p w14:paraId="2EEFA0F3" w14:textId="77777777" w:rsidR="00E270D8" w:rsidRPr="00972B74" w:rsidRDefault="00E270D8" w:rsidP="007D6940">
            <w:pPr>
              <w:widowControl w:val="0"/>
              <w:jc w:val="both"/>
              <w:rPr>
                <w:rFonts w:cs="Times New Roman"/>
                <w:sz w:val="28"/>
                <w:szCs w:val="28"/>
              </w:rPr>
            </w:pPr>
            <w:r w:rsidRPr="00972B74">
              <w:rPr>
                <w:rFonts w:cs="Times New Roman"/>
                <w:sz w:val="28"/>
                <w:szCs w:val="28"/>
              </w:rPr>
              <w:t>a) Có quy định về phí, lệ phí và chi phí khác không?</w:t>
            </w:r>
          </w:p>
        </w:tc>
        <w:tc>
          <w:tcPr>
            <w:tcW w:w="11340" w:type="dxa"/>
          </w:tcPr>
          <w:p w14:paraId="39FE4758" w14:textId="77777777" w:rsidR="00E270D8" w:rsidRPr="00972B74" w:rsidRDefault="00E270D8" w:rsidP="007D6940">
            <w:pPr>
              <w:widowControl w:val="0"/>
              <w:rPr>
                <w:rFonts w:cs="Times New Roman"/>
                <w:sz w:val="28"/>
                <w:szCs w:val="28"/>
              </w:rPr>
            </w:pPr>
            <w:r w:rsidRPr="00972B74">
              <w:rPr>
                <w:rFonts w:cs="Times New Roman"/>
                <w:sz w:val="28"/>
                <w:szCs w:val="28"/>
              </w:rPr>
              <w:t xml:space="preserve">Lệ phí: Không [x]       Có </w:t>
            </w:r>
            <w:proofErr w:type="gramStart"/>
            <w:r w:rsidRPr="00972B74">
              <w:rPr>
                <w:rFonts w:cs="Times New Roman"/>
                <w:sz w:val="28"/>
                <w:szCs w:val="28"/>
              </w:rPr>
              <w:t>[ ]</w:t>
            </w:r>
            <w:proofErr w:type="gramEnd"/>
          </w:p>
          <w:p w14:paraId="6B03D63B" w14:textId="77777777" w:rsidR="00E270D8" w:rsidRPr="00972B74" w:rsidRDefault="00E270D8" w:rsidP="007D6940">
            <w:pPr>
              <w:widowControl w:val="0"/>
              <w:rPr>
                <w:rFonts w:cs="Times New Roman"/>
                <w:sz w:val="28"/>
                <w:szCs w:val="28"/>
              </w:rPr>
            </w:pPr>
            <w:r w:rsidRPr="00972B74">
              <w:rPr>
                <w:rFonts w:cs="Times New Roman"/>
                <w:sz w:val="28"/>
                <w:szCs w:val="28"/>
              </w:rPr>
              <w:t xml:space="preserve">Phí: Không [x]       Có </w:t>
            </w:r>
            <w:proofErr w:type="gramStart"/>
            <w:r w:rsidRPr="00972B74">
              <w:rPr>
                <w:rFonts w:cs="Times New Roman"/>
                <w:sz w:val="28"/>
                <w:szCs w:val="28"/>
              </w:rPr>
              <w:t>[ ]</w:t>
            </w:r>
            <w:proofErr w:type="gramEnd"/>
          </w:p>
          <w:p w14:paraId="0D3E786B" w14:textId="77777777" w:rsidR="00E270D8" w:rsidRPr="00972B74" w:rsidRDefault="00E270D8" w:rsidP="007D6940">
            <w:pPr>
              <w:widowControl w:val="0"/>
              <w:rPr>
                <w:rFonts w:cs="Times New Roman"/>
                <w:sz w:val="28"/>
                <w:szCs w:val="28"/>
              </w:rPr>
            </w:pPr>
            <w:r w:rsidRPr="00972B74">
              <w:rPr>
                <w:rFonts w:cs="Times New Roman"/>
                <w:sz w:val="28"/>
                <w:szCs w:val="28"/>
              </w:rPr>
              <w:t xml:space="preserve">Chi phí khác do dự thảo quy định: Không [x]       Có </w:t>
            </w:r>
            <w:proofErr w:type="gramStart"/>
            <w:r w:rsidRPr="00972B74">
              <w:rPr>
                <w:rFonts w:cs="Times New Roman"/>
                <w:sz w:val="28"/>
                <w:szCs w:val="28"/>
              </w:rPr>
              <w:t>[ ]</w:t>
            </w:r>
            <w:proofErr w:type="gramEnd"/>
          </w:p>
          <w:p w14:paraId="309E5266"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Dự thảo không quy định phí, lệ phí hoặc chi phí khác. </w:t>
            </w:r>
          </w:p>
        </w:tc>
      </w:tr>
      <w:tr w:rsidR="00E270D8" w:rsidRPr="00972B74" w14:paraId="68D11AC3" w14:textId="77777777" w:rsidTr="007D6940">
        <w:tc>
          <w:tcPr>
            <w:tcW w:w="3118" w:type="dxa"/>
          </w:tcPr>
          <w:p w14:paraId="5EAABA98"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b) Quy định về cách thức, thời điểm nộp phí, lệ phí và các chi phí khác (nếu có) có hợp lý không? </w:t>
            </w:r>
          </w:p>
        </w:tc>
        <w:tc>
          <w:tcPr>
            <w:tcW w:w="11340" w:type="dxa"/>
          </w:tcPr>
          <w:p w14:paraId="56C54411" w14:textId="77777777" w:rsidR="00E270D8" w:rsidRPr="00972B74" w:rsidRDefault="00E270D8" w:rsidP="007D6940">
            <w:pPr>
              <w:widowControl w:val="0"/>
              <w:jc w:val="both"/>
              <w:rPr>
                <w:rFonts w:cs="Times New Roman"/>
                <w:sz w:val="28"/>
                <w:szCs w:val="28"/>
              </w:rPr>
            </w:pPr>
            <w:r w:rsidRPr="00972B74">
              <w:rPr>
                <w:rFonts w:cs="Times New Roman"/>
                <w:sz w:val="28"/>
                <w:szCs w:val="28"/>
              </w:rPr>
              <w:t>Không [x]       Có [ ]</w:t>
            </w:r>
          </w:p>
        </w:tc>
      </w:tr>
      <w:tr w:rsidR="00E270D8" w:rsidRPr="00972B74" w14:paraId="00DCFFB6" w14:textId="77777777" w:rsidTr="007D6940">
        <w:tc>
          <w:tcPr>
            <w:tcW w:w="3118" w:type="dxa"/>
          </w:tcPr>
          <w:p w14:paraId="38FC9BD5"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9. Mẫu đơn, tờ khai</w:t>
            </w:r>
          </w:p>
        </w:tc>
        <w:tc>
          <w:tcPr>
            <w:tcW w:w="11340" w:type="dxa"/>
          </w:tcPr>
          <w:p w14:paraId="4DF310EC" w14:textId="77777777" w:rsidR="00E270D8" w:rsidRPr="00972B74" w:rsidRDefault="00E270D8" w:rsidP="007D6940">
            <w:pPr>
              <w:widowControl w:val="0"/>
              <w:rPr>
                <w:rFonts w:cs="Times New Roman"/>
                <w:sz w:val="28"/>
                <w:szCs w:val="28"/>
              </w:rPr>
            </w:pPr>
          </w:p>
        </w:tc>
      </w:tr>
      <w:tr w:rsidR="00E270D8" w:rsidRPr="00972B74" w14:paraId="1073192E" w14:textId="77777777" w:rsidTr="007D6940">
        <w:tc>
          <w:tcPr>
            <w:tcW w:w="3118" w:type="dxa"/>
          </w:tcPr>
          <w:p w14:paraId="394A91A7" w14:textId="77777777" w:rsidR="00E270D8" w:rsidRPr="00972B74" w:rsidRDefault="00E270D8" w:rsidP="007D6940">
            <w:pPr>
              <w:widowControl w:val="0"/>
              <w:jc w:val="both"/>
              <w:rPr>
                <w:rFonts w:cs="Times New Roman"/>
                <w:b/>
                <w:sz w:val="28"/>
                <w:szCs w:val="28"/>
              </w:rPr>
            </w:pPr>
            <w:r w:rsidRPr="00972B74">
              <w:rPr>
                <w:rFonts w:cs="Times New Roman"/>
                <w:sz w:val="28"/>
                <w:szCs w:val="28"/>
              </w:rPr>
              <w:t>a) Có quy định về mẫu đơn, tờ khai không?</w:t>
            </w:r>
          </w:p>
        </w:tc>
        <w:tc>
          <w:tcPr>
            <w:tcW w:w="11340" w:type="dxa"/>
          </w:tcPr>
          <w:p w14:paraId="7CC297C5" w14:textId="77777777" w:rsidR="00E270D8" w:rsidRPr="00972B74" w:rsidRDefault="00E270D8" w:rsidP="007D6940">
            <w:pPr>
              <w:widowControl w:val="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50455FA5" w14:textId="14BE52B1" w:rsidR="00E270D8" w:rsidRPr="00972B74" w:rsidRDefault="00E270D8" w:rsidP="00AD6C0A">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M</w:t>
            </w:r>
            <w:r w:rsidRPr="00972B74">
              <w:rPr>
                <w:rFonts w:cs="Times New Roman"/>
                <w:sz w:val="28"/>
                <w:szCs w:val="28"/>
              </w:rPr>
              <w:t xml:space="preserve">ẫu </w:t>
            </w:r>
            <w:r w:rsidR="00AD6C0A">
              <w:rPr>
                <w:rFonts w:cs="Times New Roman"/>
                <w:sz w:val="28"/>
                <w:szCs w:val="28"/>
              </w:rPr>
              <w:t xml:space="preserve">Văn bản đề nghị của tập thể; mẫu đơn của cá nhân, hộ gia đình </w:t>
            </w:r>
            <w:r w:rsidRPr="00972B74">
              <w:rPr>
                <w:rFonts w:cs="Times New Roman"/>
                <w:sz w:val="28"/>
                <w:szCs w:val="28"/>
              </w:rPr>
              <w:t xml:space="preserve">giúp </w:t>
            </w:r>
            <w:r>
              <w:rPr>
                <w:rFonts w:cs="Times New Roman"/>
                <w:sz w:val="28"/>
                <w:szCs w:val="28"/>
              </w:rPr>
              <w:t>đảm bảo về đối tượng</w:t>
            </w:r>
            <w:r w:rsidR="00AD6C0A">
              <w:rPr>
                <w:rFonts w:cs="Times New Roman"/>
                <w:sz w:val="28"/>
                <w:szCs w:val="28"/>
              </w:rPr>
              <w:t xml:space="preserve">, rõ ràng về hiện vật được đề nghị cấp đổi và quá trình </w:t>
            </w:r>
            <w:r>
              <w:rPr>
                <w:rFonts w:cs="Times New Roman"/>
                <w:sz w:val="28"/>
                <w:szCs w:val="28"/>
              </w:rPr>
              <w:t>lưu trữ hồ sơ.</w:t>
            </w:r>
          </w:p>
        </w:tc>
      </w:tr>
      <w:tr w:rsidR="00E270D8" w:rsidRPr="00A94BB0" w14:paraId="0E2F2D70" w14:textId="77777777" w:rsidTr="007D6940">
        <w:tc>
          <w:tcPr>
            <w:tcW w:w="3118" w:type="dxa"/>
          </w:tcPr>
          <w:p w14:paraId="2A99C431" w14:textId="63DBC378" w:rsidR="00E270D8" w:rsidRPr="00972B74" w:rsidRDefault="00E270D8" w:rsidP="00AD6C0A">
            <w:pPr>
              <w:widowControl w:val="0"/>
              <w:jc w:val="both"/>
              <w:rPr>
                <w:rFonts w:cs="Times New Roman"/>
                <w:b/>
                <w:sz w:val="28"/>
                <w:szCs w:val="28"/>
              </w:rPr>
            </w:pPr>
            <w:r>
              <w:rPr>
                <w:rFonts w:cs="Times New Roman"/>
                <w:sz w:val="28"/>
                <w:szCs w:val="28"/>
              </w:rPr>
              <w:t>b) Tên mẫu đơn, tờ khai</w:t>
            </w:r>
            <w:r w:rsidRPr="00972B74">
              <w:rPr>
                <w:rFonts w:cs="Times New Roman"/>
                <w:sz w:val="28"/>
                <w:szCs w:val="28"/>
              </w:rPr>
              <w:t>:</w:t>
            </w:r>
            <w:r>
              <w:rPr>
                <w:rFonts w:cs="Times New Roman"/>
                <w:sz w:val="28"/>
                <w:szCs w:val="28"/>
              </w:rPr>
              <w:t xml:space="preserve"> </w:t>
            </w:r>
            <w:r w:rsidR="00AD6C0A" w:rsidRPr="00AD6C0A">
              <w:rPr>
                <w:rFonts w:ascii="Times New Roman Bold" w:hAnsi="Times New Roman Bold"/>
                <w:i/>
                <w:sz w:val="28"/>
                <w:szCs w:val="28"/>
              </w:rPr>
              <w:t xml:space="preserve">Mẫu văn bản </w:t>
            </w:r>
            <w:r w:rsidR="008C690C">
              <w:rPr>
                <w:rFonts w:ascii="Times New Roman Bold" w:hAnsi="Times New Roman Bold"/>
                <w:i/>
                <w:sz w:val="28"/>
                <w:szCs w:val="28"/>
              </w:rPr>
              <w:t xml:space="preserve">của tập thể; Đơn </w:t>
            </w:r>
            <w:r w:rsidR="00AD6C0A" w:rsidRPr="00AD6C0A">
              <w:rPr>
                <w:rFonts w:ascii="Times New Roman Bold" w:hAnsi="Times New Roman Bold"/>
                <w:i/>
                <w:sz w:val="28"/>
                <w:szCs w:val="28"/>
              </w:rPr>
              <w:t xml:space="preserve">đề nghị </w:t>
            </w:r>
            <w:r w:rsidR="008C690C">
              <w:rPr>
                <w:rFonts w:ascii="Times New Roman Bold" w:hAnsi="Times New Roman Bold"/>
                <w:i/>
                <w:sz w:val="28"/>
                <w:szCs w:val="28"/>
              </w:rPr>
              <w:t xml:space="preserve">của cá nhân, hộ gia đình đề nghị </w:t>
            </w:r>
            <w:r w:rsidR="00AD6C0A" w:rsidRPr="00AD6C0A">
              <w:rPr>
                <w:rFonts w:ascii="Times New Roman Bold" w:hAnsi="Times New Roman Bold"/>
                <w:i/>
                <w:sz w:val="28"/>
                <w:szCs w:val="28"/>
              </w:rPr>
              <w:t>cấp đổi hiện vật khen thưởng</w:t>
            </w:r>
            <w:r w:rsidR="00AD6C0A" w:rsidRPr="00AD6C0A">
              <w:rPr>
                <w:rFonts w:ascii="Times New Roman Bold" w:hAnsi="Times New Roman Bold"/>
                <w:b/>
                <w:sz w:val="28"/>
                <w:szCs w:val="28"/>
              </w:rPr>
              <w:t xml:space="preserve"> </w:t>
            </w:r>
          </w:p>
        </w:tc>
        <w:tc>
          <w:tcPr>
            <w:tcW w:w="11340" w:type="dxa"/>
          </w:tcPr>
          <w:p w14:paraId="68085467" w14:textId="77777777" w:rsidR="00E270D8" w:rsidRDefault="00E270D8" w:rsidP="007D6940">
            <w:pPr>
              <w:widowControl w:val="0"/>
              <w:jc w:val="both"/>
              <w:rPr>
                <w:rFonts w:cs="Times New Roman"/>
                <w:sz w:val="28"/>
                <w:szCs w:val="28"/>
              </w:rPr>
            </w:pPr>
            <w:r>
              <w:rPr>
                <w:rFonts w:cs="Times New Roman"/>
                <w:sz w:val="28"/>
                <w:szCs w:val="28"/>
              </w:rPr>
              <w:t>- Nêu rõ những nội dung (nhóm) thông tin cần cung cấp trong mẫu đơn, tờ khai:</w:t>
            </w:r>
          </w:p>
          <w:p w14:paraId="229AF3FF" w14:textId="740309F1" w:rsidR="00E270D8" w:rsidRDefault="00E270D8" w:rsidP="007D6940">
            <w:pPr>
              <w:widowControl w:val="0"/>
              <w:jc w:val="both"/>
              <w:rPr>
                <w:rFonts w:cs="Times New Roman"/>
                <w:sz w:val="28"/>
                <w:szCs w:val="28"/>
              </w:rPr>
            </w:pPr>
            <w:r>
              <w:rPr>
                <w:rFonts w:cs="Times New Roman"/>
                <w:sz w:val="28"/>
                <w:szCs w:val="28"/>
              </w:rPr>
              <w:t>+ Nội dung thông tin</w:t>
            </w:r>
            <w:r w:rsidRPr="00972B74">
              <w:rPr>
                <w:rFonts w:cs="Times New Roman"/>
                <w:sz w:val="28"/>
                <w:szCs w:val="28"/>
              </w:rPr>
              <w:t xml:space="preserve">: </w:t>
            </w:r>
            <w:r w:rsidR="00AD6C0A" w:rsidRPr="00AD6C0A">
              <w:rPr>
                <w:rFonts w:cs="Times New Roman"/>
                <w:sz w:val="28"/>
                <w:szCs w:val="28"/>
              </w:rPr>
              <w:t xml:space="preserve">Tên tập thể </w:t>
            </w:r>
            <w:r w:rsidR="008C690C">
              <w:rPr>
                <w:rFonts w:cs="Times New Roman"/>
                <w:sz w:val="28"/>
                <w:szCs w:val="28"/>
              </w:rPr>
              <w:t xml:space="preserve">hoặc cá nhân, hộ gia đình </w:t>
            </w:r>
            <w:r w:rsidR="00AD6C0A" w:rsidRPr="00AD6C0A">
              <w:rPr>
                <w:rFonts w:cs="Times New Roman"/>
                <w:sz w:val="28"/>
                <w:szCs w:val="28"/>
              </w:rPr>
              <w:t>đề nghị cấp đổi; Địa chỉ hiện nay</w:t>
            </w:r>
            <w:r w:rsidR="008C690C">
              <w:rPr>
                <w:rFonts w:cs="Times New Roman"/>
                <w:sz w:val="28"/>
                <w:szCs w:val="28"/>
              </w:rPr>
              <w:t xml:space="preserve"> (Số căn cước công dân)</w:t>
            </w:r>
            <w:r w:rsidR="00AD6C0A" w:rsidRPr="00AD6C0A">
              <w:rPr>
                <w:rFonts w:cs="Times New Roman"/>
                <w:sz w:val="28"/>
                <w:szCs w:val="28"/>
              </w:rPr>
              <w:t>; Đã được tặng thưởng; Theo Quyết định số …ngày, tháng, năm; Của …; Số sổ vàng; Đơn vị trình khen; Lý do cấp đổi; Hiện vật xin cấp đổi kèm theo</w:t>
            </w:r>
            <w:r w:rsidR="00AD6C0A">
              <w:rPr>
                <w:rFonts w:cs="Times New Roman"/>
                <w:sz w:val="28"/>
                <w:szCs w:val="28"/>
              </w:rPr>
              <w:t>.</w:t>
            </w:r>
          </w:p>
          <w:p w14:paraId="6212C6B8" w14:textId="1382E53D" w:rsidR="00E270D8" w:rsidRPr="00A94BB0" w:rsidRDefault="00E270D8" w:rsidP="007D6940">
            <w:pPr>
              <w:widowControl w:val="0"/>
              <w:jc w:val="both"/>
              <w:rPr>
                <w:rFonts w:cs="Times New Roman"/>
                <w:sz w:val="28"/>
                <w:szCs w:val="28"/>
              </w:rPr>
            </w:pPr>
            <w:r>
              <w:rPr>
                <w:rFonts w:cs="Times New Roman"/>
                <w:sz w:val="28"/>
                <w:szCs w:val="28"/>
              </w:rPr>
              <w:t>Lý do q</w:t>
            </w:r>
            <w:r w:rsidR="008C690C">
              <w:rPr>
                <w:rFonts w:cs="Times New Roman"/>
                <w:sz w:val="28"/>
                <w:szCs w:val="28"/>
              </w:rPr>
              <w:t xml:space="preserve">uy định: Là căn cứ để thẩm định, cấp đổi hiện vật khen thưởng, </w:t>
            </w:r>
            <w:r>
              <w:rPr>
                <w:rFonts w:cs="Times New Roman"/>
                <w:sz w:val="28"/>
                <w:szCs w:val="28"/>
              </w:rPr>
              <w:t xml:space="preserve">đảm bảo chính xác tên </w:t>
            </w:r>
            <w:r w:rsidR="008C690C">
              <w:rPr>
                <w:rFonts w:cs="Times New Roman"/>
                <w:sz w:val="28"/>
                <w:szCs w:val="28"/>
              </w:rPr>
              <w:t>tập thể, cá nhân, hộ gia đình được in trong bằng cấp đổi.</w:t>
            </w:r>
          </w:p>
          <w:p w14:paraId="10CC719C" w14:textId="3E3B470B" w:rsidR="00E270D8" w:rsidRPr="00A94BB0" w:rsidRDefault="00E270D8" w:rsidP="007D6940">
            <w:pPr>
              <w:widowControl w:val="0"/>
              <w:rPr>
                <w:rFonts w:cs="Times New Roman"/>
                <w:sz w:val="28"/>
                <w:szCs w:val="28"/>
                <w:lang w:val="vi-VN"/>
              </w:rPr>
            </w:pPr>
            <w:r>
              <w:rPr>
                <w:rFonts w:cs="Times New Roman"/>
                <w:sz w:val="28"/>
                <w:szCs w:val="28"/>
              </w:rPr>
              <w:t xml:space="preserve">- </w:t>
            </w:r>
            <w:r w:rsidRPr="00A94BB0">
              <w:rPr>
                <w:rFonts w:cs="Times New Roman"/>
                <w:sz w:val="28"/>
                <w:szCs w:val="28"/>
                <w:lang w:val="vi-VN"/>
              </w:rPr>
              <w:t>Có quy định việc xác nhận tại đơn không? Có []       Không [</w:t>
            </w:r>
            <w:r w:rsidR="008C690C">
              <w:rPr>
                <w:rFonts w:cs="Times New Roman"/>
                <w:sz w:val="28"/>
                <w:szCs w:val="28"/>
              </w:rPr>
              <w:t>x</w:t>
            </w:r>
            <w:r w:rsidRPr="00A94BB0">
              <w:rPr>
                <w:rFonts w:cs="Times New Roman"/>
                <w:sz w:val="28"/>
                <w:szCs w:val="28"/>
                <w:lang w:val="vi-VN"/>
              </w:rPr>
              <w:t>]</w:t>
            </w:r>
          </w:p>
        </w:tc>
      </w:tr>
      <w:tr w:rsidR="00E270D8" w:rsidRPr="00A94BB0" w14:paraId="2633F299" w14:textId="77777777" w:rsidTr="007D6940">
        <w:tc>
          <w:tcPr>
            <w:tcW w:w="3118" w:type="dxa"/>
          </w:tcPr>
          <w:p w14:paraId="42EEEB44" w14:textId="77777777" w:rsidR="00E270D8" w:rsidRDefault="00E270D8" w:rsidP="007D6940">
            <w:pPr>
              <w:widowControl w:val="0"/>
              <w:jc w:val="both"/>
              <w:rPr>
                <w:rFonts w:cs="Times New Roman"/>
                <w:sz w:val="28"/>
                <w:szCs w:val="28"/>
              </w:rPr>
            </w:pPr>
            <w:r>
              <w:rPr>
                <w:rFonts w:cs="Times New Roman"/>
                <w:sz w:val="28"/>
                <w:szCs w:val="28"/>
              </w:rPr>
              <w:t>c) Ngôn ngữ</w:t>
            </w:r>
          </w:p>
        </w:tc>
        <w:tc>
          <w:tcPr>
            <w:tcW w:w="11340" w:type="dxa"/>
          </w:tcPr>
          <w:p w14:paraId="62C477C7" w14:textId="77777777" w:rsidR="00E270D8" w:rsidRDefault="00E270D8" w:rsidP="007D6940">
            <w:pPr>
              <w:widowControl w:val="0"/>
              <w:jc w:val="both"/>
              <w:rPr>
                <w:rFonts w:cs="Times New Roman"/>
                <w:sz w:val="28"/>
                <w:szCs w:val="28"/>
              </w:rPr>
            </w:pPr>
            <w:r>
              <w:rPr>
                <w:rFonts w:cs="Times New Roman"/>
                <w:sz w:val="28"/>
                <w:szCs w:val="28"/>
              </w:rPr>
              <w:t xml:space="preserve">- Tiếng Việt </w:t>
            </w:r>
            <w:r w:rsidRPr="00972B74">
              <w:rPr>
                <w:rFonts w:cs="Times New Roman"/>
                <w:sz w:val="28"/>
                <w:szCs w:val="28"/>
              </w:rPr>
              <w:t xml:space="preserve">[x]       </w:t>
            </w:r>
            <w:r>
              <w:rPr>
                <w:rFonts w:cs="Times New Roman"/>
                <w:sz w:val="28"/>
                <w:szCs w:val="28"/>
              </w:rPr>
              <w:t>Song ngữ</w:t>
            </w:r>
            <w:r w:rsidRPr="00972B74">
              <w:rPr>
                <w:rFonts w:cs="Times New Roman"/>
                <w:sz w:val="28"/>
                <w:szCs w:val="28"/>
              </w:rPr>
              <w:t xml:space="preserve"> [ ]</w:t>
            </w:r>
          </w:p>
        </w:tc>
      </w:tr>
      <w:tr w:rsidR="00E270D8" w:rsidRPr="00972B74" w14:paraId="2AAC69D8" w14:textId="77777777" w:rsidTr="007D6940">
        <w:tc>
          <w:tcPr>
            <w:tcW w:w="14458" w:type="dxa"/>
            <w:gridSpan w:val="2"/>
          </w:tcPr>
          <w:p w14:paraId="31EEA13D"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lastRenderedPageBreak/>
              <w:t>10. Yêu cầu, điều kiện</w:t>
            </w:r>
          </w:p>
        </w:tc>
      </w:tr>
      <w:tr w:rsidR="00E270D8" w:rsidRPr="00972B74" w14:paraId="4EC11232" w14:textId="77777777" w:rsidTr="007D6940">
        <w:tc>
          <w:tcPr>
            <w:tcW w:w="3118" w:type="dxa"/>
          </w:tcPr>
          <w:p w14:paraId="33653E4A" w14:textId="77777777" w:rsidR="00E270D8" w:rsidRPr="00972B74" w:rsidRDefault="00E270D8" w:rsidP="007D6940">
            <w:pPr>
              <w:widowControl w:val="0"/>
              <w:rPr>
                <w:rFonts w:cs="Times New Roman"/>
                <w:b/>
                <w:sz w:val="28"/>
                <w:szCs w:val="28"/>
              </w:rPr>
            </w:pPr>
            <w:r w:rsidRPr="00972B74">
              <w:rPr>
                <w:rFonts w:cs="Times New Roman"/>
                <w:sz w:val="28"/>
                <w:szCs w:val="28"/>
              </w:rPr>
              <w:t xml:space="preserve">Có quy định yêu cầu, điều kiện không? </w:t>
            </w:r>
          </w:p>
        </w:tc>
        <w:tc>
          <w:tcPr>
            <w:tcW w:w="11340" w:type="dxa"/>
          </w:tcPr>
          <w:p w14:paraId="4E1366E9" w14:textId="77777777" w:rsidR="00E270D8" w:rsidRPr="00972B74" w:rsidRDefault="00E270D8" w:rsidP="007D6940">
            <w:pPr>
              <w:widowControl w:val="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 xml:space="preserve"> ]</w:t>
            </w:r>
          </w:p>
          <w:p w14:paraId="595FE42A" w14:textId="37883070" w:rsidR="00E270D8" w:rsidRPr="00972B74" w:rsidRDefault="00E270D8" w:rsidP="008C690C">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Đ</w:t>
            </w:r>
            <w:r w:rsidRPr="00972B74">
              <w:rPr>
                <w:rFonts w:cs="Times New Roman"/>
                <w:sz w:val="28"/>
                <w:szCs w:val="28"/>
              </w:rPr>
              <w:t xml:space="preserve">ược xác định theo </w:t>
            </w:r>
            <w:r>
              <w:rPr>
                <w:rFonts w:cs="Times New Roman"/>
                <w:sz w:val="28"/>
                <w:szCs w:val="28"/>
              </w:rPr>
              <w:t>pháp luật về thi đua, khen thưởng.</w:t>
            </w:r>
          </w:p>
        </w:tc>
      </w:tr>
      <w:tr w:rsidR="00E270D8" w:rsidRPr="00972B74" w14:paraId="506EDBD3" w14:textId="77777777" w:rsidTr="007D6940">
        <w:tc>
          <w:tcPr>
            <w:tcW w:w="14458" w:type="dxa"/>
            <w:gridSpan w:val="2"/>
          </w:tcPr>
          <w:p w14:paraId="0033707B"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11. Kết quả thực hiện</w:t>
            </w:r>
          </w:p>
        </w:tc>
      </w:tr>
      <w:tr w:rsidR="00E270D8" w:rsidRPr="00972B74" w14:paraId="5910A2E9" w14:textId="77777777" w:rsidTr="007D6940">
        <w:tc>
          <w:tcPr>
            <w:tcW w:w="3118" w:type="dxa"/>
          </w:tcPr>
          <w:p w14:paraId="47F40FE2" w14:textId="77777777" w:rsidR="00E270D8" w:rsidRPr="00972B74" w:rsidRDefault="00E270D8" w:rsidP="007D6940">
            <w:pPr>
              <w:widowControl w:val="0"/>
              <w:rPr>
                <w:rFonts w:cs="Times New Roman"/>
                <w:sz w:val="28"/>
                <w:szCs w:val="28"/>
              </w:rPr>
            </w:pPr>
            <w:r w:rsidRPr="00972B74">
              <w:rPr>
                <w:rFonts w:cs="Times New Roman"/>
                <w:sz w:val="28"/>
                <w:szCs w:val="28"/>
              </w:rPr>
              <w:t>a) Hình thức kết quả:</w:t>
            </w:r>
          </w:p>
        </w:tc>
        <w:tc>
          <w:tcPr>
            <w:tcW w:w="11340" w:type="dxa"/>
          </w:tcPr>
          <w:p w14:paraId="79123E58" w14:textId="77777777" w:rsidR="00E270D8" w:rsidRPr="00972B74" w:rsidRDefault="00E270D8" w:rsidP="007D6940">
            <w:pPr>
              <w:widowControl w:val="0"/>
              <w:rPr>
                <w:rFonts w:cs="Times New Roman"/>
                <w:sz w:val="28"/>
                <w:szCs w:val="28"/>
              </w:rPr>
            </w:pPr>
            <w:r w:rsidRPr="00972B74">
              <w:rPr>
                <w:rFonts w:cs="Times New Roman"/>
                <w:sz w:val="28"/>
                <w:szCs w:val="28"/>
              </w:rPr>
              <w:t xml:space="preserve">- Giấy phép </w:t>
            </w:r>
            <w:proofErr w:type="gramStart"/>
            <w:r w:rsidRPr="00972B74">
              <w:rPr>
                <w:rFonts w:cs="Times New Roman"/>
                <w:sz w:val="28"/>
                <w:szCs w:val="28"/>
              </w:rPr>
              <w:t>[ ]</w:t>
            </w:r>
            <w:proofErr w:type="gramEnd"/>
            <w:r w:rsidRPr="00972B74">
              <w:rPr>
                <w:rFonts w:cs="Times New Roman"/>
                <w:sz w:val="28"/>
                <w:szCs w:val="28"/>
              </w:rPr>
              <w:t xml:space="preserve">   Giấy chứng nhận [ ]   Giấy đăng ký [ ]   Chứng chỉ [ ]   Thẻ [ ]</w:t>
            </w:r>
          </w:p>
          <w:p w14:paraId="4BEEAFBA" w14:textId="77777777" w:rsidR="00E270D8" w:rsidRPr="00972B74" w:rsidRDefault="00E270D8" w:rsidP="007D6940">
            <w:pPr>
              <w:widowControl w:val="0"/>
              <w:rPr>
                <w:rFonts w:cs="Times New Roman"/>
                <w:sz w:val="28"/>
                <w:szCs w:val="28"/>
              </w:rPr>
            </w:pPr>
            <w:r w:rsidRPr="00972B74">
              <w:rPr>
                <w:rFonts w:cs="Times New Roman"/>
                <w:sz w:val="28"/>
                <w:szCs w:val="28"/>
              </w:rPr>
              <w:t>- Quyết định hành chính [x]</w:t>
            </w:r>
          </w:p>
          <w:p w14:paraId="1ED852DB" w14:textId="4B2DCD50" w:rsidR="00E270D8" w:rsidRDefault="00E270D8" w:rsidP="007D6940">
            <w:pPr>
              <w:widowControl w:val="0"/>
              <w:rPr>
                <w:rFonts w:cs="Times New Roman"/>
                <w:sz w:val="28"/>
                <w:szCs w:val="28"/>
              </w:rPr>
            </w:pPr>
            <w:r w:rsidRPr="00972B74">
              <w:rPr>
                <w:rFonts w:cs="Times New Roman"/>
                <w:sz w:val="28"/>
                <w:szCs w:val="28"/>
              </w:rPr>
              <w:t xml:space="preserve">- Văn bản xác nhận/chấp thuận [] </w:t>
            </w:r>
          </w:p>
          <w:p w14:paraId="372A5BE4" w14:textId="6C0DF172" w:rsidR="008C690C" w:rsidRDefault="008C690C" w:rsidP="007D6940">
            <w:pPr>
              <w:widowControl w:val="0"/>
              <w:rPr>
                <w:rFonts w:cs="Times New Roman"/>
                <w:sz w:val="28"/>
                <w:szCs w:val="28"/>
              </w:rPr>
            </w:pPr>
            <w:r>
              <w:rPr>
                <w:rFonts w:cs="Times New Roman"/>
                <w:sz w:val="28"/>
                <w:szCs w:val="28"/>
              </w:rPr>
              <w:t xml:space="preserve">- Loại khác </w:t>
            </w:r>
            <w:r w:rsidRPr="00972B74">
              <w:rPr>
                <w:rFonts w:cs="Times New Roman"/>
                <w:sz w:val="28"/>
                <w:szCs w:val="28"/>
              </w:rPr>
              <w:t>[</w:t>
            </w:r>
            <w:r>
              <w:rPr>
                <w:rFonts w:cs="Times New Roman"/>
                <w:sz w:val="28"/>
                <w:szCs w:val="28"/>
              </w:rPr>
              <w:t>x</w:t>
            </w:r>
            <w:r w:rsidRPr="00972B74">
              <w:rPr>
                <w:rFonts w:cs="Times New Roman"/>
                <w:sz w:val="28"/>
                <w:szCs w:val="28"/>
              </w:rPr>
              <w:t xml:space="preserve">] </w:t>
            </w:r>
            <w:r>
              <w:rPr>
                <w:rFonts w:cs="Times New Roman"/>
                <w:sz w:val="28"/>
                <w:szCs w:val="28"/>
              </w:rPr>
              <w:t>Đề nghị nêu rõ: Hiện vật khen thưởng được cấp đổi.</w:t>
            </w:r>
          </w:p>
          <w:p w14:paraId="6BEF5EB1" w14:textId="0A564889" w:rsidR="00E270D8" w:rsidRPr="00972B74" w:rsidRDefault="00E270D8" w:rsidP="008C690C">
            <w:pPr>
              <w:widowControl w:val="0"/>
              <w:rPr>
                <w:rFonts w:cs="Times New Roman"/>
                <w:sz w:val="28"/>
                <w:szCs w:val="28"/>
              </w:rPr>
            </w:pPr>
            <w:r w:rsidRPr="00972B74">
              <w:rPr>
                <w:rFonts w:cs="Times New Roman"/>
                <w:sz w:val="28"/>
                <w:szCs w:val="28"/>
              </w:rPr>
              <w:t>Kết quả thực hiện TTHC: Bản giấy [x]       Bản điện tử [</w:t>
            </w:r>
            <w:r w:rsidR="008C690C">
              <w:rPr>
                <w:rFonts w:cs="Times New Roman"/>
                <w:sz w:val="28"/>
                <w:szCs w:val="28"/>
              </w:rPr>
              <w:t>x</w:t>
            </w:r>
            <w:r w:rsidRPr="00972B74">
              <w:rPr>
                <w:rFonts w:cs="Times New Roman"/>
                <w:sz w:val="28"/>
                <w:szCs w:val="28"/>
              </w:rPr>
              <w:t>]</w:t>
            </w:r>
          </w:p>
        </w:tc>
      </w:tr>
      <w:tr w:rsidR="00E270D8" w:rsidRPr="00972B74" w14:paraId="27DF6BBB" w14:textId="77777777" w:rsidTr="007D6940">
        <w:tc>
          <w:tcPr>
            <w:tcW w:w="3118" w:type="dxa"/>
          </w:tcPr>
          <w:p w14:paraId="6E46B329"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b) Kết quả có được mẫu hóa phù hợp không? </w:t>
            </w:r>
          </w:p>
        </w:tc>
        <w:tc>
          <w:tcPr>
            <w:tcW w:w="11340" w:type="dxa"/>
          </w:tcPr>
          <w:p w14:paraId="29542907" w14:textId="629A9C3B" w:rsidR="00E270D8" w:rsidRPr="00972B74" w:rsidRDefault="00E270D8" w:rsidP="007D6940">
            <w:pPr>
              <w:widowControl w:val="0"/>
              <w:rPr>
                <w:rFonts w:cs="Times New Roman"/>
                <w:sz w:val="28"/>
                <w:szCs w:val="28"/>
              </w:rPr>
            </w:pPr>
            <w:r>
              <w:rPr>
                <w:rFonts w:cs="Times New Roman"/>
                <w:sz w:val="28"/>
                <w:szCs w:val="28"/>
              </w:rPr>
              <w:t>Có [</w:t>
            </w:r>
            <w:r w:rsidR="008C690C">
              <w:rPr>
                <w:rFonts w:cs="Times New Roman"/>
                <w:sz w:val="28"/>
                <w:szCs w:val="28"/>
              </w:rPr>
              <w:t>x</w:t>
            </w:r>
            <w:r>
              <w:rPr>
                <w:rFonts w:cs="Times New Roman"/>
                <w:sz w:val="28"/>
                <w:szCs w:val="28"/>
              </w:rPr>
              <w:t>]       Không [</w:t>
            </w:r>
            <w:r w:rsidRPr="00972B74">
              <w:rPr>
                <w:rFonts w:cs="Times New Roman"/>
                <w:sz w:val="28"/>
                <w:szCs w:val="28"/>
              </w:rPr>
              <w:t>]</w:t>
            </w:r>
          </w:p>
          <w:p w14:paraId="1CB6B235" w14:textId="36B67461" w:rsidR="00E270D8" w:rsidRPr="00972B74" w:rsidRDefault="00E270D8" w:rsidP="008C690C">
            <w:pPr>
              <w:widowControl w:val="0"/>
              <w:jc w:val="both"/>
              <w:rPr>
                <w:rFonts w:cs="Times New Roman"/>
                <w:sz w:val="28"/>
                <w:szCs w:val="28"/>
              </w:rPr>
            </w:pPr>
            <w:r w:rsidRPr="00972B74">
              <w:rPr>
                <w:rFonts w:cs="Times New Roman"/>
                <w:sz w:val="28"/>
                <w:szCs w:val="28"/>
              </w:rPr>
              <w:t xml:space="preserve">Lý do: </w:t>
            </w:r>
            <w:r w:rsidR="008C690C">
              <w:rPr>
                <w:rFonts w:cs="Times New Roman"/>
                <w:sz w:val="28"/>
                <w:szCs w:val="28"/>
              </w:rPr>
              <w:t>Hiện vật</w:t>
            </w:r>
            <w:r w:rsidRPr="00972B74">
              <w:rPr>
                <w:rFonts w:cs="Times New Roman"/>
                <w:sz w:val="28"/>
                <w:szCs w:val="28"/>
              </w:rPr>
              <w:t xml:space="preserve"> </w:t>
            </w:r>
            <w:r w:rsidR="008C690C">
              <w:rPr>
                <w:rFonts w:cs="Times New Roman"/>
                <w:sz w:val="28"/>
                <w:szCs w:val="28"/>
              </w:rPr>
              <w:t>cấp đổi</w:t>
            </w:r>
            <w:r>
              <w:rPr>
                <w:rFonts w:cs="Times New Roman"/>
                <w:sz w:val="28"/>
                <w:szCs w:val="28"/>
              </w:rPr>
              <w:t xml:space="preserve"> </w:t>
            </w:r>
            <w:r w:rsidRPr="00972B74">
              <w:rPr>
                <w:rFonts w:cs="Times New Roman"/>
                <w:sz w:val="28"/>
                <w:szCs w:val="28"/>
              </w:rPr>
              <w:t xml:space="preserve">thực hiện theo </w:t>
            </w:r>
            <w:r w:rsidR="008C690C">
              <w:rPr>
                <w:rFonts w:cs="Times New Roman"/>
                <w:sz w:val="28"/>
                <w:szCs w:val="28"/>
              </w:rPr>
              <w:t>mẫu tại Quyết định của Thủ tướng Chính phủ</w:t>
            </w:r>
            <w:r w:rsidRPr="00972B74">
              <w:rPr>
                <w:rFonts w:cs="Times New Roman"/>
                <w:sz w:val="28"/>
                <w:szCs w:val="28"/>
              </w:rPr>
              <w:t>, bảo đảm t</w:t>
            </w:r>
            <w:r>
              <w:rPr>
                <w:rFonts w:cs="Times New Roman"/>
                <w:sz w:val="28"/>
                <w:szCs w:val="28"/>
              </w:rPr>
              <w:t>hống nhất, dễ theo dõi, lưu trữ.</w:t>
            </w:r>
          </w:p>
        </w:tc>
      </w:tr>
      <w:tr w:rsidR="00E270D8" w:rsidRPr="00972B74" w14:paraId="4856662B" w14:textId="77777777" w:rsidTr="007D6940">
        <w:tc>
          <w:tcPr>
            <w:tcW w:w="3118" w:type="dxa"/>
          </w:tcPr>
          <w:p w14:paraId="41349B8E"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c) Thời hạn có giá trị hiệu lực: </w:t>
            </w:r>
          </w:p>
        </w:tc>
        <w:tc>
          <w:tcPr>
            <w:tcW w:w="11340" w:type="dxa"/>
          </w:tcPr>
          <w:p w14:paraId="1A408063" w14:textId="77777777" w:rsidR="00E270D8" w:rsidRPr="00972B74" w:rsidRDefault="00E270D8"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w:t>
            </w:r>
            <w:proofErr w:type="gramEnd"/>
            <w:r w:rsidRPr="00972B74">
              <w:rPr>
                <w:rFonts w:cs="Times New Roman"/>
                <w:sz w:val="28"/>
                <w:szCs w:val="28"/>
              </w:rPr>
              <w:t xml:space="preserve">       Không [x]</w:t>
            </w:r>
          </w:p>
          <w:p w14:paraId="378A1BB9" w14:textId="7DA2F583" w:rsidR="00E270D8" w:rsidRPr="00972B74" w:rsidRDefault="00E270D8" w:rsidP="008C690C">
            <w:pPr>
              <w:widowControl w:val="0"/>
              <w:rPr>
                <w:rFonts w:cs="Times New Roman"/>
                <w:sz w:val="28"/>
                <w:szCs w:val="28"/>
              </w:rPr>
            </w:pPr>
            <w:r w:rsidRPr="00972B74">
              <w:rPr>
                <w:rFonts w:cs="Times New Roman"/>
                <w:sz w:val="28"/>
                <w:szCs w:val="28"/>
              </w:rPr>
              <w:t>K</w:t>
            </w:r>
            <w:r w:rsidR="008C690C">
              <w:rPr>
                <w:rFonts w:cs="Times New Roman"/>
                <w:sz w:val="28"/>
                <w:szCs w:val="28"/>
              </w:rPr>
              <w:t>hông quy định thời hạn hiệu lực</w:t>
            </w:r>
            <w:r>
              <w:rPr>
                <w:rFonts w:cs="Times New Roman"/>
                <w:sz w:val="28"/>
                <w:szCs w:val="28"/>
              </w:rPr>
              <w:t>.</w:t>
            </w:r>
          </w:p>
        </w:tc>
      </w:tr>
      <w:tr w:rsidR="00E270D8" w:rsidRPr="00972B74" w14:paraId="445B73DD" w14:textId="77777777" w:rsidTr="007D6940">
        <w:tc>
          <w:tcPr>
            <w:tcW w:w="3118" w:type="dxa"/>
          </w:tcPr>
          <w:p w14:paraId="359A50EB" w14:textId="77777777" w:rsidR="00E270D8" w:rsidRPr="00972B74" w:rsidRDefault="00E270D8" w:rsidP="007D6940">
            <w:pPr>
              <w:widowControl w:val="0"/>
              <w:jc w:val="both"/>
              <w:rPr>
                <w:rFonts w:cs="Times New Roman"/>
                <w:sz w:val="28"/>
                <w:szCs w:val="28"/>
              </w:rPr>
            </w:pPr>
            <w:r w:rsidRPr="00972B74">
              <w:rPr>
                <w:rFonts w:cs="Times New Roman"/>
                <w:sz w:val="28"/>
                <w:szCs w:val="28"/>
              </w:rPr>
              <w:t xml:space="preserve">d) Phạm vi hiệu lực: </w:t>
            </w:r>
          </w:p>
        </w:tc>
        <w:tc>
          <w:tcPr>
            <w:tcW w:w="11340" w:type="dxa"/>
          </w:tcPr>
          <w:p w14:paraId="7C1F2447" w14:textId="77777777" w:rsidR="00E270D8" w:rsidRPr="00972B74" w:rsidRDefault="00E270D8" w:rsidP="007D6940">
            <w:pPr>
              <w:widowControl w:val="0"/>
              <w:rPr>
                <w:rFonts w:cs="Times New Roman"/>
                <w:sz w:val="28"/>
                <w:szCs w:val="28"/>
              </w:rPr>
            </w:pPr>
            <w:r w:rsidRPr="00972B74">
              <w:rPr>
                <w:rFonts w:cs="Times New Roman"/>
                <w:sz w:val="28"/>
                <w:szCs w:val="28"/>
              </w:rPr>
              <w:t>Toà</w:t>
            </w:r>
            <w:r>
              <w:rPr>
                <w:rFonts w:cs="Times New Roman"/>
                <w:sz w:val="28"/>
                <w:szCs w:val="28"/>
              </w:rPr>
              <w:t xml:space="preserve">n quốc </w:t>
            </w:r>
            <w:proofErr w:type="gramStart"/>
            <w:r>
              <w:rPr>
                <w:rFonts w:cs="Times New Roman"/>
                <w:sz w:val="28"/>
                <w:szCs w:val="28"/>
              </w:rPr>
              <w:t>[ ]</w:t>
            </w:r>
            <w:proofErr w:type="gramEnd"/>
            <w:r>
              <w:rPr>
                <w:rFonts w:cs="Times New Roman"/>
                <w:sz w:val="28"/>
                <w:szCs w:val="28"/>
              </w:rPr>
              <w:t xml:space="preserve">       Địa phương [x]</w:t>
            </w:r>
          </w:p>
          <w:p w14:paraId="51BFC0FC" w14:textId="77777777" w:rsidR="00E270D8" w:rsidRPr="00972B74" w:rsidRDefault="00E270D8" w:rsidP="007D6940">
            <w:pPr>
              <w:widowControl w:val="0"/>
              <w:rPr>
                <w:rFonts w:cs="Times New Roman"/>
                <w:sz w:val="28"/>
                <w:szCs w:val="28"/>
              </w:rPr>
            </w:pPr>
            <w:r w:rsidRPr="00972B74">
              <w:rPr>
                <w:rFonts w:cs="Times New Roman"/>
                <w:sz w:val="28"/>
                <w:szCs w:val="28"/>
              </w:rPr>
              <w:t xml:space="preserve">Lý do: </w:t>
            </w:r>
            <w:r>
              <w:rPr>
                <w:rFonts w:cs="Times New Roman"/>
                <w:sz w:val="28"/>
                <w:szCs w:val="28"/>
              </w:rPr>
              <w:t>Thủ tục</w:t>
            </w:r>
            <w:r w:rsidRPr="00972B74">
              <w:rPr>
                <w:rFonts w:cs="Times New Roman"/>
                <w:sz w:val="28"/>
                <w:szCs w:val="28"/>
              </w:rPr>
              <w:t xml:space="preserve"> áp dụng trên địa bàn tỉnh Tuyên Quang</w:t>
            </w:r>
            <w:r>
              <w:rPr>
                <w:rFonts w:cs="Times New Roman"/>
                <w:sz w:val="28"/>
                <w:szCs w:val="28"/>
              </w:rPr>
              <w:t>.</w:t>
            </w:r>
          </w:p>
        </w:tc>
      </w:tr>
      <w:tr w:rsidR="00E270D8" w:rsidRPr="00972B74" w14:paraId="4BE40DCE" w14:textId="77777777" w:rsidTr="007D6940">
        <w:tc>
          <w:tcPr>
            <w:tcW w:w="14458" w:type="dxa"/>
            <w:gridSpan w:val="2"/>
          </w:tcPr>
          <w:p w14:paraId="0378C9D8" w14:textId="77777777" w:rsidR="00E270D8" w:rsidRPr="00972B74" w:rsidRDefault="00E270D8" w:rsidP="00A95F5F">
            <w:pPr>
              <w:widowControl w:val="0"/>
              <w:spacing w:before="120" w:after="120"/>
              <w:rPr>
                <w:rFonts w:cs="Times New Roman"/>
                <w:sz w:val="28"/>
                <w:szCs w:val="28"/>
              </w:rPr>
            </w:pPr>
            <w:r w:rsidRPr="00972B74">
              <w:rPr>
                <w:rFonts w:cs="Times New Roman"/>
                <w:b/>
                <w:sz w:val="28"/>
                <w:szCs w:val="28"/>
              </w:rPr>
              <w:t>IV. THÔNG TIN LIÊN HỆ</w:t>
            </w:r>
          </w:p>
        </w:tc>
      </w:tr>
      <w:tr w:rsidR="00E270D8" w:rsidRPr="00972B74" w14:paraId="395FC540" w14:textId="77777777" w:rsidTr="007D6940">
        <w:tc>
          <w:tcPr>
            <w:tcW w:w="14458" w:type="dxa"/>
            <w:gridSpan w:val="2"/>
          </w:tcPr>
          <w:p w14:paraId="06F2635E" w14:textId="77777777" w:rsidR="00E270D8" w:rsidRPr="00972B74" w:rsidRDefault="00E270D8" w:rsidP="007D6940">
            <w:pPr>
              <w:widowControl w:val="0"/>
              <w:rPr>
                <w:rFonts w:cs="Times New Roman"/>
                <w:b/>
                <w:sz w:val="28"/>
                <w:szCs w:val="28"/>
              </w:rPr>
            </w:pPr>
            <w:r w:rsidRPr="00972B74">
              <w:rPr>
                <w:rFonts w:cs="Times New Roman"/>
                <w:b/>
                <w:sz w:val="28"/>
                <w:szCs w:val="28"/>
              </w:rPr>
              <w:t xml:space="preserve">Họ và tên người điền: </w:t>
            </w:r>
            <w:r w:rsidRPr="00972B74">
              <w:rPr>
                <w:rFonts w:cs="Times New Roman"/>
                <w:sz w:val="28"/>
                <w:szCs w:val="28"/>
              </w:rPr>
              <w:t xml:space="preserve">Nguyễn </w:t>
            </w:r>
            <w:r>
              <w:rPr>
                <w:rFonts w:cs="Times New Roman"/>
                <w:sz w:val="28"/>
                <w:szCs w:val="28"/>
              </w:rPr>
              <w:t>Anh Tuấn</w:t>
            </w:r>
          </w:p>
          <w:p w14:paraId="1BDAC439" w14:textId="77777777" w:rsidR="00E270D8" w:rsidRPr="00972B74" w:rsidRDefault="00E270D8" w:rsidP="007D6940">
            <w:pPr>
              <w:widowControl w:val="0"/>
              <w:rPr>
                <w:rFonts w:cs="Times New Roman"/>
                <w:sz w:val="28"/>
                <w:szCs w:val="28"/>
              </w:rPr>
            </w:pPr>
            <w:r w:rsidRPr="00972B74">
              <w:rPr>
                <w:rFonts w:cs="Times New Roman"/>
                <w:b/>
                <w:sz w:val="28"/>
                <w:szCs w:val="28"/>
              </w:rPr>
              <w:t xml:space="preserve">Điện thoại: </w:t>
            </w:r>
            <w:r>
              <w:rPr>
                <w:rFonts w:cs="Times New Roman"/>
                <w:sz w:val="28"/>
                <w:szCs w:val="28"/>
              </w:rPr>
              <w:t>0912.430.424</w:t>
            </w:r>
          </w:p>
          <w:p w14:paraId="32A68597" w14:textId="77777777" w:rsidR="00E270D8" w:rsidRPr="00972B74" w:rsidRDefault="00E270D8" w:rsidP="007D6940">
            <w:pPr>
              <w:widowControl w:val="0"/>
              <w:rPr>
                <w:rFonts w:cs="Times New Roman"/>
                <w:sz w:val="28"/>
                <w:szCs w:val="28"/>
              </w:rPr>
            </w:pPr>
            <w:r w:rsidRPr="00972B74">
              <w:rPr>
                <w:rFonts w:cs="Times New Roman"/>
                <w:b/>
                <w:sz w:val="28"/>
                <w:szCs w:val="28"/>
              </w:rPr>
              <w:t xml:space="preserve">Email: </w:t>
            </w:r>
            <w:r w:rsidRPr="00E80B66">
              <w:rPr>
                <w:rFonts w:cs="Times New Roman"/>
                <w:sz w:val="28"/>
                <w:szCs w:val="28"/>
              </w:rPr>
              <w:t>tuantdkttq</w:t>
            </w:r>
            <w:r w:rsidRPr="00972B74">
              <w:rPr>
                <w:rFonts w:cs="Times New Roman"/>
                <w:sz w:val="28"/>
                <w:szCs w:val="28"/>
              </w:rPr>
              <w:t>@gmail.com</w:t>
            </w:r>
          </w:p>
        </w:tc>
      </w:tr>
    </w:tbl>
    <w:p w14:paraId="54856ECF" w14:textId="77777777" w:rsidR="00E270D8" w:rsidRDefault="00E270D8" w:rsidP="002B61F8">
      <w:pPr>
        <w:widowControl w:val="0"/>
      </w:pPr>
    </w:p>
    <w:p w14:paraId="04DF6ED5" w14:textId="4DC5A0B7" w:rsidR="00A51FF7" w:rsidRDefault="00A51FF7" w:rsidP="002B61F8">
      <w:pPr>
        <w:widowControl w:val="0"/>
      </w:pPr>
    </w:p>
    <w:p w14:paraId="1D746070" w14:textId="77777777" w:rsidR="00E0085F" w:rsidRDefault="00E0085F" w:rsidP="002C6261">
      <w:pPr>
        <w:widowControl w:val="0"/>
        <w:jc w:val="center"/>
        <w:rPr>
          <w:b/>
          <w:sz w:val="28"/>
          <w:szCs w:val="28"/>
        </w:rPr>
      </w:pPr>
    </w:p>
    <w:p w14:paraId="069E932B" w14:textId="77777777" w:rsidR="00E0085F" w:rsidRDefault="00E0085F" w:rsidP="002C6261">
      <w:pPr>
        <w:widowControl w:val="0"/>
        <w:jc w:val="center"/>
        <w:rPr>
          <w:b/>
          <w:sz w:val="28"/>
          <w:szCs w:val="28"/>
        </w:rPr>
      </w:pPr>
    </w:p>
    <w:p w14:paraId="2B83797A" w14:textId="5EA7E201" w:rsidR="00E0085F" w:rsidRDefault="00E0085F" w:rsidP="002C6261">
      <w:pPr>
        <w:widowControl w:val="0"/>
        <w:jc w:val="center"/>
        <w:rPr>
          <w:b/>
          <w:sz w:val="28"/>
          <w:szCs w:val="28"/>
        </w:rPr>
      </w:pPr>
    </w:p>
    <w:p w14:paraId="7B8645D4" w14:textId="6333DE67" w:rsidR="002C6261" w:rsidRDefault="002C6261" w:rsidP="002C6261">
      <w:pPr>
        <w:widowControl w:val="0"/>
        <w:jc w:val="center"/>
      </w:pPr>
      <w:r w:rsidRPr="00B35612">
        <w:rPr>
          <w:b/>
          <w:sz w:val="28"/>
          <w:szCs w:val="28"/>
        </w:rPr>
        <w:lastRenderedPageBreak/>
        <w:t xml:space="preserve">THỦ TỤC HÀNH CHÍNH </w:t>
      </w:r>
      <w:r>
        <w:rPr>
          <w:b/>
          <w:sz w:val="28"/>
          <w:szCs w:val="28"/>
        </w:rPr>
        <w:t>3</w:t>
      </w:r>
      <w:r w:rsidRPr="00B35612">
        <w:rPr>
          <w:b/>
          <w:sz w:val="28"/>
          <w:szCs w:val="28"/>
        </w:rPr>
        <w:t>:</w:t>
      </w:r>
      <w:r>
        <w:rPr>
          <w:b/>
        </w:rPr>
        <w:t xml:space="preserve"> </w:t>
      </w:r>
      <w:r>
        <w:rPr>
          <w:b/>
        </w:rPr>
        <w:br/>
      </w:r>
      <w:r w:rsidRPr="002C6261">
        <w:rPr>
          <w:rFonts w:eastAsia="Arial" w:cs="Times New Roman"/>
          <w:b/>
          <w:sz w:val="28"/>
          <w:szCs w:val="28"/>
          <w:lang w:val="vi-VN"/>
        </w:rPr>
        <w:t>Thủ tục cấp lại hiện vật khen thưởng thuộc thẩm quyền của cơ quan, tổ chức, đơn vị, địa phương thuộc tỉnh</w:t>
      </w:r>
      <w:r w:rsidRPr="002C6261">
        <w:rPr>
          <w:b/>
          <w:sz w:val="28"/>
          <w:szCs w:val="28"/>
        </w:rPr>
        <w:br/>
      </w:r>
    </w:p>
    <w:tbl>
      <w:tblPr>
        <w:tblStyle w:val="TableGrid"/>
        <w:tblW w:w="14458" w:type="dxa"/>
        <w:tblInd w:w="279" w:type="dxa"/>
        <w:tblLook w:val="04A0" w:firstRow="1" w:lastRow="0" w:firstColumn="1" w:lastColumn="0" w:noHBand="0" w:noVBand="1"/>
      </w:tblPr>
      <w:tblGrid>
        <w:gridCol w:w="3118"/>
        <w:gridCol w:w="11340"/>
      </w:tblGrid>
      <w:tr w:rsidR="002C6261" w:rsidRPr="00972B74" w14:paraId="37E594D0" w14:textId="77777777" w:rsidTr="007D6940">
        <w:tc>
          <w:tcPr>
            <w:tcW w:w="14458" w:type="dxa"/>
            <w:gridSpan w:val="2"/>
          </w:tcPr>
          <w:p w14:paraId="6931D5D7" w14:textId="77777777" w:rsidR="002C6261" w:rsidRPr="00972B74" w:rsidRDefault="002C6261" w:rsidP="007D6940">
            <w:pPr>
              <w:widowControl w:val="0"/>
              <w:spacing w:before="120" w:after="120"/>
              <w:jc w:val="both"/>
              <w:rPr>
                <w:rFonts w:cs="Times New Roman"/>
                <w:sz w:val="28"/>
                <w:szCs w:val="28"/>
              </w:rPr>
            </w:pPr>
            <w:r w:rsidRPr="00972B74">
              <w:rPr>
                <w:rFonts w:cs="Times New Roman"/>
                <w:b/>
                <w:sz w:val="28"/>
                <w:szCs w:val="28"/>
              </w:rPr>
              <w:t>I. SỰ CẦN THIẾT CỦA QUY ĐỊNH VỀ THỦ TỤC HÀNH CHÍNH TẠI DỰ THẢO VĂN BẢN</w:t>
            </w:r>
          </w:p>
        </w:tc>
      </w:tr>
      <w:tr w:rsidR="002C6261" w:rsidRPr="00972B74" w14:paraId="4F25A6ED" w14:textId="77777777" w:rsidTr="007D6940">
        <w:tc>
          <w:tcPr>
            <w:tcW w:w="3118" w:type="dxa"/>
          </w:tcPr>
          <w:p w14:paraId="7D8AC521" w14:textId="77777777" w:rsidR="002C6261" w:rsidRPr="003578D4" w:rsidRDefault="002C6261" w:rsidP="007D6940">
            <w:pPr>
              <w:widowControl w:val="0"/>
              <w:spacing w:before="120" w:line="240" w:lineRule="auto"/>
              <w:jc w:val="both"/>
              <w:rPr>
                <w:rFonts w:ascii="Times New Roman Bold" w:hAnsi="Times New Roman Bold" w:cs="Times New Roman"/>
                <w:b/>
                <w:spacing w:val="-8"/>
                <w:sz w:val="28"/>
                <w:szCs w:val="28"/>
              </w:rPr>
            </w:pPr>
            <w:r w:rsidRPr="003578D4">
              <w:rPr>
                <w:rFonts w:ascii="Times New Roman Bold" w:hAnsi="Times New Roman Bold" w:cs="Times New Roman"/>
                <w:b/>
                <w:spacing w:val="-8"/>
                <w:sz w:val="28"/>
                <w:szCs w:val="28"/>
              </w:rPr>
              <w:t>1. Nội dung cụ thể trong ngành, lĩnh vực mà Nhà nước cần quản lý hoặc các biện pháp phát triển kinh tế - xã hội, ngân sách, quốc phòng, an ninh?</w:t>
            </w:r>
          </w:p>
        </w:tc>
        <w:tc>
          <w:tcPr>
            <w:tcW w:w="11340" w:type="dxa"/>
          </w:tcPr>
          <w:p w14:paraId="4FB96D76" w14:textId="7A80B170" w:rsidR="002C6261" w:rsidRPr="00414CF6" w:rsidRDefault="002C6261" w:rsidP="007D6940">
            <w:pPr>
              <w:widowControl w:val="0"/>
              <w:spacing w:before="120" w:line="240" w:lineRule="auto"/>
              <w:jc w:val="both"/>
              <w:rPr>
                <w:rFonts w:cs="Times New Roman"/>
                <w:sz w:val="28"/>
                <w:szCs w:val="28"/>
              </w:rPr>
            </w:pPr>
            <w:r w:rsidRPr="00972B74">
              <w:rPr>
                <w:rFonts w:cs="Times New Roman"/>
                <w:sz w:val="28"/>
                <w:szCs w:val="28"/>
              </w:rPr>
              <w:t>a) Dự thảo quy định h</w:t>
            </w:r>
            <w:r w:rsidRPr="00972B74">
              <w:rPr>
                <w:rFonts w:cs="Times New Roman"/>
                <w:color w:val="000000"/>
                <w:sz w:val="28"/>
                <w:szCs w:val="28"/>
                <w:lang w:val="vi-VN"/>
              </w:rPr>
              <w:t xml:space="preserve">ồ sơ, thủ tục đề nghị </w:t>
            </w:r>
            <w:r w:rsidRPr="00436E32">
              <w:rPr>
                <w:rFonts w:cs="Times New Roman"/>
                <w:color w:val="000000"/>
                <w:sz w:val="28"/>
                <w:szCs w:val="28"/>
                <w:lang w:val="vi-VN"/>
              </w:rPr>
              <w:t xml:space="preserve">cấp </w:t>
            </w:r>
            <w:r w:rsidR="00FF41F6">
              <w:rPr>
                <w:rFonts w:cs="Times New Roman"/>
                <w:color w:val="000000"/>
                <w:sz w:val="28"/>
                <w:szCs w:val="28"/>
              </w:rPr>
              <w:t>lại</w:t>
            </w:r>
            <w:r w:rsidRPr="00436E32">
              <w:rPr>
                <w:rFonts w:cs="Times New Roman"/>
                <w:color w:val="000000"/>
                <w:sz w:val="28"/>
                <w:szCs w:val="28"/>
                <w:lang w:val="vi-VN"/>
              </w:rPr>
              <w:t xml:space="preserve"> hiện vật khen thưởng thuộc thẩm quyền của cơ quan, tổ chức, đơn vị, địa phương thuộc tỉnh</w:t>
            </w:r>
            <w:r w:rsidRPr="00972B74">
              <w:rPr>
                <w:rFonts w:cs="Times New Roman"/>
                <w:color w:val="000000"/>
                <w:sz w:val="28"/>
                <w:szCs w:val="28"/>
              </w:rPr>
              <w:t xml:space="preserve"> bảo đảm </w:t>
            </w:r>
            <w:r>
              <w:rPr>
                <w:rFonts w:cs="Times New Roman"/>
                <w:color w:val="000000"/>
                <w:sz w:val="28"/>
                <w:szCs w:val="28"/>
              </w:rPr>
              <w:t>thực hiện các quy định của pháp luật về thi đua, khen thưởng</w:t>
            </w:r>
            <w:r w:rsidRPr="003578D4">
              <w:rPr>
                <w:rFonts w:cs="Times New Roman"/>
                <w:sz w:val="28"/>
                <w:szCs w:val="28"/>
                <w:lang w:val="vi-VN"/>
              </w:rPr>
              <w:t>.</w:t>
            </w:r>
            <w:r w:rsidRPr="003578D4">
              <w:rPr>
                <w:rFonts w:cs="Times New Roman"/>
                <w:sz w:val="28"/>
                <w:szCs w:val="28"/>
              </w:rPr>
              <w:t xml:space="preserve"> </w:t>
            </w:r>
            <w:r w:rsidRPr="00972B74">
              <w:rPr>
                <w:rFonts w:cs="Times New Roman"/>
                <w:sz w:val="28"/>
                <w:szCs w:val="28"/>
                <w:lang w:val="vi-VN"/>
              </w:rPr>
              <w:t xml:space="preserve">Quy định xác lập quy trình tiếp nhận, thẩm định, đề nghị </w:t>
            </w:r>
            <w:r w:rsidRPr="00436E32">
              <w:rPr>
                <w:rFonts w:cs="Times New Roman"/>
                <w:color w:val="000000"/>
                <w:sz w:val="28"/>
                <w:szCs w:val="28"/>
                <w:lang w:val="vi-VN"/>
              </w:rPr>
              <w:t xml:space="preserve">cấp </w:t>
            </w:r>
            <w:r w:rsidR="00FF41F6">
              <w:rPr>
                <w:rFonts w:cs="Times New Roman"/>
                <w:color w:val="000000"/>
                <w:sz w:val="28"/>
                <w:szCs w:val="28"/>
              </w:rPr>
              <w:t>lại</w:t>
            </w:r>
            <w:r w:rsidRPr="00436E32">
              <w:rPr>
                <w:rFonts w:cs="Times New Roman"/>
                <w:color w:val="000000"/>
                <w:sz w:val="28"/>
                <w:szCs w:val="28"/>
                <w:lang w:val="vi-VN"/>
              </w:rPr>
              <w:t xml:space="preserve"> hiện vật khen thưởng thuộc thẩm quyền của cơ quan, tổ chức, đơn vị, địa phương</w:t>
            </w:r>
            <w:r>
              <w:rPr>
                <w:rFonts w:cs="Times New Roman"/>
                <w:color w:val="000000"/>
                <w:sz w:val="28"/>
                <w:szCs w:val="28"/>
              </w:rPr>
              <w:t>.</w:t>
            </w:r>
          </w:p>
          <w:p w14:paraId="17A9260E" w14:textId="77777777" w:rsidR="002C6261" w:rsidRPr="00972B74" w:rsidRDefault="002C6261"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Lý do Nhà nước cần quy định: Quy định hồ sơ, thủ tục để đảm bảo thống nhất, công khai, minh bạch, đúng </w:t>
            </w:r>
            <w:r>
              <w:rPr>
                <w:rFonts w:cs="Times New Roman"/>
                <w:sz w:val="28"/>
                <w:szCs w:val="28"/>
              </w:rPr>
              <w:t>quy định</w:t>
            </w:r>
            <w:r w:rsidRPr="00972B74">
              <w:rPr>
                <w:rFonts w:cs="Times New Roman"/>
                <w:sz w:val="28"/>
                <w:szCs w:val="28"/>
                <w:lang w:val="vi-VN"/>
              </w:rPr>
              <w:t xml:space="preserve"> trong thực hiện quy định của pháp luật về thi đua, khen thưởng.</w:t>
            </w:r>
          </w:p>
        </w:tc>
      </w:tr>
      <w:tr w:rsidR="002C6261" w:rsidRPr="007D6940" w14:paraId="65069F88" w14:textId="77777777" w:rsidTr="007D6940">
        <w:tc>
          <w:tcPr>
            <w:tcW w:w="3118" w:type="dxa"/>
          </w:tcPr>
          <w:p w14:paraId="7281A2A5" w14:textId="77777777" w:rsidR="002C6261" w:rsidRPr="003578D4" w:rsidRDefault="002C6261" w:rsidP="007D6940">
            <w:pPr>
              <w:widowControl w:val="0"/>
              <w:spacing w:before="120" w:line="240" w:lineRule="auto"/>
              <w:jc w:val="both"/>
              <w:rPr>
                <w:rFonts w:ascii="Times New Roman Bold" w:hAnsi="Times New Roman Bold" w:cs="Times New Roman"/>
                <w:spacing w:val="-4"/>
                <w:sz w:val="28"/>
                <w:szCs w:val="28"/>
                <w:lang w:val="vi-VN"/>
              </w:rPr>
            </w:pPr>
            <w:r w:rsidRPr="003578D4">
              <w:rPr>
                <w:rFonts w:ascii="Times New Roman Bold" w:hAnsi="Times New Roman Bold" w:cs="Times New Roman"/>
                <w:b/>
                <w:spacing w:val="-4"/>
                <w:sz w:val="28"/>
                <w:szCs w:val="28"/>
                <w:lang w:val="vi-VN"/>
              </w:rPr>
              <w:t>2. Nội dung quyền, nghĩa vụ và lợi ích hợp pháp cụ thể của cá nhân, tổ chức cần được bảo đảm?</w:t>
            </w:r>
          </w:p>
          <w:p w14:paraId="724977E5" w14:textId="77777777" w:rsidR="002C6261" w:rsidRPr="00972B74" w:rsidRDefault="002C6261" w:rsidP="007D6940">
            <w:pPr>
              <w:widowControl w:val="0"/>
              <w:spacing w:before="120" w:line="240" w:lineRule="auto"/>
              <w:jc w:val="both"/>
              <w:rPr>
                <w:rFonts w:cs="Times New Roman"/>
                <w:b/>
                <w:sz w:val="28"/>
                <w:szCs w:val="28"/>
                <w:lang w:val="vi-VN"/>
              </w:rPr>
            </w:pPr>
          </w:p>
        </w:tc>
        <w:tc>
          <w:tcPr>
            <w:tcW w:w="11340" w:type="dxa"/>
          </w:tcPr>
          <w:p w14:paraId="07897206" w14:textId="0B7FE811" w:rsidR="002C6261" w:rsidRPr="003578D4" w:rsidRDefault="002C6261"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Quy định hồ sơ, thủ tục nhằm bảo đảm quyền lợi </w:t>
            </w:r>
            <w:r w:rsidRPr="00FD1939">
              <w:rPr>
                <w:rFonts w:cs="Times New Roman"/>
                <w:sz w:val="28"/>
                <w:szCs w:val="28"/>
                <w:lang w:val="vi-VN"/>
              </w:rPr>
              <w:t xml:space="preserve">hợp pháp </w:t>
            </w:r>
            <w:r w:rsidRPr="00972B74">
              <w:rPr>
                <w:rFonts w:cs="Times New Roman"/>
                <w:sz w:val="28"/>
                <w:szCs w:val="28"/>
                <w:lang w:val="vi-VN"/>
              </w:rPr>
              <w:t xml:space="preserve">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khi </w:t>
            </w:r>
            <w:r w:rsidRPr="00972B74">
              <w:rPr>
                <w:rFonts w:cs="Times New Roman"/>
                <w:color w:val="000000"/>
                <w:sz w:val="28"/>
                <w:szCs w:val="28"/>
                <w:lang w:val="vi-VN"/>
              </w:rPr>
              <w:t xml:space="preserve">đề nghị </w:t>
            </w:r>
            <w:r w:rsidRPr="00436E32">
              <w:rPr>
                <w:rFonts w:cs="Times New Roman"/>
                <w:color w:val="000000"/>
                <w:sz w:val="28"/>
                <w:szCs w:val="28"/>
                <w:lang w:val="vi-VN"/>
              </w:rPr>
              <w:t xml:space="preserve">cấp </w:t>
            </w:r>
            <w:r w:rsidR="00FF41F6" w:rsidRPr="00FF41F6">
              <w:rPr>
                <w:rFonts w:cs="Times New Roman"/>
                <w:color w:val="000000"/>
                <w:sz w:val="28"/>
                <w:szCs w:val="28"/>
                <w:lang w:val="vi-VN"/>
              </w:rPr>
              <w:t>lại</w:t>
            </w:r>
            <w:r w:rsidRPr="00436E32">
              <w:rPr>
                <w:rFonts w:cs="Times New Roman"/>
                <w:color w:val="000000"/>
                <w:sz w:val="28"/>
                <w:szCs w:val="28"/>
                <w:lang w:val="vi-VN"/>
              </w:rPr>
              <w:t xml:space="preserve"> hiện vật</w:t>
            </w:r>
            <w:r>
              <w:rPr>
                <w:rFonts w:cs="Times New Roman"/>
                <w:color w:val="000000"/>
                <w:sz w:val="28"/>
                <w:szCs w:val="28"/>
                <w:lang w:val="vi-VN"/>
              </w:rPr>
              <w:t xml:space="preserve"> khen thưởng</w:t>
            </w:r>
            <w:r w:rsidRPr="00FD1939">
              <w:rPr>
                <w:rFonts w:cs="Times New Roman"/>
                <w:sz w:val="28"/>
                <w:szCs w:val="28"/>
                <w:lang w:val="vi-VN"/>
              </w:rPr>
              <w:t xml:space="preserve">; quyền của tổ chức </w:t>
            </w:r>
            <w:r w:rsidRPr="00972B74">
              <w:rPr>
                <w:rFonts w:cs="Times New Roman"/>
                <w:sz w:val="28"/>
                <w:szCs w:val="28"/>
                <w:lang w:val="vi-VN"/>
              </w:rPr>
              <w:t>được nộp hồ sơ bằng hình thức trực tiếp, trực tuyến hoặc qua dịch vụ bưu chính công ích</w:t>
            </w:r>
            <w:r w:rsidRPr="00FD1939">
              <w:rPr>
                <w:rFonts w:cs="Times New Roman"/>
                <w:sz w:val="28"/>
                <w:szCs w:val="28"/>
                <w:lang w:val="vi-VN"/>
              </w:rPr>
              <w:t xml:space="preserve">. </w:t>
            </w:r>
            <w:r w:rsidRPr="00972B74">
              <w:rPr>
                <w:rFonts w:cs="Times New Roman"/>
                <w:sz w:val="28"/>
                <w:szCs w:val="28"/>
                <w:lang w:val="vi-VN"/>
              </w:rPr>
              <w:t>Đồng thời, thủ tục xác đị</w:t>
            </w:r>
            <w:r>
              <w:rPr>
                <w:rFonts w:cs="Times New Roman"/>
                <w:sz w:val="28"/>
                <w:szCs w:val="28"/>
                <w:lang w:val="vi-VN"/>
              </w:rPr>
              <w:t xml:space="preserve">nh nghĩa vụ kê khai trung thực, </w:t>
            </w:r>
            <w:r w:rsidRPr="00972B74">
              <w:rPr>
                <w:rFonts w:cs="Times New Roman"/>
                <w:sz w:val="28"/>
                <w:szCs w:val="28"/>
                <w:lang w:val="vi-VN"/>
              </w:rPr>
              <w:t xml:space="preserve">chịu trách nhiệm về </w:t>
            </w:r>
            <w:r w:rsidRPr="00FD1939">
              <w:rPr>
                <w:rFonts w:cs="Times New Roman"/>
                <w:sz w:val="28"/>
                <w:szCs w:val="28"/>
                <w:lang w:val="vi-VN"/>
              </w:rPr>
              <w:t xml:space="preserve">tính chính xác của </w:t>
            </w:r>
            <w:r w:rsidRPr="00972B74">
              <w:rPr>
                <w:rFonts w:cs="Times New Roman"/>
                <w:sz w:val="28"/>
                <w:szCs w:val="28"/>
                <w:lang w:val="vi-VN"/>
              </w:rPr>
              <w:t>hồ sơ</w:t>
            </w:r>
            <w:r w:rsidRPr="00314250">
              <w:rPr>
                <w:rFonts w:cs="Times New Roman"/>
                <w:sz w:val="28"/>
                <w:szCs w:val="28"/>
                <w:lang w:val="vi-VN"/>
              </w:rPr>
              <w:t xml:space="preserve"> </w:t>
            </w:r>
            <w:r w:rsidRPr="003578D4">
              <w:rPr>
                <w:rFonts w:cs="Times New Roman"/>
                <w:sz w:val="28"/>
                <w:szCs w:val="28"/>
                <w:lang w:val="vi-VN"/>
              </w:rPr>
              <w:t>đề nghị.</w:t>
            </w:r>
          </w:p>
          <w:p w14:paraId="3EE7FDF6" w14:textId="77777777" w:rsidR="002C6261" w:rsidRPr="00B75C37" w:rsidRDefault="002C6261" w:rsidP="007D6940">
            <w:pPr>
              <w:widowControl w:val="0"/>
              <w:spacing w:before="120" w:line="240" w:lineRule="auto"/>
              <w:jc w:val="both"/>
              <w:rPr>
                <w:rFonts w:cs="Times New Roman"/>
                <w:sz w:val="28"/>
                <w:szCs w:val="28"/>
                <w:lang w:val="vi-VN"/>
              </w:rPr>
            </w:pPr>
            <w:r w:rsidRPr="00FD1939">
              <w:rPr>
                <w:rFonts w:cs="Times New Roman"/>
                <w:sz w:val="28"/>
                <w:szCs w:val="28"/>
                <w:lang w:val="vi-VN"/>
              </w:rPr>
              <w:t>b</w:t>
            </w:r>
            <w:r w:rsidRPr="00972B74">
              <w:rPr>
                <w:rFonts w:cs="Times New Roman"/>
                <w:sz w:val="28"/>
                <w:szCs w:val="28"/>
                <w:lang w:val="vi-VN"/>
              </w:rPr>
              <w:t xml:space="preserve">) Lý do Nhà nước cần quy định: Quy định hồ sơ, thủ tục để đảm bảo thống nhất, công khai, minh bạch, đúng </w:t>
            </w:r>
            <w:r w:rsidRPr="00314250">
              <w:rPr>
                <w:rFonts w:cs="Times New Roman"/>
                <w:sz w:val="28"/>
                <w:szCs w:val="28"/>
                <w:lang w:val="vi-VN"/>
              </w:rPr>
              <w:t>quy định</w:t>
            </w:r>
            <w:r w:rsidRPr="00972B74">
              <w:rPr>
                <w:rFonts w:cs="Times New Roman"/>
                <w:sz w:val="28"/>
                <w:szCs w:val="28"/>
                <w:lang w:val="vi-VN"/>
              </w:rPr>
              <w:t xml:space="preserve"> trong thực hiện quy định của pháp luật về thi đua, khen thưởng.</w:t>
            </w:r>
          </w:p>
        </w:tc>
      </w:tr>
      <w:tr w:rsidR="002C6261" w:rsidRPr="007D6940" w14:paraId="22AADAA6" w14:textId="77777777" w:rsidTr="007D6940">
        <w:tc>
          <w:tcPr>
            <w:tcW w:w="3118" w:type="dxa"/>
          </w:tcPr>
          <w:p w14:paraId="4A230417" w14:textId="77777777" w:rsidR="002C6261" w:rsidRPr="00972B74" w:rsidRDefault="002C6261" w:rsidP="007D6940">
            <w:pPr>
              <w:widowControl w:val="0"/>
              <w:spacing w:before="120" w:line="240" w:lineRule="auto"/>
              <w:jc w:val="both"/>
              <w:rPr>
                <w:rFonts w:cs="Times New Roman"/>
                <w:sz w:val="28"/>
                <w:szCs w:val="28"/>
                <w:lang w:val="vi-VN"/>
              </w:rPr>
            </w:pPr>
            <w:r w:rsidRPr="00972B74">
              <w:rPr>
                <w:rFonts w:cs="Times New Roman"/>
                <w:b/>
                <w:sz w:val="28"/>
                <w:szCs w:val="28"/>
                <w:lang w:val="vi-VN"/>
              </w:rPr>
              <w:t>3. Lý do lựa chọn biện pháp quy định thủ tục hành chính?</w:t>
            </w:r>
          </w:p>
        </w:tc>
        <w:tc>
          <w:tcPr>
            <w:tcW w:w="11340" w:type="dxa"/>
          </w:tcPr>
          <w:p w14:paraId="3C60BE79" w14:textId="504CC30B" w:rsidR="002C6261" w:rsidRPr="00A47917" w:rsidRDefault="002C6261" w:rsidP="007D6940">
            <w:pPr>
              <w:widowControl w:val="0"/>
              <w:spacing w:before="120" w:line="240" w:lineRule="auto"/>
              <w:jc w:val="both"/>
              <w:rPr>
                <w:rFonts w:cs="Times New Roman"/>
                <w:color w:val="000000"/>
                <w:sz w:val="28"/>
                <w:szCs w:val="28"/>
                <w:lang w:val="vi-VN"/>
              </w:rPr>
            </w:pPr>
            <w:r w:rsidRPr="00972B74">
              <w:rPr>
                <w:rFonts w:cs="Times New Roman"/>
                <w:sz w:val="28"/>
                <w:szCs w:val="28"/>
                <w:lang w:val="vi-VN"/>
              </w:rPr>
              <w:t xml:space="preserve">a) Nếu không quy định rõ thành phần hồ sơ, cách thức nộp, cơ quan quyết định, kết quả giải quyết </w:t>
            </w:r>
            <w:r>
              <w:rPr>
                <w:rFonts w:cs="Times New Roman"/>
                <w:sz w:val="28"/>
                <w:szCs w:val="28"/>
                <w:lang w:val="vi-VN"/>
              </w:rPr>
              <w:t xml:space="preserve">trong thực hiện </w:t>
            </w:r>
            <w:r w:rsidRPr="00436E32">
              <w:rPr>
                <w:rFonts w:cs="Times New Roman"/>
                <w:color w:val="000000"/>
                <w:sz w:val="28"/>
                <w:szCs w:val="28"/>
                <w:lang w:val="vi-VN"/>
              </w:rPr>
              <w:t xml:space="preserve">cấp </w:t>
            </w:r>
            <w:r w:rsidR="00FF41F6" w:rsidRPr="00FF41F6">
              <w:rPr>
                <w:rFonts w:cs="Times New Roman"/>
                <w:color w:val="000000"/>
                <w:sz w:val="28"/>
                <w:szCs w:val="28"/>
                <w:lang w:val="vi-VN"/>
              </w:rPr>
              <w:t>lại</w:t>
            </w:r>
            <w:r w:rsidRPr="00436E32">
              <w:rPr>
                <w:rFonts w:cs="Times New Roman"/>
                <w:color w:val="000000"/>
                <w:sz w:val="28"/>
                <w:szCs w:val="28"/>
                <w:lang w:val="vi-VN"/>
              </w:rPr>
              <w:t xml:space="preserve"> hiện vật khen thưởng </w:t>
            </w:r>
            <w:r w:rsidRPr="00A47917">
              <w:rPr>
                <w:rFonts w:cs="Times New Roman"/>
                <w:color w:val="000000"/>
                <w:sz w:val="28"/>
                <w:szCs w:val="28"/>
                <w:lang w:val="vi-VN"/>
              </w:rPr>
              <w:t xml:space="preserve">thì không đảm bảo về quyền lợi 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w:t>
            </w:r>
            <w:r w:rsidRPr="00A47917">
              <w:rPr>
                <w:rFonts w:cs="Times New Roman"/>
                <w:sz w:val="28"/>
                <w:szCs w:val="28"/>
                <w:lang w:val="vi-VN"/>
              </w:rPr>
              <w:t xml:space="preserve">và </w:t>
            </w:r>
            <w:r w:rsidRPr="00972B74">
              <w:rPr>
                <w:rFonts w:cs="Times New Roman"/>
                <w:sz w:val="28"/>
                <w:szCs w:val="28"/>
                <w:lang w:val="vi-VN"/>
              </w:rPr>
              <w:t>quy định của pháp luật về thi đua, khen thưởng.</w:t>
            </w:r>
          </w:p>
          <w:p w14:paraId="6677F2CF" w14:textId="21775077" w:rsidR="002C6261" w:rsidRPr="00972B74" w:rsidRDefault="002C6261" w:rsidP="00FF41F6">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Điều, khoản quy định thủ tục hành chính tại dự thảo văn bản: </w:t>
            </w:r>
            <w:r w:rsidRPr="00A47917">
              <w:rPr>
                <w:rFonts w:cs="Times New Roman"/>
                <w:sz w:val="28"/>
                <w:szCs w:val="28"/>
                <w:lang w:val="vi-VN"/>
              </w:rPr>
              <w:t>Điều 23</w:t>
            </w:r>
            <w:r w:rsidR="00FF41F6" w:rsidRPr="00FF41F6">
              <w:rPr>
                <w:rFonts w:cs="Times New Roman"/>
                <w:sz w:val="28"/>
                <w:szCs w:val="28"/>
                <w:lang w:val="vi-VN"/>
              </w:rPr>
              <w:t>b</w:t>
            </w:r>
            <w:r w:rsidRPr="00C542CB">
              <w:rPr>
                <w:rFonts w:cs="Times New Roman"/>
                <w:sz w:val="28"/>
                <w:szCs w:val="28"/>
                <w:lang w:val="vi-VN"/>
              </w:rPr>
              <w:t xml:space="preserve"> </w:t>
            </w:r>
            <w:r w:rsidRPr="00972B74">
              <w:rPr>
                <w:rFonts w:cs="Times New Roman"/>
                <w:sz w:val="28"/>
                <w:szCs w:val="28"/>
                <w:lang w:val="vi-VN"/>
              </w:rPr>
              <w:t xml:space="preserve">quy định </w:t>
            </w:r>
            <w:r w:rsidRPr="00C542CB">
              <w:rPr>
                <w:rFonts w:cs="Times New Roman"/>
                <w:sz w:val="28"/>
                <w:szCs w:val="28"/>
                <w:lang w:val="vi-VN"/>
              </w:rPr>
              <w:t xml:space="preserve">về </w:t>
            </w:r>
            <w:r w:rsidRPr="00A47917">
              <w:rPr>
                <w:rFonts w:cs="Times New Roman"/>
                <w:sz w:val="28"/>
                <w:szCs w:val="28"/>
                <w:lang w:val="vi-VN"/>
              </w:rPr>
              <w:t xml:space="preserve">thủ tục cấp </w:t>
            </w:r>
            <w:r w:rsidR="00FF41F6" w:rsidRPr="00FF41F6">
              <w:rPr>
                <w:rFonts w:cs="Times New Roman"/>
                <w:sz w:val="28"/>
                <w:szCs w:val="28"/>
                <w:lang w:val="vi-VN"/>
              </w:rPr>
              <w:t>lại</w:t>
            </w:r>
            <w:r w:rsidRPr="00A47917">
              <w:rPr>
                <w:rFonts w:cs="Times New Roman"/>
                <w:sz w:val="28"/>
                <w:szCs w:val="28"/>
                <w:lang w:val="vi-VN"/>
              </w:rPr>
              <w:t xml:space="preserve"> hiện vật khen thưởng thuộc thẩm quyền của cơ quan, tổ chức, đơn vị, địa phương thuộc tỉnh</w:t>
            </w:r>
            <w:r w:rsidRPr="00972B74">
              <w:rPr>
                <w:rFonts w:cs="Times New Roman"/>
                <w:sz w:val="28"/>
                <w:szCs w:val="28"/>
                <w:lang w:val="vi-VN"/>
              </w:rPr>
              <w:t>.</w:t>
            </w:r>
          </w:p>
        </w:tc>
      </w:tr>
      <w:tr w:rsidR="002C6261" w:rsidRPr="007D6940" w14:paraId="508B2993" w14:textId="77777777" w:rsidTr="007D6940">
        <w:tc>
          <w:tcPr>
            <w:tcW w:w="3118" w:type="dxa"/>
          </w:tcPr>
          <w:p w14:paraId="0F92D7EB" w14:textId="77777777" w:rsidR="002C6261" w:rsidRPr="00972B74" w:rsidRDefault="002C6261" w:rsidP="007D6940">
            <w:pPr>
              <w:widowControl w:val="0"/>
              <w:jc w:val="both"/>
              <w:rPr>
                <w:rFonts w:cs="Times New Roman"/>
                <w:sz w:val="28"/>
                <w:szCs w:val="28"/>
                <w:lang w:val="vi-VN"/>
              </w:rPr>
            </w:pPr>
            <w:r w:rsidRPr="00972B74">
              <w:rPr>
                <w:rFonts w:cs="Times New Roman"/>
                <w:b/>
                <w:sz w:val="28"/>
                <w:szCs w:val="28"/>
                <w:lang w:val="vi-VN"/>
              </w:rPr>
              <w:t>4. Có biện pháp nào khác có thể sử dụng mà không phải bằng quy định thủ tục hành chính không?</w:t>
            </w:r>
          </w:p>
        </w:tc>
        <w:tc>
          <w:tcPr>
            <w:tcW w:w="11340" w:type="dxa"/>
          </w:tcPr>
          <w:p w14:paraId="0F71FC09" w14:textId="77777777" w:rsidR="002C6261" w:rsidRPr="00972B74" w:rsidRDefault="002C6261" w:rsidP="007D6940">
            <w:pPr>
              <w:widowControl w:val="0"/>
              <w:rPr>
                <w:rFonts w:cs="Times New Roman"/>
                <w:sz w:val="28"/>
                <w:szCs w:val="28"/>
                <w:lang w:val="vi-VN"/>
              </w:rPr>
            </w:pPr>
            <w:r w:rsidRPr="00972B74">
              <w:rPr>
                <w:rFonts w:cs="Times New Roman"/>
                <w:sz w:val="28"/>
                <w:szCs w:val="28"/>
                <w:lang w:val="vi-VN"/>
              </w:rPr>
              <w:t>Có []       Không [x ]</w:t>
            </w:r>
          </w:p>
          <w:p w14:paraId="22DE9873"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 xml:space="preserve">Nếu </w:t>
            </w:r>
            <w:r w:rsidRPr="00C542CB">
              <w:rPr>
                <w:rFonts w:cs="Times New Roman"/>
                <w:sz w:val="28"/>
                <w:szCs w:val="28"/>
                <w:lang w:val="vi-VN"/>
              </w:rPr>
              <w:t>Không</w:t>
            </w:r>
            <w:r w:rsidRPr="00972B74">
              <w:rPr>
                <w:rFonts w:cs="Times New Roman"/>
                <w:sz w:val="28"/>
                <w:szCs w:val="28"/>
                <w:lang w:val="vi-VN"/>
              </w:rPr>
              <w:t xml:space="preserve">, nêu rõ </w:t>
            </w:r>
            <w:r w:rsidRPr="00C542CB">
              <w:rPr>
                <w:rFonts w:cs="Times New Roman"/>
                <w:sz w:val="28"/>
                <w:szCs w:val="28"/>
                <w:lang w:val="vi-VN"/>
              </w:rPr>
              <w:t>lý do</w:t>
            </w:r>
            <w:r w:rsidRPr="00972B74">
              <w:rPr>
                <w:rFonts w:cs="Times New Roman"/>
                <w:sz w:val="28"/>
                <w:szCs w:val="28"/>
                <w:lang w:val="vi-VN"/>
              </w:rPr>
              <w:t xml:space="preserve">: </w:t>
            </w:r>
            <w:r w:rsidRPr="00C542CB">
              <w:rPr>
                <w:rFonts w:cs="Times New Roman"/>
                <w:sz w:val="28"/>
                <w:szCs w:val="28"/>
                <w:lang w:val="vi-VN"/>
              </w:rPr>
              <w:t>C</w:t>
            </w:r>
            <w:r w:rsidRPr="00972B74">
              <w:rPr>
                <w:rFonts w:cs="Times New Roman"/>
                <w:sz w:val="28"/>
                <w:szCs w:val="28"/>
                <w:lang w:val="vi-VN"/>
              </w:rPr>
              <w:t>ần quy định thủ tục hành chính ở mức cần thiết, với 01 bộ hồ sơ, cách thức nộp đa dạng, không thu phí,</w:t>
            </w:r>
            <w:r>
              <w:rPr>
                <w:rFonts w:cs="Times New Roman"/>
                <w:sz w:val="28"/>
                <w:szCs w:val="28"/>
                <w:lang w:val="vi-VN"/>
              </w:rPr>
              <w:t xml:space="preserve"> lệ phí</w:t>
            </w:r>
            <w:r w:rsidRPr="00972B74">
              <w:rPr>
                <w:rFonts w:cs="Times New Roman"/>
                <w:sz w:val="28"/>
                <w:szCs w:val="28"/>
                <w:lang w:val="vi-VN"/>
              </w:rPr>
              <w:t>.</w:t>
            </w:r>
          </w:p>
        </w:tc>
      </w:tr>
      <w:tr w:rsidR="002C6261" w:rsidRPr="007D6940" w14:paraId="38172E85" w14:textId="77777777" w:rsidTr="007D6940">
        <w:tc>
          <w:tcPr>
            <w:tcW w:w="14458" w:type="dxa"/>
            <w:gridSpan w:val="2"/>
          </w:tcPr>
          <w:p w14:paraId="05C6D648" w14:textId="77777777" w:rsidR="002C6261" w:rsidRPr="00972B74" w:rsidRDefault="002C6261" w:rsidP="00A95F5F">
            <w:pPr>
              <w:widowControl w:val="0"/>
              <w:spacing w:before="120" w:after="80"/>
              <w:jc w:val="both"/>
              <w:rPr>
                <w:rFonts w:cs="Times New Roman"/>
                <w:sz w:val="28"/>
                <w:szCs w:val="28"/>
                <w:lang w:val="vi-VN"/>
              </w:rPr>
            </w:pPr>
            <w:r w:rsidRPr="00972B74">
              <w:rPr>
                <w:rFonts w:cs="Times New Roman"/>
                <w:b/>
                <w:sz w:val="28"/>
                <w:szCs w:val="28"/>
                <w:lang w:val="vi-VN"/>
              </w:rPr>
              <w:lastRenderedPageBreak/>
              <w:t>II. ĐÁNH GIÁ TÍNH HỢP HIẾN, HỢP PHÁP CỦA THỦ TỤC HÀNH CHÍNH</w:t>
            </w:r>
          </w:p>
        </w:tc>
      </w:tr>
      <w:tr w:rsidR="002C6261" w:rsidRPr="007D6940" w14:paraId="319CB220" w14:textId="77777777" w:rsidTr="007D6940">
        <w:tc>
          <w:tcPr>
            <w:tcW w:w="3118" w:type="dxa"/>
          </w:tcPr>
          <w:p w14:paraId="6C607E27" w14:textId="77777777" w:rsidR="002C6261" w:rsidRPr="00972B74" w:rsidRDefault="002C6261" w:rsidP="007D6940">
            <w:pPr>
              <w:widowControl w:val="0"/>
              <w:rPr>
                <w:rFonts w:cs="Times New Roman"/>
                <w:sz w:val="28"/>
                <w:szCs w:val="28"/>
                <w:lang w:val="vi-VN"/>
              </w:rPr>
            </w:pPr>
            <w:r w:rsidRPr="00972B74">
              <w:rPr>
                <w:rFonts w:cs="Times New Roman"/>
                <w:b/>
                <w:sz w:val="28"/>
                <w:szCs w:val="28"/>
                <w:lang w:val="vi-VN"/>
              </w:rPr>
              <w:t>1. Có phù hợp với Hiến pháp không?</w:t>
            </w:r>
          </w:p>
        </w:tc>
        <w:tc>
          <w:tcPr>
            <w:tcW w:w="11340" w:type="dxa"/>
          </w:tcPr>
          <w:p w14:paraId="4CD49634" w14:textId="77777777" w:rsidR="002C6261" w:rsidRPr="00972B74" w:rsidRDefault="002C6261" w:rsidP="007D6940">
            <w:pPr>
              <w:widowControl w:val="0"/>
              <w:rPr>
                <w:rFonts w:cs="Times New Roman"/>
                <w:sz w:val="28"/>
                <w:szCs w:val="28"/>
                <w:lang w:val="vi-VN"/>
              </w:rPr>
            </w:pPr>
            <w:r w:rsidRPr="00972B74">
              <w:rPr>
                <w:rFonts w:cs="Times New Roman"/>
                <w:sz w:val="28"/>
                <w:szCs w:val="28"/>
                <w:lang w:val="vi-VN"/>
              </w:rPr>
              <w:t>Có [x]       Không [ ]</w:t>
            </w:r>
          </w:p>
          <w:p w14:paraId="1293226F"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 xml:space="preserve">Nêu rõ lý do: Quy định thủ tục hành chính nhằm bảo đảm quyền, lợi ích hợp pháp của tổ chức, cá nhân trong </w:t>
            </w:r>
            <w:r w:rsidRPr="00C542CB">
              <w:rPr>
                <w:rFonts w:cs="Times New Roman"/>
                <w:sz w:val="28"/>
                <w:szCs w:val="28"/>
                <w:lang w:val="vi-VN"/>
              </w:rPr>
              <w:t>thực hiện pháp luật về thi đua, khen thưởng</w:t>
            </w:r>
            <w:r w:rsidRPr="00972B74">
              <w:rPr>
                <w:rFonts w:cs="Times New Roman"/>
                <w:sz w:val="28"/>
                <w:szCs w:val="28"/>
                <w:lang w:val="vi-VN"/>
              </w:rPr>
              <w:t>; đồng thời bảo đảm việc quản lý</w:t>
            </w:r>
            <w:r w:rsidRPr="00C542CB">
              <w:rPr>
                <w:rFonts w:cs="Times New Roman"/>
                <w:sz w:val="28"/>
                <w:szCs w:val="28"/>
                <w:lang w:val="vi-VN"/>
              </w:rPr>
              <w:t xml:space="preserve"> </w:t>
            </w:r>
            <w:r w:rsidRPr="00972B74">
              <w:rPr>
                <w:rFonts w:cs="Times New Roman"/>
                <w:sz w:val="28"/>
                <w:szCs w:val="28"/>
                <w:lang w:val="vi-VN"/>
              </w:rPr>
              <w:t xml:space="preserve">nhà nước </w:t>
            </w:r>
            <w:r w:rsidRPr="00C542CB">
              <w:rPr>
                <w:rFonts w:cs="Times New Roman"/>
                <w:sz w:val="28"/>
                <w:szCs w:val="28"/>
                <w:lang w:val="vi-VN"/>
              </w:rPr>
              <w:t xml:space="preserve">về thi đua, khen thưởng được </w:t>
            </w:r>
            <w:r>
              <w:rPr>
                <w:rFonts w:cs="Times New Roman"/>
                <w:sz w:val="28"/>
                <w:szCs w:val="28"/>
                <w:lang w:val="vi-VN"/>
              </w:rPr>
              <w:t>công khai, minh bạch</w:t>
            </w:r>
            <w:r w:rsidRPr="00972B74">
              <w:rPr>
                <w:rFonts w:cs="Times New Roman"/>
                <w:sz w:val="28"/>
                <w:szCs w:val="28"/>
                <w:lang w:val="vi-VN"/>
              </w:rPr>
              <w:t xml:space="preserve">. Dự thảo không đặt ra </w:t>
            </w:r>
            <w:r w:rsidRPr="00C542CB">
              <w:rPr>
                <w:rFonts w:cs="Times New Roman"/>
                <w:sz w:val="28"/>
                <w:szCs w:val="28"/>
                <w:lang w:val="vi-VN"/>
              </w:rPr>
              <w:t xml:space="preserve">vấn đề </w:t>
            </w:r>
            <w:r w:rsidRPr="00972B74">
              <w:rPr>
                <w:rFonts w:cs="Times New Roman"/>
                <w:sz w:val="28"/>
                <w:szCs w:val="28"/>
                <w:lang w:val="vi-VN"/>
              </w:rPr>
              <w:t>hạn chế quyền con người,</w:t>
            </w:r>
            <w:r>
              <w:rPr>
                <w:rFonts w:cs="Times New Roman"/>
                <w:sz w:val="28"/>
                <w:szCs w:val="28"/>
                <w:lang w:val="vi-VN"/>
              </w:rPr>
              <w:t xml:space="preserve"> quyền công dân trái Hiến pháp.</w:t>
            </w:r>
          </w:p>
        </w:tc>
      </w:tr>
      <w:tr w:rsidR="002C6261" w:rsidRPr="007D6940" w14:paraId="1BBD1D0B" w14:textId="77777777" w:rsidTr="007D6940">
        <w:tc>
          <w:tcPr>
            <w:tcW w:w="3118" w:type="dxa"/>
          </w:tcPr>
          <w:p w14:paraId="636A3922" w14:textId="77777777" w:rsidR="002C6261" w:rsidRPr="00972B74" w:rsidRDefault="002C6261" w:rsidP="007D6940">
            <w:pPr>
              <w:widowControl w:val="0"/>
              <w:jc w:val="both"/>
              <w:rPr>
                <w:rFonts w:cs="Times New Roman"/>
                <w:sz w:val="28"/>
                <w:szCs w:val="28"/>
                <w:lang w:val="vi-VN"/>
              </w:rPr>
            </w:pPr>
            <w:r w:rsidRPr="00972B74">
              <w:rPr>
                <w:rFonts w:cs="Times New Roman"/>
                <w:b/>
                <w:sz w:val="28"/>
                <w:szCs w:val="28"/>
                <w:lang w:val="vi-VN"/>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11340" w:type="dxa"/>
          </w:tcPr>
          <w:p w14:paraId="7D1EC070"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 Với văn bản của cơ quan nhà nước cấp trên: Có [ ]       Không [x]</w:t>
            </w:r>
          </w:p>
          <w:p w14:paraId="1FC988E4" w14:textId="77777777" w:rsidR="002C6261" w:rsidRDefault="002C6261" w:rsidP="007D6940">
            <w:pPr>
              <w:widowControl w:val="0"/>
              <w:jc w:val="both"/>
              <w:rPr>
                <w:rFonts w:cs="Times New Roman"/>
                <w:sz w:val="28"/>
                <w:szCs w:val="28"/>
                <w:lang w:val="vi-VN"/>
              </w:rPr>
            </w:pPr>
            <w:r>
              <w:rPr>
                <w:rFonts w:cs="Times New Roman"/>
                <w:sz w:val="28"/>
                <w:szCs w:val="28"/>
                <w:lang w:val="vi-VN"/>
              </w:rPr>
              <w:t xml:space="preserve">Lý do: </w:t>
            </w:r>
            <w:r w:rsidRPr="00C542CB">
              <w:rPr>
                <w:rFonts w:cs="Times New Roman"/>
                <w:sz w:val="28"/>
                <w:szCs w:val="28"/>
                <w:lang w:val="vi-VN"/>
              </w:rPr>
              <w:t>T</w:t>
            </w:r>
            <w:r w:rsidRPr="00972B74">
              <w:rPr>
                <w:rFonts w:cs="Times New Roman"/>
                <w:sz w:val="28"/>
                <w:szCs w:val="28"/>
                <w:lang w:val="vi-VN"/>
              </w:rPr>
              <w:t xml:space="preserve">hủ tục được xây dựng trên cơ sở Luật </w:t>
            </w:r>
            <w:r w:rsidRPr="00C542CB">
              <w:rPr>
                <w:rFonts w:cs="Times New Roman"/>
                <w:sz w:val="28"/>
                <w:szCs w:val="28"/>
                <w:lang w:val="vi-VN"/>
              </w:rPr>
              <w:t>số 06/2026/QH16 sửa đổi, bổ sung Luật Thi đua, khen thưởng</w:t>
            </w:r>
            <w:r w:rsidRPr="00972B74">
              <w:rPr>
                <w:rFonts w:cs="Times New Roman"/>
                <w:sz w:val="28"/>
                <w:szCs w:val="28"/>
                <w:lang w:val="vi-VN"/>
              </w:rPr>
              <w:t>, pháp luật ban hành văn bản quy phạm pháp luậ</w:t>
            </w:r>
            <w:r>
              <w:rPr>
                <w:rFonts w:cs="Times New Roman"/>
                <w:sz w:val="28"/>
                <w:szCs w:val="28"/>
                <w:lang w:val="vi-VN"/>
              </w:rPr>
              <w:t>t, kiểm soát thủ tục hành chính</w:t>
            </w:r>
            <w:r w:rsidRPr="00972B74">
              <w:rPr>
                <w:rFonts w:cs="Times New Roman"/>
                <w:sz w:val="28"/>
                <w:szCs w:val="28"/>
                <w:lang w:val="vi-VN"/>
              </w:rPr>
              <w:t xml:space="preserve">; dự thảo </w:t>
            </w:r>
            <w:r>
              <w:rPr>
                <w:rFonts w:cs="Times New Roman"/>
                <w:sz w:val="28"/>
                <w:szCs w:val="28"/>
                <w:lang w:val="vi-VN"/>
              </w:rPr>
              <w:t xml:space="preserve">chỉ cụ thể hóa trình tự, hồ sơ </w:t>
            </w:r>
            <w:r w:rsidRPr="00972B74">
              <w:rPr>
                <w:rFonts w:cs="Times New Roman"/>
                <w:sz w:val="28"/>
                <w:szCs w:val="28"/>
                <w:lang w:val="vi-VN"/>
              </w:rPr>
              <w:t>v</w:t>
            </w:r>
            <w:r>
              <w:rPr>
                <w:rFonts w:cs="Times New Roman"/>
                <w:sz w:val="28"/>
                <w:szCs w:val="28"/>
                <w:lang w:val="vi-VN"/>
              </w:rPr>
              <w:t>à trách nhiệm tổ chức thực hiện.</w:t>
            </w:r>
          </w:p>
          <w:p w14:paraId="11956494"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 Với văn bản của cơ quan khác: Có [ ]       Không [x]</w:t>
            </w:r>
          </w:p>
          <w:p w14:paraId="2B403BC3"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 Với điều ước quốc tế có liên quan mà nước CHXHCN V</w:t>
            </w:r>
            <w:r>
              <w:rPr>
                <w:rFonts w:cs="Times New Roman"/>
                <w:sz w:val="28"/>
                <w:szCs w:val="28"/>
                <w:lang w:val="vi-VN"/>
              </w:rPr>
              <w:t xml:space="preserve">iệt Nam là thành viên: Có [ ]  </w:t>
            </w:r>
            <w:r w:rsidRPr="00972B74">
              <w:rPr>
                <w:rFonts w:cs="Times New Roman"/>
                <w:sz w:val="28"/>
                <w:szCs w:val="28"/>
                <w:lang w:val="vi-VN"/>
              </w:rPr>
              <w:t>Không [x]</w:t>
            </w:r>
          </w:p>
          <w:p w14:paraId="5A4171F1"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Không phát hiện nội dung mâu t</w:t>
            </w:r>
            <w:r>
              <w:rPr>
                <w:rFonts w:cs="Times New Roman"/>
                <w:sz w:val="28"/>
                <w:szCs w:val="28"/>
                <w:lang w:val="vi-VN"/>
              </w:rPr>
              <w:t>huẫn, chồng chéo hoặc xung đột với các v</w:t>
            </w:r>
            <w:r w:rsidRPr="00EB1BEB">
              <w:rPr>
                <w:rFonts w:cs="Times New Roman"/>
                <w:sz w:val="28"/>
                <w:szCs w:val="28"/>
                <w:lang w:val="vi-VN"/>
              </w:rPr>
              <w:t>ă</w:t>
            </w:r>
            <w:r>
              <w:rPr>
                <w:rFonts w:cs="Times New Roman"/>
                <w:sz w:val="28"/>
                <w:szCs w:val="28"/>
                <w:lang w:val="vi-VN"/>
              </w:rPr>
              <w:t>n bản của cơ quan khác</w:t>
            </w:r>
            <w:r w:rsidRPr="00EB1BEB">
              <w:rPr>
                <w:rFonts w:cs="Times New Roman"/>
                <w:sz w:val="28"/>
                <w:szCs w:val="28"/>
                <w:lang w:val="vi-VN"/>
              </w:rPr>
              <w:t xml:space="preserve">; với </w:t>
            </w:r>
            <w:r>
              <w:rPr>
                <w:rFonts w:cs="Times New Roman"/>
                <w:sz w:val="28"/>
                <w:szCs w:val="28"/>
                <w:lang w:val="vi-VN"/>
              </w:rPr>
              <w:t>điều ước quốc tế có liên quan.</w:t>
            </w:r>
          </w:p>
        </w:tc>
      </w:tr>
      <w:tr w:rsidR="002C6261" w:rsidRPr="007D6940" w14:paraId="1C94E96C" w14:textId="77777777" w:rsidTr="007D6940">
        <w:tc>
          <w:tcPr>
            <w:tcW w:w="14458" w:type="dxa"/>
            <w:gridSpan w:val="2"/>
          </w:tcPr>
          <w:p w14:paraId="410FF774" w14:textId="77777777" w:rsidR="002C6261" w:rsidRPr="00972B74" w:rsidRDefault="002C6261" w:rsidP="00A95F5F">
            <w:pPr>
              <w:widowControl w:val="0"/>
              <w:spacing w:before="120" w:after="120"/>
              <w:rPr>
                <w:rFonts w:cs="Times New Roman"/>
                <w:sz w:val="28"/>
                <w:szCs w:val="28"/>
                <w:lang w:val="vi-VN"/>
              </w:rPr>
            </w:pPr>
            <w:r w:rsidRPr="00972B74">
              <w:rPr>
                <w:rFonts w:cs="Times New Roman"/>
                <w:b/>
                <w:sz w:val="28"/>
                <w:szCs w:val="28"/>
                <w:lang w:val="vi-VN"/>
              </w:rPr>
              <w:t>III. ĐÁNH GIÁ TÍNH HỢP LÝ CỦA THỦ TỤC HÀNH CHÍNH</w:t>
            </w:r>
          </w:p>
        </w:tc>
      </w:tr>
      <w:tr w:rsidR="002C6261" w:rsidRPr="007D6940" w14:paraId="759DE8BC" w14:textId="77777777" w:rsidTr="007D6940">
        <w:tc>
          <w:tcPr>
            <w:tcW w:w="14458" w:type="dxa"/>
            <w:gridSpan w:val="2"/>
          </w:tcPr>
          <w:p w14:paraId="17CB8444" w14:textId="77777777" w:rsidR="002C6261" w:rsidRPr="00972B74" w:rsidRDefault="002C6261" w:rsidP="007D6940">
            <w:pPr>
              <w:widowControl w:val="0"/>
              <w:spacing w:after="80"/>
              <w:rPr>
                <w:rFonts w:cs="Times New Roman"/>
                <w:b/>
                <w:sz w:val="28"/>
                <w:szCs w:val="28"/>
                <w:lang w:val="vi-VN"/>
              </w:rPr>
            </w:pPr>
            <w:r w:rsidRPr="00972B74">
              <w:rPr>
                <w:rFonts w:cs="Times New Roman"/>
                <w:b/>
                <w:sz w:val="28"/>
                <w:szCs w:val="28"/>
                <w:lang w:val="vi-VN"/>
              </w:rPr>
              <w:t>1. Tên thủ tục hành chính</w:t>
            </w:r>
          </w:p>
        </w:tc>
      </w:tr>
      <w:tr w:rsidR="002C6261" w:rsidRPr="007D6940" w14:paraId="4C16F21E" w14:textId="77777777" w:rsidTr="007D6940">
        <w:tc>
          <w:tcPr>
            <w:tcW w:w="3118" w:type="dxa"/>
          </w:tcPr>
          <w:p w14:paraId="45F671CD"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Có được quy định rõ ràng, cụ thể và phù hợp không?</w:t>
            </w:r>
          </w:p>
          <w:p w14:paraId="1A78A8E8" w14:textId="77777777" w:rsidR="002C6261" w:rsidRPr="00972B74" w:rsidRDefault="002C6261" w:rsidP="007D6940">
            <w:pPr>
              <w:widowControl w:val="0"/>
              <w:jc w:val="both"/>
              <w:rPr>
                <w:rFonts w:cs="Times New Roman"/>
                <w:sz w:val="28"/>
                <w:szCs w:val="28"/>
                <w:lang w:val="vi-VN"/>
              </w:rPr>
            </w:pPr>
          </w:p>
        </w:tc>
        <w:tc>
          <w:tcPr>
            <w:tcW w:w="11340" w:type="dxa"/>
          </w:tcPr>
          <w:p w14:paraId="21F4812F" w14:textId="77777777" w:rsidR="002C6261" w:rsidRPr="00972B74" w:rsidRDefault="002C6261" w:rsidP="007D6940">
            <w:pPr>
              <w:widowControl w:val="0"/>
              <w:jc w:val="both"/>
              <w:rPr>
                <w:rFonts w:cs="Times New Roman"/>
                <w:sz w:val="28"/>
                <w:szCs w:val="28"/>
                <w:lang w:val="vi-VN"/>
              </w:rPr>
            </w:pPr>
            <w:r w:rsidRPr="00972B74">
              <w:rPr>
                <w:rFonts w:cs="Times New Roman"/>
                <w:sz w:val="28"/>
                <w:szCs w:val="28"/>
                <w:lang w:val="vi-VN"/>
              </w:rPr>
              <w:t>Có [x]       Không [ ]</w:t>
            </w:r>
          </w:p>
          <w:p w14:paraId="3C0CA4B1" w14:textId="2AD8E21E" w:rsidR="002C6261" w:rsidRPr="00972B74" w:rsidRDefault="002C6261" w:rsidP="00FF41F6">
            <w:pPr>
              <w:widowControl w:val="0"/>
              <w:jc w:val="both"/>
              <w:rPr>
                <w:rFonts w:cs="Times New Roman"/>
                <w:sz w:val="28"/>
                <w:szCs w:val="28"/>
                <w:lang w:val="vi-VN"/>
              </w:rPr>
            </w:pPr>
            <w:r>
              <w:rPr>
                <w:rFonts w:cs="Times New Roman"/>
                <w:sz w:val="28"/>
                <w:szCs w:val="28"/>
                <w:lang w:val="vi-VN"/>
              </w:rPr>
              <w:t xml:space="preserve">Nêu rõ lý do: </w:t>
            </w:r>
            <w:r w:rsidRPr="00A47917">
              <w:rPr>
                <w:rFonts w:cs="Times New Roman"/>
                <w:sz w:val="28"/>
                <w:szCs w:val="28"/>
                <w:lang w:val="vi-VN"/>
              </w:rPr>
              <w:t>T</w:t>
            </w:r>
            <w:r w:rsidRPr="00972B74">
              <w:rPr>
                <w:rFonts w:cs="Times New Roman"/>
                <w:sz w:val="28"/>
                <w:szCs w:val="28"/>
                <w:lang w:val="vi-VN"/>
              </w:rPr>
              <w:t xml:space="preserve">ên thủ tục là </w:t>
            </w:r>
            <w:r w:rsidRPr="00A47917">
              <w:rPr>
                <w:rFonts w:cs="Times New Roman"/>
                <w:sz w:val="28"/>
                <w:szCs w:val="28"/>
                <w:lang w:val="vi-VN"/>
              </w:rPr>
              <w:t xml:space="preserve">“Thủ tục cấp </w:t>
            </w:r>
            <w:r w:rsidR="00FF41F6" w:rsidRPr="00FF41F6">
              <w:rPr>
                <w:rFonts w:cs="Times New Roman"/>
                <w:sz w:val="28"/>
                <w:szCs w:val="28"/>
                <w:lang w:val="vi-VN"/>
              </w:rPr>
              <w:t xml:space="preserve">lại </w:t>
            </w:r>
            <w:r w:rsidRPr="00A47917">
              <w:rPr>
                <w:rFonts w:cs="Times New Roman"/>
                <w:sz w:val="28"/>
                <w:szCs w:val="28"/>
                <w:lang w:val="vi-VN"/>
              </w:rPr>
              <w:t xml:space="preserve">hiện vật khen thưởng thuộc thẩm quyền của cơ quan, tổ chức, đơn vị, địa phương thuộc tỉnh”, </w:t>
            </w:r>
            <w:r w:rsidRPr="00972B74">
              <w:rPr>
                <w:rFonts w:cs="Times New Roman"/>
                <w:sz w:val="28"/>
                <w:szCs w:val="28"/>
                <w:lang w:val="vi-VN"/>
              </w:rPr>
              <w:t xml:space="preserve">phản ánh đúng nội dung </w:t>
            </w:r>
            <w:r w:rsidRPr="00EB1BEB">
              <w:rPr>
                <w:rFonts w:cs="Times New Roman"/>
                <w:sz w:val="28"/>
                <w:szCs w:val="28"/>
                <w:lang w:val="vi-VN"/>
              </w:rPr>
              <w:t xml:space="preserve">quy định tại </w:t>
            </w:r>
            <w:r w:rsidRPr="00972B74">
              <w:rPr>
                <w:rFonts w:cs="Times New Roman"/>
                <w:sz w:val="28"/>
                <w:szCs w:val="28"/>
                <w:lang w:val="vi-VN"/>
              </w:rPr>
              <w:t xml:space="preserve">Điều </w:t>
            </w:r>
            <w:r w:rsidRPr="00A47917">
              <w:rPr>
                <w:rFonts w:cs="Times New Roman"/>
                <w:sz w:val="28"/>
                <w:szCs w:val="28"/>
                <w:lang w:val="vi-VN"/>
              </w:rPr>
              <w:t>23</w:t>
            </w:r>
            <w:r w:rsidR="00FF41F6" w:rsidRPr="00FF41F6">
              <w:rPr>
                <w:rFonts w:cs="Times New Roman"/>
                <w:sz w:val="28"/>
                <w:szCs w:val="28"/>
                <w:lang w:val="vi-VN"/>
              </w:rPr>
              <w:t>b</w:t>
            </w:r>
            <w:r w:rsidRPr="00972B74">
              <w:rPr>
                <w:rFonts w:cs="Times New Roman"/>
                <w:sz w:val="28"/>
                <w:szCs w:val="28"/>
                <w:lang w:val="vi-VN"/>
              </w:rPr>
              <w:t xml:space="preserve"> dự thảo Quy</w:t>
            </w:r>
            <w:r w:rsidRPr="00EB1BEB">
              <w:rPr>
                <w:rFonts w:cs="Times New Roman"/>
                <w:sz w:val="28"/>
                <w:szCs w:val="28"/>
                <w:lang w:val="vi-VN"/>
              </w:rPr>
              <w:t>ết</w:t>
            </w:r>
            <w:r w:rsidRPr="00972B74">
              <w:rPr>
                <w:rFonts w:cs="Times New Roman"/>
                <w:sz w:val="28"/>
                <w:szCs w:val="28"/>
                <w:lang w:val="vi-VN"/>
              </w:rPr>
              <w:t xml:space="preserve"> định, thuận tiện cho việc công khai, tra cứu khi công bố thủ tục hành chính.</w:t>
            </w:r>
          </w:p>
        </w:tc>
      </w:tr>
      <w:tr w:rsidR="002C6261" w:rsidRPr="00972B74" w14:paraId="3F87A618" w14:textId="77777777" w:rsidTr="007D6940">
        <w:tc>
          <w:tcPr>
            <w:tcW w:w="14458" w:type="dxa"/>
            <w:gridSpan w:val="2"/>
          </w:tcPr>
          <w:p w14:paraId="27533E3E" w14:textId="77777777" w:rsidR="002C6261" w:rsidRPr="00972B74" w:rsidRDefault="002C6261" w:rsidP="00A95F5F">
            <w:pPr>
              <w:widowControl w:val="0"/>
              <w:spacing w:before="120" w:after="120"/>
              <w:jc w:val="both"/>
              <w:rPr>
                <w:rFonts w:cs="Times New Roman"/>
                <w:sz w:val="28"/>
                <w:szCs w:val="28"/>
              </w:rPr>
            </w:pPr>
            <w:r w:rsidRPr="00972B74">
              <w:rPr>
                <w:rFonts w:cs="Times New Roman"/>
                <w:b/>
                <w:sz w:val="28"/>
                <w:szCs w:val="28"/>
              </w:rPr>
              <w:t>2. Trình tự thực hiện</w:t>
            </w:r>
          </w:p>
        </w:tc>
      </w:tr>
      <w:tr w:rsidR="002C6261" w:rsidRPr="007D6940" w14:paraId="51307286" w14:textId="77777777" w:rsidTr="007D6940">
        <w:tc>
          <w:tcPr>
            <w:tcW w:w="3118" w:type="dxa"/>
          </w:tcPr>
          <w:p w14:paraId="51FBAAD4" w14:textId="77777777" w:rsidR="002C6261" w:rsidRPr="00972B74" w:rsidRDefault="002C6261" w:rsidP="007D6940">
            <w:pPr>
              <w:widowControl w:val="0"/>
              <w:jc w:val="both"/>
              <w:rPr>
                <w:rFonts w:cs="Times New Roman"/>
                <w:b/>
                <w:sz w:val="28"/>
                <w:szCs w:val="28"/>
              </w:rPr>
            </w:pPr>
            <w:r w:rsidRPr="00972B74">
              <w:rPr>
                <w:rFonts w:cs="Times New Roman"/>
                <w:sz w:val="28"/>
                <w:szCs w:val="28"/>
              </w:rPr>
              <w:t>a) Có được quy định rõ ràng và cụ thể về các bước thực hiện không?</w:t>
            </w:r>
          </w:p>
        </w:tc>
        <w:tc>
          <w:tcPr>
            <w:tcW w:w="11340" w:type="dxa"/>
          </w:tcPr>
          <w:p w14:paraId="3ED56520" w14:textId="77777777" w:rsidR="002C6261" w:rsidRPr="00972B74" w:rsidRDefault="002C6261" w:rsidP="007D6940">
            <w:pPr>
              <w:widowControl w:val="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1B955BDD" w14:textId="77777777" w:rsidR="002C6261" w:rsidRDefault="002C6261" w:rsidP="007D6940">
            <w:pPr>
              <w:widowControl w:val="0"/>
              <w:jc w:val="both"/>
              <w:rPr>
                <w:rFonts w:cs="Times New Roman"/>
                <w:sz w:val="28"/>
                <w:szCs w:val="28"/>
                <w:lang w:val="vi-VN"/>
              </w:rPr>
            </w:pPr>
            <w:r w:rsidRPr="00EB1BEB">
              <w:rPr>
                <w:rFonts w:cs="Times New Roman"/>
                <w:sz w:val="28"/>
                <w:szCs w:val="28"/>
                <w:lang w:val="vi-VN"/>
              </w:rPr>
              <w:t xml:space="preserve">Trình tự gồm: </w:t>
            </w:r>
          </w:p>
          <w:p w14:paraId="4BF1DB97" w14:textId="3EB2412A" w:rsidR="002C6261" w:rsidRPr="00A47917" w:rsidRDefault="002C6261" w:rsidP="007D6940">
            <w:pPr>
              <w:widowControl w:val="0"/>
              <w:jc w:val="both"/>
              <w:rPr>
                <w:rFonts w:cs="Times New Roman"/>
                <w:sz w:val="28"/>
                <w:szCs w:val="28"/>
                <w:lang w:val="vi-VN"/>
              </w:rPr>
            </w:pPr>
            <w:r w:rsidRPr="00A47917">
              <w:rPr>
                <w:rFonts w:cs="Times New Roman"/>
                <w:sz w:val="28"/>
                <w:szCs w:val="28"/>
                <w:lang w:val="vi-VN"/>
              </w:rPr>
              <w:t xml:space="preserve">a) Văn bản đề nghị cấp </w:t>
            </w:r>
            <w:r w:rsidR="00FF41F6" w:rsidRPr="00FF41F6">
              <w:rPr>
                <w:rFonts w:cs="Times New Roman"/>
                <w:sz w:val="28"/>
                <w:szCs w:val="28"/>
                <w:lang w:val="vi-VN"/>
              </w:rPr>
              <w:t>lại</w:t>
            </w:r>
            <w:r w:rsidRPr="00A47917">
              <w:rPr>
                <w:rFonts w:cs="Times New Roman"/>
                <w:sz w:val="28"/>
                <w:szCs w:val="28"/>
                <w:lang w:val="vi-VN"/>
              </w:rPr>
              <w:t xml:space="preserve"> của tập thể hoặc đơn đề nghị cấp </w:t>
            </w:r>
            <w:r w:rsidR="00FF41F6" w:rsidRPr="00FF41F6">
              <w:rPr>
                <w:rFonts w:cs="Times New Roman"/>
                <w:sz w:val="28"/>
                <w:szCs w:val="28"/>
                <w:lang w:val="vi-VN"/>
              </w:rPr>
              <w:t xml:space="preserve">lại </w:t>
            </w:r>
            <w:r w:rsidRPr="00A47917">
              <w:rPr>
                <w:rFonts w:cs="Times New Roman"/>
                <w:sz w:val="28"/>
                <w:szCs w:val="28"/>
                <w:lang w:val="vi-VN"/>
              </w:rPr>
              <w:t xml:space="preserve">của cá nhân, hộ gia đình gửi phòng, </w:t>
            </w:r>
            <w:r w:rsidRPr="00A47917">
              <w:rPr>
                <w:rFonts w:cs="Times New Roman"/>
                <w:sz w:val="28"/>
                <w:szCs w:val="28"/>
                <w:lang w:val="vi-VN"/>
              </w:rPr>
              <w:lastRenderedPageBreak/>
              <w:t>ban, đơn vị đã trình khen trước đây;</w:t>
            </w:r>
          </w:p>
          <w:p w14:paraId="18821370" w14:textId="01ADBD19" w:rsidR="002C6261" w:rsidRPr="00EB1BEB" w:rsidRDefault="002C6261" w:rsidP="00FF41F6">
            <w:pPr>
              <w:widowControl w:val="0"/>
              <w:jc w:val="both"/>
              <w:rPr>
                <w:rFonts w:cs="Times New Roman"/>
                <w:sz w:val="28"/>
                <w:szCs w:val="28"/>
                <w:lang w:val="vi-VN"/>
              </w:rPr>
            </w:pPr>
            <w:r w:rsidRPr="00A47917">
              <w:rPr>
                <w:rFonts w:cs="Times New Roman"/>
                <w:sz w:val="28"/>
                <w:szCs w:val="28"/>
                <w:lang w:val="vi-VN"/>
              </w:rPr>
              <w:t xml:space="preserve">b) </w:t>
            </w:r>
            <w:r w:rsidR="00FD0C60" w:rsidRPr="00FD0C60">
              <w:rPr>
                <w:rFonts w:cs="Times New Roman"/>
                <w:sz w:val="28"/>
                <w:szCs w:val="28"/>
                <w:lang w:val="vi-VN"/>
              </w:rPr>
              <w:t>Phòng, ban, đơn vị tra cứu hồ sơ lưu trữ, tổng hợp trình Thủ trưởng cơ quan, tổ chức, đơn vị, địa phương thực hiện cấp lại hiện vật khen thưởng trong thời hạn 10 ngày làm việc.</w:t>
            </w:r>
          </w:p>
        </w:tc>
      </w:tr>
      <w:tr w:rsidR="002C6261" w:rsidRPr="007D6940" w14:paraId="19C7A0A2" w14:textId="77777777" w:rsidTr="007D6940">
        <w:tc>
          <w:tcPr>
            <w:tcW w:w="3118" w:type="dxa"/>
          </w:tcPr>
          <w:p w14:paraId="4AA6596B" w14:textId="77777777" w:rsidR="002C6261" w:rsidRPr="00E270D8" w:rsidRDefault="002C6261" w:rsidP="007D6940">
            <w:pPr>
              <w:widowControl w:val="0"/>
              <w:jc w:val="both"/>
              <w:rPr>
                <w:rFonts w:cs="Times New Roman"/>
                <w:sz w:val="28"/>
                <w:szCs w:val="28"/>
                <w:lang w:val="vi-VN"/>
              </w:rPr>
            </w:pPr>
            <w:r w:rsidRPr="00E270D8">
              <w:rPr>
                <w:rFonts w:cs="Times New Roman"/>
                <w:sz w:val="28"/>
                <w:szCs w:val="28"/>
                <w:lang w:val="vi-VN"/>
              </w:rPr>
              <w:lastRenderedPageBreak/>
              <w:t>b) Có được quy định, phân định rõ trách nhiệm và nội dung công việc của cơ quan nhà nước và cá nhân, tổ chức khi thực hiện không?</w:t>
            </w:r>
          </w:p>
        </w:tc>
        <w:tc>
          <w:tcPr>
            <w:tcW w:w="11340" w:type="dxa"/>
          </w:tcPr>
          <w:p w14:paraId="6AC1366F" w14:textId="77777777" w:rsidR="002C6261" w:rsidRPr="00E270D8" w:rsidRDefault="002C6261" w:rsidP="007D6940">
            <w:pPr>
              <w:widowControl w:val="0"/>
              <w:jc w:val="both"/>
              <w:rPr>
                <w:rFonts w:cs="Times New Roman"/>
                <w:sz w:val="28"/>
                <w:szCs w:val="28"/>
                <w:lang w:val="vi-VN"/>
              </w:rPr>
            </w:pPr>
            <w:r w:rsidRPr="00E270D8">
              <w:rPr>
                <w:rFonts w:cs="Times New Roman"/>
                <w:sz w:val="28"/>
                <w:szCs w:val="28"/>
                <w:lang w:val="vi-VN"/>
              </w:rPr>
              <w:t>Có [x]       Không [ ]</w:t>
            </w:r>
          </w:p>
          <w:p w14:paraId="115234FE" w14:textId="77777777" w:rsidR="002C6261" w:rsidRPr="00A47917" w:rsidRDefault="002C6261" w:rsidP="007D6940">
            <w:pPr>
              <w:widowControl w:val="0"/>
              <w:jc w:val="both"/>
              <w:rPr>
                <w:rFonts w:cs="Times New Roman"/>
                <w:sz w:val="28"/>
                <w:szCs w:val="28"/>
                <w:lang w:val="vi-VN"/>
              </w:rPr>
            </w:pPr>
            <w:r w:rsidRPr="00E270D8">
              <w:rPr>
                <w:rFonts w:cs="Times New Roman"/>
                <w:sz w:val="28"/>
                <w:szCs w:val="28"/>
                <w:lang w:val="vi-VN"/>
              </w:rPr>
              <w:t xml:space="preserve"> Dự thảo phân định rõ trách nhiệm của </w:t>
            </w:r>
            <w:r w:rsidRPr="00A47917">
              <w:rPr>
                <w:rFonts w:cs="Times New Roman"/>
                <w:sz w:val="28"/>
                <w:szCs w:val="28"/>
                <w:lang w:val="vi-VN"/>
              </w:rPr>
              <w:t>phòng, ban, đơn vị</w:t>
            </w:r>
            <w:r>
              <w:rPr>
                <w:rFonts w:cs="Times New Roman"/>
                <w:sz w:val="28"/>
                <w:szCs w:val="28"/>
                <w:lang w:val="vi-VN"/>
              </w:rPr>
              <w:t xml:space="preserve">, cá nhân, hộ gia đình </w:t>
            </w:r>
            <w:r w:rsidRPr="00E270D8">
              <w:rPr>
                <w:rFonts w:cs="Times New Roman"/>
                <w:sz w:val="28"/>
                <w:szCs w:val="28"/>
                <w:lang w:val="vi-VN"/>
              </w:rPr>
              <w:t xml:space="preserve">trong nộp hồ sơ, chịu trách nhiệm về tính trung thực của hồ sơ; trách nhiệm của </w:t>
            </w:r>
            <w:r w:rsidRPr="00A47917">
              <w:rPr>
                <w:rFonts w:cs="Times New Roman"/>
                <w:sz w:val="28"/>
                <w:szCs w:val="28"/>
                <w:lang w:val="vi-VN"/>
              </w:rPr>
              <w:t xml:space="preserve">phòng, ban, đơn vị </w:t>
            </w:r>
            <w:r w:rsidRPr="00E270D8">
              <w:rPr>
                <w:rFonts w:cs="Times New Roman"/>
                <w:sz w:val="28"/>
                <w:szCs w:val="28"/>
                <w:lang w:val="vi-VN"/>
              </w:rPr>
              <w:t xml:space="preserve">trong tiếp nhận, thẩm định; trách nhiệm </w:t>
            </w:r>
            <w:r w:rsidRPr="00A47917">
              <w:rPr>
                <w:rFonts w:cs="Times New Roman"/>
                <w:sz w:val="28"/>
                <w:szCs w:val="28"/>
                <w:lang w:val="vi-VN"/>
              </w:rPr>
              <w:t xml:space="preserve">Thủ trưởng </w:t>
            </w:r>
            <w:r>
              <w:rPr>
                <w:rFonts w:cs="Times New Roman"/>
                <w:sz w:val="28"/>
                <w:szCs w:val="28"/>
                <w:lang w:val="vi-VN"/>
              </w:rPr>
              <w:t>cơ quan, tổ chức, đơn vị, địa phương.</w:t>
            </w:r>
          </w:p>
        </w:tc>
      </w:tr>
      <w:tr w:rsidR="002C6261" w:rsidRPr="007D6940" w14:paraId="40F34D84" w14:textId="77777777" w:rsidTr="007D6940">
        <w:tc>
          <w:tcPr>
            <w:tcW w:w="3118" w:type="dxa"/>
          </w:tcPr>
          <w:p w14:paraId="1A6A2EB6" w14:textId="77777777" w:rsidR="002C6261" w:rsidRPr="00E270D8" w:rsidRDefault="002C6261" w:rsidP="007D6940">
            <w:pPr>
              <w:widowControl w:val="0"/>
              <w:jc w:val="both"/>
              <w:rPr>
                <w:rFonts w:cs="Times New Roman"/>
                <w:sz w:val="28"/>
                <w:szCs w:val="28"/>
                <w:lang w:val="vi-VN"/>
              </w:rPr>
            </w:pPr>
            <w:r w:rsidRPr="00E270D8">
              <w:rPr>
                <w:rFonts w:cs="Times New Roman"/>
                <w:sz w:val="28"/>
                <w:szCs w:val="28"/>
                <w:lang w:val="vi-VN"/>
              </w:rPr>
              <w:t xml:space="preserve">c) Có áp dụng cơ chế liên thông không? </w:t>
            </w:r>
          </w:p>
        </w:tc>
        <w:tc>
          <w:tcPr>
            <w:tcW w:w="11340" w:type="dxa"/>
          </w:tcPr>
          <w:p w14:paraId="768EB702" w14:textId="77777777" w:rsidR="002C6261" w:rsidRPr="00E270D8" w:rsidRDefault="002C6261" w:rsidP="007D6940">
            <w:pPr>
              <w:widowControl w:val="0"/>
              <w:rPr>
                <w:rFonts w:cs="Times New Roman"/>
                <w:sz w:val="28"/>
                <w:szCs w:val="28"/>
                <w:lang w:val="vi-VN"/>
              </w:rPr>
            </w:pPr>
            <w:r w:rsidRPr="00E270D8">
              <w:rPr>
                <w:rFonts w:cs="Times New Roman"/>
                <w:sz w:val="28"/>
                <w:szCs w:val="28"/>
                <w:lang w:val="vi-VN"/>
              </w:rPr>
              <w:t>Có [ x]       Không []</w:t>
            </w:r>
          </w:p>
          <w:p w14:paraId="5C0FBF16" w14:textId="77777777" w:rsidR="002C6261" w:rsidRPr="00E270D8" w:rsidRDefault="002C6261" w:rsidP="007D6940">
            <w:pPr>
              <w:widowControl w:val="0"/>
              <w:jc w:val="both"/>
              <w:rPr>
                <w:rFonts w:cs="Times New Roman"/>
                <w:sz w:val="28"/>
                <w:szCs w:val="28"/>
                <w:lang w:val="vi-VN"/>
              </w:rPr>
            </w:pPr>
            <w:r w:rsidRPr="00E270D8">
              <w:rPr>
                <w:rFonts w:cs="Times New Roman"/>
                <w:sz w:val="28"/>
                <w:szCs w:val="28"/>
                <w:lang w:val="vi-VN"/>
              </w:rPr>
              <w:t xml:space="preserve">Lý do: Hồ sơ được liên thông từ </w:t>
            </w:r>
            <w:r w:rsidRPr="002D5FF8">
              <w:rPr>
                <w:rFonts w:cs="Times New Roman"/>
                <w:sz w:val="28"/>
                <w:szCs w:val="28"/>
                <w:lang w:val="vi-VN"/>
              </w:rPr>
              <w:t xml:space="preserve">Phòng, ban, đơn vị đến </w:t>
            </w:r>
            <w:r w:rsidRPr="00E270D8">
              <w:rPr>
                <w:rFonts w:cs="Times New Roman"/>
                <w:sz w:val="28"/>
                <w:szCs w:val="28"/>
                <w:lang w:val="vi-VN"/>
              </w:rPr>
              <w:t>cơ quan, tổ chức, đơn vị, địa phương</w:t>
            </w:r>
            <w:r w:rsidRPr="002D5FF8">
              <w:rPr>
                <w:rFonts w:cs="Times New Roman"/>
                <w:sz w:val="28"/>
                <w:szCs w:val="28"/>
                <w:lang w:val="vi-VN"/>
              </w:rPr>
              <w:t>.</w:t>
            </w:r>
            <w:r w:rsidRPr="00E270D8">
              <w:rPr>
                <w:rFonts w:cs="Times New Roman"/>
                <w:sz w:val="28"/>
                <w:szCs w:val="28"/>
                <w:lang w:val="vi-VN"/>
              </w:rPr>
              <w:t xml:space="preserve"> </w:t>
            </w:r>
          </w:p>
          <w:p w14:paraId="63229677" w14:textId="77777777" w:rsidR="002C6261" w:rsidRPr="00E270D8" w:rsidRDefault="002C6261" w:rsidP="007D6940">
            <w:pPr>
              <w:widowControl w:val="0"/>
              <w:jc w:val="both"/>
              <w:rPr>
                <w:rFonts w:cs="Times New Roman"/>
                <w:sz w:val="28"/>
                <w:szCs w:val="28"/>
                <w:lang w:val="vi-VN"/>
              </w:rPr>
            </w:pPr>
          </w:p>
        </w:tc>
      </w:tr>
      <w:tr w:rsidR="002C6261" w:rsidRPr="00972B74" w14:paraId="0F4A9F2C" w14:textId="77777777" w:rsidTr="007D6940">
        <w:tc>
          <w:tcPr>
            <w:tcW w:w="3118" w:type="dxa"/>
          </w:tcPr>
          <w:p w14:paraId="50F18536" w14:textId="77777777" w:rsidR="002C6261" w:rsidRPr="00E270D8" w:rsidRDefault="002C6261" w:rsidP="007D6940">
            <w:pPr>
              <w:widowControl w:val="0"/>
              <w:jc w:val="both"/>
              <w:rPr>
                <w:rFonts w:cs="Times New Roman"/>
                <w:sz w:val="28"/>
                <w:szCs w:val="28"/>
                <w:lang w:val="vi-VN"/>
              </w:rPr>
            </w:pPr>
            <w:r w:rsidRPr="00E270D8">
              <w:rPr>
                <w:rFonts w:cs="Times New Roman"/>
                <w:sz w:val="28"/>
                <w:szCs w:val="28"/>
                <w:lang w:val="vi-VN"/>
              </w:rPr>
              <w:t xml:space="preserve">d) Có quy định việc kiểm tra, đánh giá, xác minh thực tế của cơ quan nhà nước không? </w:t>
            </w:r>
          </w:p>
        </w:tc>
        <w:tc>
          <w:tcPr>
            <w:tcW w:w="11340" w:type="dxa"/>
          </w:tcPr>
          <w:p w14:paraId="5C9054AA" w14:textId="77777777" w:rsidR="002C6261" w:rsidRPr="00972B74" w:rsidRDefault="002C6261"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280CD4C0" w14:textId="77777777" w:rsidR="002C6261" w:rsidRPr="00972B74" w:rsidRDefault="002C6261" w:rsidP="007D6940">
            <w:pPr>
              <w:widowControl w:val="0"/>
              <w:jc w:val="both"/>
              <w:rPr>
                <w:rFonts w:cs="Times New Roman"/>
                <w:sz w:val="28"/>
                <w:szCs w:val="28"/>
              </w:rPr>
            </w:pPr>
          </w:p>
        </w:tc>
      </w:tr>
      <w:tr w:rsidR="002C6261" w:rsidRPr="00972B74" w14:paraId="0363FB35" w14:textId="77777777" w:rsidTr="007D6940">
        <w:tc>
          <w:tcPr>
            <w:tcW w:w="3118" w:type="dxa"/>
          </w:tcPr>
          <w:p w14:paraId="08A411E3" w14:textId="008E398C" w:rsidR="002C6261" w:rsidRPr="00972B74" w:rsidRDefault="002C6261" w:rsidP="00A95F5F">
            <w:pPr>
              <w:widowControl w:val="0"/>
              <w:spacing w:before="120" w:after="120"/>
              <w:rPr>
                <w:rFonts w:cs="Times New Roman"/>
                <w:sz w:val="28"/>
                <w:szCs w:val="28"/>
              </w:rPr>
            </w:pPr>
            <w:r w:rsidRPr="00972B74">
              <w:rPr>
                <w:rFonts w:cs="Times New Roman"/>
                <w:b/>
                <w:sz w:val="28"/>
                <w:szCs w:val="28"/>
              </w:rPr>
              <w:t>3. Cách thức thực hiện</w:t>
            </w:r>
          </w:p>
        </w:tc>
        <w:tc>
          <w:tcPr>
            <w:tcW w:w="11340" w:type="dxa"/>
          </w:tcPr>
          <w:p w14:paraId="194EE997" w14:textId="77777777" w:rsidR="002C6261" w:rsidRPr="00972B74" w:rsidRDefault="002C6261" w:rsidP="007D6940">
            <w:pPr>
              <w:widowControl w:val="0"/>
              <w:jc w:val="both"/>
              <w:rPr>
                <w:rFonts w:cs="Times New Roman"/>
                <w:sz w:val="28"/>
                <w:szCs w:val="28"/>
              </w:rPr>
            </w:pPr>
          </w:p>
        </w:tc>
      </w:tr>
      <w:tr w:rsidR="002C6261" w:rsidRPr="00972B74" w14:paraId="516E5754" w14:textId="77777777" w:rsidTr="007D6940">
        <w:tc>
          <w:tcPr>
            <w:tcW w:w="3118" w:type="dxa"/>
          </w:tcPr>
          <w:p w14:paraId="2DA8E052" w14:textId="77777777" w:rsidR="002C6261" w:rsidRPr="00972B74" w:rsidRDefault="002C6261" w:rsidP="007D6940">
            <w:pPr>
              <w:widowControl w:val="0"/>
              <w:spacing w:before="120" w:after="120"/>
              <w:rPr>
                <w:rFonts w:cs="Times New Roman"/>
                <w:b/>
                <w:sz w:val="28"/>
                <w:szCs w:val="28"/>
              </w:rPr>
            </w:pPr>
            <w:r w:rsidRPr="00972B74">
              <w:rPr>
                <w:rFonts w:cs="Times New Roman"/>
                <w:sz w:val="28"/>
                <w:szCs w:val="28"/>
              </w:rPr>
              <w:t xml:space="preserve">a) Nộp hồ sơ: </w:t>
            </w:r>
          </w:p>
        </w:tc>
        <w:tc>
          <w:tcPr>
            <w:tcW w:w="11340" w:type="dxa"/>
          </w:tcPr>
          <w:p w14:paraId="42B268E1" w14:textId="77777777" w:rsidR="002C6261" w:rsidRPr="00972B74" w:rsidRDefault="002C6261" w:rsidP="007D6940">
            <w:pPr>
              <w:widowControl w:val="0"/>
              <w:spacing w:before="120" w:after="120"/>
              <w:rPr>
                <w:rFonts w:cs="Times New Roman"/>
                <w:sz w:val="28"/>
                <w:szCs w:val="28"/>
              </w:rPr>
            </w:pPr>
            <w:r w:rsidRPr="00972B74">
              <w:rPr>
                <w:rFonts w:cs="Times New Roman"/>
                <w:sz w:val="28"/>
                <w:szCs w:val="28"/>
              </w:rPr>
              <w:t>Có được quy định rõ ràng, cụ th</w:t>
            </w:r>
            <w:r>
              <w:rPr>
                <w:rFonts w:cs="Times New Roman"/>
                <w:sz w:val="28"/>
                <w:szCs w:val="28"/>
              </w:rPr>
              <w:t>ể không? Có [x]       Không [ ]</w:t>
            </w:r>
          </w:p>
        </w:tc>
      </w:tr>
      <w:tr w:rsidR="002C6261" w:rsidRPr="00972B74" w14:paraId="6E6B7A39" w14:textId="77777777" w:rsidTr="007D6940">
        <w:tc>
          <w:tcPr>
            <w:tcW w:w="3118" w:type="dxa"/>
          </w:tcPr>
          <w:p w14:paraId="11191852" w14:textId="77777777" w:rsidR="002C6261" w:rsidRDefault="002C6261" w:rsidP="007D6940">
            <w:pPr>
              <w:widowControl w:val="0"/>
              <w:rPr>
                <w:rFonts w:cs="Times New Roman"/>
                <w:sz w:val="28"/>
                <w:szCs w:val="28"/>
              </w:rPr>
            </w:pPr>
            <w:r w:rsidRPr="00972B74">
              <w:rPr>
                <w:rFonts w:cs="Times New Roman"/>
                <w:sz w:val="28"/>
                <w:szCs w:val="28"/>
              </w:rPr>
              <w:t xml:space="preserve">Trực tiếp [x]       </w:t>
            </w:r>
          </w:p>
          <w:p w14:paraId="0AC6BD5C" w14:textId="77777777" w:rsidR="002C6261" w:rsidRDefault="002C6261" w:rsidP="007D6940">
            <w:pPr>
              <w:widowControl w:val="0"/>
              <w:rPr>
                <w:rFonts w:cs="Times New Roman"/>
                <w:sz w:val="28"/>
                <w:szCs w:val="28"/>
              </w:rPr>
            </w:pPr>
            <w:r w:rsidRPr="00972B74">
              <w:rPr>
                <w:rFonts w:cs="Times New Roman"/>
                <w:sz w:val="28"/>
                <w:szCs w:val="28"/>
              </w:rPr>
              <w:t xml:space="preserve">Bưu chính [x]       </w:t>
            </w:r>
          </w:p>
          <w:p w14:paraId="055B3569" w14:textId="77777777" w:rsidR="002C6261" w:rsidRPr="00972B74" w:rsidRDefault="002C6261" w:rsidP="007D6940">
            <w:pPr>
              <w:widowControl w:val="0"/>
              <w:rPr>
                <w:rFonts w:cs="Times New Roman"/>
                <w:sz w:val="28"/>
                <w:szCs w:val="28"/>
              </w:rPr>
            </w:pPr>
            <w:r w:rsidRPr="00972B74">
              <w:rPr>
                <w:rFonts w:cs="Times New Roman"/>
                <w:sz w:val="28"/>
                <w:szCs w:val="28"/>
              </w:rPr>
              <w:t>Điện tử [x]</w:t>
            </w:r>
          </w:p>
          <w:p w14:paraId="171CBF75" w14:textId="77777777" w:rsidR="002C6261" w:rsidRPr="00972B74" w:rsidRDefault="002C6261" w:rsidP="007D6940">
            <w:pPr>
              <w:widowControl w:val="0"/>
              <w:rPr>
                <w:rFonts w:cs="Times New Roman"/>
                <w:sz w:val="28"/>
                <w:szCs w:val="28"/>
              </w:rPr>
            </w:pPr>
            <w:r w:rsidRPr="00972B74">
              <w:rPr>
                <w:rFonts w:cs="Times New Roman"/>
                <w:sz w:val="28"/>
                <w:szCs w:val="28"/>
              </w:rPr>
              <w:t>b) Nhận kết quả:</w:t>
            </w:r>
          </w:p>
          <w:p w14:paraId="44E9BBD4" w14:textId="77777777" w:rsidR="002C6261" w:rsidRDefault="002C6261" w:rsidP="007D6940">
            <w:pPr>
              <w:widowControl w:val="0"/>
              <w:rPr>
                <w:rFonts w:cs="Times New Roman"/>
                <w:sz w:val="28"/>
                <w:szCs w:val="28"/>
              </w:rPr>
            </w:pPr>
            <w:r w:rsidRPr="00972B74">
              <w:rPr>
                <w:rFonts w:cs="Times New Roman"/>
                <w:sz w:val="28"/>
                <w:szCs w:val="28"/>
              </w:rPr>
              <w:t xml:space="preserve">Trực tiếp [x]       </w:t>
            </w:r>
          </w:p>
          <w:p w14:paraId="55D78310" w14:textId="77777777" w:rsidR="002C6261" w:rsidRDefault="002C6261" w:rsidP="007D6940">
            <w:pPr>
              <w:widowControl w:val="0"/>
              <w:rPr>
                <w:rFonts w:cs="Times New Roman"/>
                <w:sz w:val="28"/>
                <w:szCs w:val="28"/>
              </w:rPr>
            </w:pPr>
            <w:r w:rsidRPr="00972B74">
              <w:rPr>
                <w:rFonts w:cs="Times New Roman"/>
                <w:sz w:val="28"/>
                <w:szCs w:val="28"/>
              </w:rPr>
              <w:t xml:space="preserve">Bưu chính [x]       </w:t>
            </w:r>
          </w:p>
          <w:p w14:paraId="47CBEEDA" w14:textId="77777777" w:rsidR="002C6261" w:rsidRPr="00972B74" w:rsidRDefault="002C6261" w:rsidP="007D6940">
            <w:pPr>
              <w:widowControl w:val="0"/>
              <w:rPr>
                <w:rFonts w:cs="Times New Roman"/>
                <w:sz w:val="28"/>
                <w:szCs w:val="28"/>
              </w:rPr>
            </w:pPr>
            <w:r w:rsidRPr="00972B74">
              <w:rPr>
                <w:rFonts w:cs="Times New Roman"/>
                <w:sz w:val="28"/>
                <w:szCs w:val="28"/>
              </w:rPr>
              <w:t>Điện tử [x]</w:t>
            </w:r>
          </w:p>
        </w:tc>
        <w:tc>
          <w:tcPr>
            <w:tcW w:w="11340" w:type="dxa"/>
          </w:tcPr>
          <w:p w14:paraId="75970C91" w14:textId="5940F636" w:rsidR="002C6261" w:rsidRDefault="002C6261" w:rsidP="007D6940">
            <w:pPr>
              <w:widowControl w:val="0"/>
              <w:jc w:val="both"/>
              <w:rPr>
                <w:rFonts w:cs="Times New Roman"/>
                <w:sz w:val="28"/>
                <w:szCs w:val="28"/>
              </w:rPr>
            </w:pPr>
            <w:r w:rsidRPr="00972B74">
              <w:rPr>
                <w:rFonts w:cs="Times New Roman"/>
                <w:sz w:val="28"/>
                <w:szCs w:val="28"/>
              </w:rPr>
              <w:t xml:space="preserve">Nêu rõ lý do: </w:t>
            </w:r>
            <w:r>
              <w:rPr>
                <w:rFonts w:cs="Times New Roman"/>
                <w:sz w:val="28"/>
                <w:szCs w:val="28"/>
              </w:rPr>
              <w:t xml:space="preserve">Phòng, ban, đơn vị thuộc các cơ quan, tổ chức, đơn vị, địa phương thuộc tỉnh </w:t>
            </w:r>
            <w:r w:rsidRPr="00972B74">
              <w:rPr>
                <w:rFonts w:cs="Times New Roman"/>
                <w:sz w:val="28"/>
                <w:szCs w:val="28"/>
              </w:rPr>
              <w:t xml:space="preserve">được lựa chọn hình thức phù hợp; kết quả là </w:t>
            </w:r>
            <w:r>
              <w:rPr>
                <w:rFonts w:cs="Times New Roman"/>
                <w:sz w:val="28"/>
                <w:szCs w:val="28"/>
              </w:rPr>
              <w:t xml:space="preserve">cấp </w:t>
            </w:r>
            <w:r w:rsidR="00FF41F6">
              <w:rPr>
                <w:rFonts w:cs="Times New Roman"/>
                <w:sz w:val="28"/>
                <w:szCs w:val="28"/>
              </w:rPr>
              <w:t>lại</w:t>
            </w:r>
            <w:r>
              <w:rPr>
                <w:rFonts w:cs="Times New Roman"/>
                <w:sz w:val="28"/>
                <w:szCs w:val="28"/>
              </w:rPr>
              <w:t xml:space="preserve"> hiện vật khen thưởng </w:t>
            </w:r>
            <w:r w:rsidRPr="00972B74">
              <w:rPr>
                <w:rFonts w:cs="Times New Roman"/>
                <w:sz w:val="28"/>
                <w:szCs w:val="28"/>
              </w:rPr>
              <w:t xml:space="preserve">hoặc văn bản trả lời không </w:t>
            </w:r>
            <w:r>
              <w:rPr>
                <w:rFonts w:cs="Times New Roman"/>
                <w:sz w:val="28"/>
                <w:szCs w:val="28"/>
              </w:rPr>
              <w:t xml:space="preserve">thực hiện cấp </w:t>
            </w:r>
            <w:r w:rsidR="00FF41F6">
              <w:rPr>
                <w:rFonts w:cs="Times New Roman"/>
                <w:sz w:val="28"/>
                <w:szCs w:val="28"/>
              </w:rPr>
              <w:t>lại</w:t>
            </w:r>
            <w:r>
              <w:rPr>
                <w:rFonts w:cs="Times New Roman"/>
                <w:sz w:val="28"/>
                <w:szCs w:val="28"/>
              </w:rPr>
              <w:t xml:space="preserve"> có </w:t>
            </w:r>
            <w:r w:rsidRPr="00972B74">
              <w:rPr>
                <w:rFonts w:cs="Times New Roman"/>
                <w:sz w:val="28"/>
                <w:szCs w:val="28"/>
              </w:rPr>
              <w:t>nêu rõ lý do; việc tiếp nhận, trả kết quả thực hiện theo quy định về giải quyết thủ tục hành chính và môi trường điện tử.</w:t>
            </w:r>
          </w:p>
          <w:p w14:paraId="3EC9FBAE" w14:textId="77777777" w:rsidR="002C6261" w:rsidRDefault="002C6261" w:rsidP="007D6940">
            <w:pPr>
              <w:widowControl w:val="0"/>
              <w:jc w:val="both"/>
              <w:rPr>
                <w:rFonts w:cs="Times New Roman"/>
                <w:sz w:val="28"/>
                <w:szCs w:val="28"/>
              </w:rPr>
            </w:pPr>
            <w:r>
              <w:rPr>
                <w:rFonts w:cs="Times New Roman"/>
                <w:sz w:val="28"/>
                <w:szCs w:val="28"/>
              </w:rPr>
              <w:t xml:space="preserve">Có được quy định phù hợp và tạo thuận lợi, tiết kiệm chi phí cho cơ quan nhà nước, cá nhân, tổ chức khi thực hiện không? Có [x]       Không </w:t>
            </w:r>
            <w:proofErr w:type="gramStart"/>
            <w:r>
              <w:rPr>
                <w:rFonts w:cs="Times New Roman"/>
                <w:sz w:val="28"/>
                <w:szCs w:val="28"/>
              </w:rPr>
              <w:t>[ ]</w:t>
            </w:r>
            <w:proofErr w:type="gramEnd"/>
          </w:p>
          <w:p w14:paraId="65C9165A" w14:textId="77777777" w:rsidR="002C6261" w:rsidRPr="00972B74" w:rsidRDefault="002C6261" w:rsidP="007D6940">
            <w:pPr>
              <w:widowControl w:val="0"/>
              <w:jc w:val="both"/>
              <w:rPr>
                <w:rFonts w:cs="Times New Roman"/>
                <w:sz w:val="28"/>
                <w:szCs w:val="28"/>
              </w:rPr>
            </w:pPr>
            <w:r>
              <w:rPr>
                <w:rFonts w:cs="Times New Roman"/>
                <w:sz w:val="28"/>
                <w:szCs w:val="28"/>
              </w:rPr>
              <w:t xml:space="preserve">Nêu rõ lý do: Thuận lợi cho tập thể (Mẫu văn bản), cá nhân, hộ gia đình (Mẫu đơn); Phòng, ban, đơn vị lập hồ sơ đề nghị; Thủ trưởng cơ quan, tổ chức, đơn vị, địa phương thuộc tỉnh xem xét, quyết </w:t>
            </w:r>
            <w:r>
              <w:rPr>
                <w:rFonts w:cs="Times New Roman"/>
                <w:sz w:val="28"/>
                <w:szCs w:val="28"/>
              </w:rPr>
              <w:lastRenderedPageBreak/>
              <w:t>định; Phòng, ban, đơn vị trả kết quả thực hiện.</w:t>
            </w:r>
          </w:p>
        </w:tc>
      </w:tr>
      <w:tr w:rsidR="002C6261" w:rsidRPr="00DA2246" w14:paraId="31142085" w14:textId="77777777" w:rsidTr="007D6940">
        <w:tc>
          <w:tcPr>
            <w:tcW w:w="14458" w:type="dxa"/>
            <w:gridSpan w:val="2"/>
          </w:tcPr>
          <w:p w14:paraId="2C3CBC64" w14:textId="77777777" w:rsidR="002C6261" w:rsidRPr="00DA2246" w:rsidRDefault="002C6261" w:rsidP="00A95F5F">
            <w:pPr>
              <w:widowControl w:val="0"/>
              <w:spacing w:before="120" w:after="120"/>
              <w:rPr>
                <w:rFonts w:cs="Times New Roman"/>
                <w:sz w:val="28"/>
                <w:szCs w:val="28"/>
              </w:rPr>
            </w:pPr>
            <w:r w:rsidRPr="00DA2246">
              <w:rPr>
                <w:rFonts w:cs="Times New Roman"/>
                <w:b/>
                <w:sz w:val="28"/>
                <w:szCs w:val="28"/>
              </w:rPr>
              <w:lastRenderedPageBreak/>
              <w:t>4. Thành phần, số lượng hồ sơ</w:t>
            </w:r>
          </w:p>
        </w:tc>
      </w:tr>
      <w:tr w:rsidR="002C6261" w:rsidRPr="00972B74" w14:paraId="6FCDD4E9" w14:textId="77777777" w:rsidTr="007D6940">
        <w:tc>
          <w:tcPr>
            <w:tcW w:w="3118" w:type="dxa"/>
          </w:tcPr>
          <w:p w14:paraId="6C306023" w14:textId="67266E07" w:rsidR="002C6261" w:rsidRPr="00972B74" w:rsidRDefault="002C6261" w:rsidP="007D6940">
            <w:pPr>
              <w:widowControl w:val="0"/>
              <w:jc w:val="both"/>
              <w:rPr>
                <w:rFonts w:cs="Times New Roman"/>
                <w:sz w:val="28"/>
                <w:szCs w:val="28"/>
              </w:rPr>
            </w:pPr>
            <w:r w:rsidRPr="00972B74">
              <w:rPr>
                <w:rFonts w:cs="Times New Roman"/>
                <w:sz w:val="28"/>
                <w:szCs w:val="28"/>
              </w:rPr>
              <w:t xml:space="preserve">a) </w:t>
            </w:r>
            <w:r>
              <w:rPr>
                <w:rFonts w:cs="Times New Roman"/>
                <w:sz w:val="28"/>
                <w:szCs w:val="28"/>
              </w:rPr>
              <w:t>Tên t</w:t>
            </w:r>
            <w:r w:rsidRPr="00972B74">
              <w:rPr>
                <w:rFonts w:cs="Times New Roman"/>
                <w:sz w:val="28"/>
                <w:szCs w:val="28"/>
              </w:rPr>
              <w:t>hành phần hồ sơ</w:t>
            </w:r>
            <w:r>
              <w:rPr>
                <w:rFonts w:cs="Times New Roman"/>
                <w:sz w:val="28"/>
                <w:szCs w:val="28"/>
              </w:rPr>
              <w:t xml:space="preserve"> 1:</w:t>
            </w:r>
            <w:r w:rsidRPr="00972B74">
              <w:rPr>
                <w:rFonts w:cs="Times New Roman"/>
                <w:sz w:val="28"/>
                <w:szCs w:val="28"/>
              </w:rPr>
              <w:t xml:space="preserve"> </w:t>
            </w:r>
            <w:r w:rsidRPr="006B5A19">
              <w:rPr>
                <w:rFonts w:ascii="Times New Roman Italic" w:hAnsi="Times New Roman Italic" w:cs="Times New Roman"/>
                <w:i/>
                <w:spacing w:val="-6"/>
                <w:sz w:val="28"/>
                <w:szCs w:val="28"/>
              </w:rPr>
              <w:t xml:space="preserve"> </w:t>
            </w:r>
            <w:r w:rsidR="00FD0C60" w:rsidRPr="00FD0C60">
              <w:rPr>
                <w:rFonts w:ascii="Times New Roman Italic" w:hAnsi="Times New Roman Italic" w:cs="Times New Roman"/>
                <w:i/>
                <w:spacing w:val="-6"/>
                <w:sz w:val="28"/>
                <w:szCs w:val="28"/>
              </w:rPr>
              <w:t xml:space="preserve">Văn bản đề nghị cấp lại </w:t>
            </w:r>
            <w:r w:rsidR="00FD0C60">
              <w:rPr>
                <w:rFonts w:ascii="Times New Roman Italic" w:hAnsi="Times New Roman Italic" w:cs="Times New Roman"/>
                <w:i/>
                <w:spacing w:val="-6"/>
                <w:sz w:val="28"/>
                <w:szCs w:val="28"/>
              </w:rPr>
              <w:br/>
            </w:r>
            <w:r w:rsidR="00FD0C60" w:rsidRPr="00FD0C60">
              <w:rPr>
                <w:rFonts w:ascii="Times New Roman Italic" w:hAnsi="Times New Roman Italic" w:cs="Times New Roman"/>
                <w:i/>
                <w:spacing w:val="-6"/>
                <w:sz w:val="28"/>
                <w:szCs w:val="28"/>
              </w:rPr>
              <w:t>của tập thể hoặc đơn đề nghị cấp lại của cá nhân, hộ gia đình</w:t>
            </w:r>
            <w:r w:rsidR="00FD0C60">
              <w:rPr>
                <w:rFonts w:asciiTheme="majorHAnsi" w:hAnsiTheme="majorHAnsi" w:cstheme="majorHAnsi"/>
                <w:b/>
                <w:sz w:val="28"/>
                <w:szCs w:val="28"/>
                <w:lang w:val="vi-VN"/>
              </w:rPr>
              <w:t xml:space="preserve"> </w:t>
            </w:r>
          </w:p>
        </w:tc>
        <w:tc>
          <w:tcPr>
            <w:tcW w:w="11340" w:type="dxa"/>
          </w:tcPr>
          <w:p w14:paraId="16E5060B" w14:textId="1F240127" w:rsidR="002C6261" w:rsidRPr="00045E35" w:rsidRDefault="002C6261"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w:t>
            </w:r>
            <w:r>
              <w:rPr>
                <w:rFonts w:cs="Times New Roman"/>
                <w:spacing w:val="-6"/>
                <w:sz w:val="28"/>
                <w:szCs w:val="28"/>
              </w:rPr>
              <w:t>xác định nhu cầu của tập thể, cá nhân, hộ gia đình</w:t>
            </w:r>
            <w:r w:rsidRPr="00045E35">
              <w:rPr>
                <w:rFonts w:cs="Times New Roman"/>
                <w:spacing w:val="-6"/>
                <w:sz w:val="28"/>
                <w:szCs w:val="28"/>
              </w:rPr>
              <w:t xml:space="preserve"> </w:t>
            </w:r>
            <w:r>
              <w:rPr>
                <w:rFonts w:cs="Times New Roman"/>
                <w:spacing w:val="-6"/>
                <w:sz w:val="28"/>
                <w:szCs w:val="28"/>
              </w:rPr>
              <w:t xml:space="preserve">đối với đề nghị cấp </w:t>
            </w:r>
            <w:r w:rsidR="00F42FBF">
              <w:rPr>
                <w:rFonts w:cs="Times New Roman"/>
                <w:spacing w:val="-6"/>
                <w:sz w:val="28"/>
                <w:szCs w:val="28"/>
              </w:rPr>
              <w:t>lại</w:t>
            </w:r>
            <w:r>
              <w:rPr>
                <w:rFonts w:cs="Times New Roman"/>
                <w:spacing w:val="-6"/>
                <w:sz w:val="28"/>
                <w:szCs w:val="28"/>
              </w:rPr>
              <w:t xml:space="preserve"> hiện vật khen thưởng</w:t>
            </w:r>
            <w:r w:rsidRPr="00045E35">
              <w:rPr>
                <w:rFonts w:cs="Times New Roman"/>
                <w:spacing w:val="-6"/>
                <w:sz w:val="28"/>
                <w:szCs w:val="28"/>
              </w:rPr>
              <w:t>.</w:t>
            </w:r>
          </w:p>
          <w:p w14:paraId="6B259A0D" w14:textId="77777777" w:rsidR="002C6261" w:rsidRDefault="002C6261" w:rsidP="007D6940">
            <w:pPr>
              <w:widowControl w:val="0"/>
              <w:rPr>
                <w:rFonts w:cs="Times New Roman"/>
                <w:sz w:val="28"/>
                <w:szCs w:val="28"/>
              </w:rPr>
            </w:pPr>
            <w:r>
              <w:rPr>
                <w:rFonts w:cs="Times New Roman"/>
                <w:sz w:val="28"/>
                <w:szCs w:val="28"/>
              </w:rPr>
              <w:t>- Yêu cầu về hình thức: Văn bản của tập thể hoặc đơn của cá nhân, hộ gia đình.</w:t>
            </w:r>
          </w:p>
          <w:p w14:paraId="1C93DE8F" w14:textId="5ED3EF92" w:rsidR="002C6261" w:rsidRPr="00972B74" w:rsidRDefault="002C6261" w:rsidP="00F42FBF">
            <w:pPr>
              <w:widowControl w:val="0"/>
              <w:jc w:val="both"/>
              <w:rPr>
                <w:rFonts w:cs="Times New Roman"/>
                <w:sz w:val="28"/>
                <w:szCs w:val="28"/>
              </w:rPr>
            </w:pPr>
            <w:r>
              <w:rPr>
                <w:rFonts w:cs="Times New Roman"/>
                <w:sz w:val="28"/>
                <w:szCs w:val="28"/>
              </w:rPr>
              <w:t xml:space="preserve">- Lý do quy định: Để làm căn cứ cấp </w:t>
            </w:r>
            <w:r w:rsidR="00F42FBF">
              <w:rPr>
                <w:rFonts w:cs="Times New Roman"/>
                <w:sz w:val="28"/>
                <w:szCs w:val="28"/>
              </w:rPr>
              <w:t>lại</w:t>
            </w:r>
            <w:r>
              <w:rPr>
                <w:rFonts w:cs="Times New Roman"/>
                <w:sz w:val="28"/>
                <w:szCs w:val="28"/>
              </w:rPr>
              <w:t xml:space="preserve"> hiện vật khen thưởng.</w:t>
            </w:r>
          </w:p>
        </w:tc>
      </w:tr>
      <w:tr w:rsidR="002C6261" w:rsidRPr="00972B74" w14:paraId="34FAB036" w14:textId="77777777" w:rsidTr="007D6940">
        <w:tc>
          <w:tcPr>
            <w:tcW w:w="3118" w:type="dxa"/>
          </w:tcPr>
          <w:p w14:paraId="466DDAFE" w14:textId="77777777" w:rsidR="002C6261" w:rsidRDefault="002C6261" w:rsidP="007D6940">
            <w:pPr>
              <w:widowControl w:val="0"/>
              <w:jc w:val="both"/>
              <w:rPr>
                <w:rFonts w:cs="Times New Roman"/>
                <w:spacing w:val="-6"/>
                <w:sz w:val="28"/>
                <w:szCs w:val="28"/>
              </w:rPr>
            </w:pPr>
            <w:r w:rsidRPr="00045E35">
              <w:rPr>
                <w:rFonts w:cs="Times New Roman"/>
                <w:spacing w:val="-6"/>
                <w:sz w:val="28"/>
                <w:szCs w:val="28"/>
              </w:rPr>
              <w:t>b) Tên thành phần hồ sơ 2:</w:t>
            </w:r>
          </w:p>
          <w:p w14:paraId="7F770EEC" w14:textId="1C2870BB" w:rsidR="002C6261" w:rsidRPr="00FD0C60" w:rsidRDefault="00FD0C60" w:rsidP="007D6940">
            <w:pPr>
              <w:widowControl w:val="0"/>
              <w:jc w:val="both"/>
              <w:rPr>
                <w:rFonts w:ascii="Times New Roman Italic" w:hAnsi="Times New Roman Italic" w:cs="Times New Roman"/>
                <w:i/>
                <w:spacing w:val="-6"/>
                <w:sz w:val="28"/>
                <w:szCs w:val="28"/>
              </w:rPr>
            </w:pPr>
            <w:r w:rsidRPr="00FD0C60">
              <w:rPr>
                <w:rFonts w:ascii="Times New Roman Italic" w:hAnsi="Times New Roman Italic" w:cs="Times New Roman"/>
                <w:i/>
                <w:spacing w:val="-6"/>
                <w:sz w:val="28"/>
                <w:szCs w:val="28"/>
              </w:rPr>
              <w:t>Công văn đề nghị cấp lại hiện vật khen thưởng của phòng, ban, đơn vị kèm theo danh sách (số quyết định, ngày, tháng, năm được khen thưởng).</w:t>
            </w:r>
          </w:p>
        </w:tc>
        <w:tc>
          <w:tcPr>
            <w:tcW w:w="11340" w:type="dxa"/>
          </w:tcPr>
          <w:p w14:paraId="15846CF9" w14:textId="54AAB122" w:rsidR="002C6261" w:rsidRDefault="002C6261"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làm căn cứ </w:t>
            </w:r>
            <w:r>
              <w:rPr>
                <w:rFonts w:cs="Times New Roman"/>
                <w:spacing w:val="-6"/>
                <w:sz w:val="28"/>
                <w:szCs w:val="28"/>
              </w:rPr>
              <w:t xml:space="preserve">cấp </w:t>
            </w:r>
            <w:r w:rsidR="00F42FBF">
              <w:rPr>
                <w:rFonts w:cs="Times New Roman"/>
                <w:spacing w:val="-6"/>
                <w:sz w:val="28"/>
                <w:szCs w:val="28"/>
              </w:rPr>
              <w:t>lại</w:t>
            </w:r>
            <w:r>
              <w:rPr>
                <w:rFonts w:cs="Times New Roman"/>
                <w:spacing w:val="-6"/>
                <w:sz w:val="28"/>
                <w:szCs w:val="28"/>
              </w:rPr>
              <w:t xml:space="preserve"> hiện vật khen thưởng.</w:t>
            </w:r>
          </w:p>
          <w:p w14:paraId="14553C0A" w14:textId="77777777" w:rsidR="002C6261" w:rsidRDefault="002C6261" w:rsidP="007D6940">
            <w:pPr>
              <w:widowControl w:val="0"/>
              <w:jc w:val="both"/>
              <w:rPr>
                <w:rFonts w:cs="Times New Roman"/>
                <w:sz w:val="28"/>
                <w:szCs w:val="28"/>
              </w:rPr>
            </w:pPr>
            <w:r>
              <w:rPr>
                <w:rFonts w:cs="Times New Roman"/>
                <w:sz w:val="28"/>
                <w:szCs w:val="28"/>
              </w:rPr>
              <w:t>- Yêu cầu về hình thức: Văn bản hành chính.</w:t>
            </w:r>
          </w:p>
          <w:p w14:paraId="24ED0C39" w14:textId="160D6854" w:rsidR="002C6261" w:rsidRPr="00045E35" w:rsidRDefault="002C6261" w:rsidP="00F42FBF">
            <w:pPr>
              <w:widowControl w:val="0"/>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làm căn cứ </w:t>
            </w:r>
            <w:r>
              <w:rPr>
                <w:rFonts w:cs="Times New Roman"/>
                <w:spacing w:val="-6"/>
                <w:sz w:val="28"/>
                <w:szCs w:val="28"/>
              </w:rPr>
              <w:t xml:space="preserve">cấp </w:t>
            </w:r>
            <w:r w:rsidR="00F42FBF">
              <w:rPr>
                <w:rFonts w:cs="Times New Roman"/>
                <w:spacing w:val="-6"/>
                <w:sz w:val="28"/>
                <w:szCs w:val="28"/>
              </w:rPr>
              <w:t>lại</w:t>
            </w:r>
            <w:r>
              <w:rPr>
                <w:rFonts w:cs="Times New Roman"/>
                <w:spacing w:val="-6"/>
                <w:sz w:val="28"/>
                <w:szCs w:val="28"/>
              </w:rPr>
              <w:t xml:space="preserve"> hiện vật khen thưởng.</w:t>
            </w:r>
          </w:p>
        </w:tc>
      </w:tr>
      <w:tr w:rsidR="002C6261" w:rsidRPr="00E270D8" w14:paraId="52FA0D02" w14:textId="77777777" w:rsidTr="007D6940">
        <w:tc>
          <w:tcPr>
            <w:tcW w:w="3118" w:type="dxa"/>
          </w:tcPr>
          <w:p w14:paraId="1046E8BA" w14:textId="77777777" w:rsidR="002C6261" w:rsidRPr="00972B74" w:rsidRDefault="002C6261" w:rsidP="007D6940">
            <w:pPr>
              <w:widowControl w:val="0"/>
              <w:jc w:val="both"/>
              <w:rPr>
                <w:rFonts w:cs="Times New Roman"/>
                <w:sz w:val="28"/>
                <w:szCs w:val="28"/>
              </w:rPr>
            </w:pPr>
            <w:r>
              <w:rPr>
                <w:rFonts w:cs="Times New Roman"/>
                <w:sz w:val="28"/>
                <w:szCs w:val="28"/>
              </w:rPr>
              <w:t>d</w:t>
            </w:r>
            <w:r w:rsidRPr="00972B74">
              <w:rPr>
                <w:rFonts w:cs="Times New Roman"/>
                <w:sz w:val="28"/>
                <w:szCs w:val="28"/>
              </w:rPr>
              <w:t xml:space="preserve">) </w:t>
            </w:r>
            <w:r>
              <w:rPr>
                <w:rFonts w:cs="Times New Roman"/>
                <w:sz w:val="28"/>
                <w:szCs w:val="28"/>
              </w:rPr>
              <w:t>Các g</w:t>
            </w:r>
            <w:r w:rsidRPr="00972B74">
              <w:rPr>
                <w:rFonts w:cs="Times New Roman"/>
                <w:sz w:val="28"/>
                <w:szCs w:val="28"/>
              </w:rPr>
              <w:t xml:space="preserve">iấy tờ, tài liệu </w:t>
            </w:r>
            <w:r>
              <w:rPr>
                <w:rFonts w:cs="Times New Roman"/>
                <w:sz w:val="28"/>
                <w:szCs w:val="28"/>
              </w:rPr>
              <w:t xml:space="preserve">để </w:t>
            </w:r>
            <w:r w:rsidRPr="00972B74">
              <w:rPr>
                <w:rFonts w:cs="Times New Roman"/>
                <w:sz w:val="28"/>
                <w:szCs w:val="28"/>
              </w:rPr>
              <w:t xml:space="preserve">chứng minh </w:t>
            </w:r>
            <w:r>
              <w:rPr>
                <w:rFonts w:cs="Times New Roman"/>
                <w:sz w:val="28"/>
                <w:szCs w:val="28"/>
              </w:rPr>
              <w:t>việc đáp ứng yêu cầu, điều kiện thực hiện thủ tục hành chính có được quy định rõ ràng, cụ thể ở thành phần hồ sơ của thủ tục hành chính không?</w:t>
            </w:r>
            <w:r w:rsidRPr="00972B74">
              <w:rPr>
                <w:rFonts w:cs="Times New Roman"/>
                <w:sz w:val="28"/>
                <w:szCs w:val="28"/>
              </w:rPr>
              <w:t xml:space="preserve"> </w:t>
            </w:r>
          </w:p>
        </w:tc>
        <w:tc>
          <w:tcPr>
            <w:tcW w:w="11340" w:type="dxa"/>
          </w:tcPr>
          <w:p w14:paraId="0B5AEAA2" w14:textId="77777777" w:rsidR="002C6261" w:rsidRPr="00E270D8" w:rsidRDefault="002C6261" w:rsidP="007D6940">
            <w:pPr>
              <w:widowControl w:val="0"/>
              <w:jc w:val="both"/>
              <w:rPr>
                <w:rFonts w:cs="Times New Roman"/>
                <w:sz w:val="28"/>
                <w:szCs w:val="28"/>
              </w:rPr>
            </w:pPr>
            <w:r w:rsidRPr="00E270D8">
              <w:rPr>
                <w:rFonts w:cs="Times New Roman"/>
                <w:sz w:val="28"/>
                <w:szCs w:val="28"/>
              </w:rPr>
              <w:t xml:space="preserve">Có [x]       Không </w:t>
            </w:r>
            <w:proofErr w:type="gramStart"/>
            <w:r w:rsidRPr="00E270D8">
              <w:rPr>
                <w:rFonts w:cs="Times New Roman"/>
                <w:sz w:val="28"/>
                <w:szCs w:val="28"/>
              </w:rPr>
              <w:t>[ ]</w:t>
            </w:r>
            <w:proofErr w:type="gramEnd"/>
          </w:p>
          <w:p w14:paraId="39E81222" w14:textId="1485FD4C" w:rsidR="002C6261" w:rsidRPr="00E270D8" w:rsidRDefault="002C6261" w:rsidP="007D6940">
            <w:pPr>
              <w:widowControl w:val="0"/>
              <w:jc w:val="both"/>
              <w:rPr>
                <w:rFonts w:cs="Times New Roman"/>
                <w:sz w:val="28"/>
                <w:szCs w:val="28"/>
              </w:rPr>
            </w:pPr>
            <w:r w:rsidRPr="00E270D8">
              <w:rPr>
                <w:rFonts w:cs="Times New Roman"/>
                <w:sz w:val="28"/>
                <w:szCs w:val="28"/>
              </w:rPr>
              <w:t xml:space="preserve">Nêu rõ: Thủ tục yêu cầu thành phần hồ sơ </w:t>
            </w:r>
            <w:r w:rsidRPr="006B5A19">
              <w:rPr>
                <w:rFonts w:cs="Times New Roman"/>
                <w:i/>
                <w:sz w:val="28"/>
                <w:szCs w:val="28"/>
              </w:rPr>
              <w:t xml:space="preserve">(Văn bản đề nghị; </w:t>
            </w:r>
            <w:r w:rsidRPr="006B5A19">
              <w:rPr>
                <w:rFonts w:ascii="Times New Roman Italic" w:hAnsi="Times New Roman Italic" w:cs="Times New Roman"/>
                <w:i/>
                <w:spacing w:val="-6"/>
                <w:sz w:val="28"/>
                <w:szCs w:val="28"/>
              </w:rPr>
              <w:t xml:space="preserve">đơn xin cấp </w:t>
            </w:r>
            <w:r w:rsidR="00F42FBF">
              <w:rPr>
                <w:rFonts w:ascii="Times New Roman Italic" w:hAnsi="Times New Roman Italic" w:cs="Times New Roman"/>
                <w:i/>
                <w:spacing w:val="-6"/>
                <w:sz w:val="28"/>
                <w:szCs w:val="28"/>
              </w:rPr>
              <w:t>lại</w:t>
            </w:r>
            <w:r w:rsidRPr="006B5A19">
              <w:rPr>
                <w:rFonts w:ascii="Times New Roman Italic" w:hAnsi="Times New Roman Italic" w:cs="Times New Roman"/>
                <w:i/>
                <w:spacing w:val="-6"/>
                <w:sz w:val="28"/>
                <w:szCs w:val="28"/>
              </w:rPr>
              <w:t>),</w:t>
            </w:r>
            <w:r w:rsidRPr="00E270D8">
              <w:rPr>
                <w:rFonts w:ascii="Times New Roman Italic" w:hAnsi="Times New Roman Italic" w:cs="Times New Roman"/>
                <w:i/>
                <w:spacing w:val="-6"/>
                <w:sz w:val="28"/>
                <w:szCs w:val="28"/>
              </w:rPr>
              <w:t xml:space="preserve"> </w:t>
            </w:r>
            <w:r w:rsidRPr="00E270D8">
              <w:rPr>
                <w:rFonts w:ascii="Times New Roman Italic" w:hAnsi="Times New Roman Italic" w:cs="Times New Roman"/>
                <w:spacing w:val="-6"/>
                <w:sz w:val="28"/>
                <w:szCs w:val="28"/>
              </w:rPr>
              <w:t>không yêu cầu giấy tờ, tài liệu khác để chứng minh.</w:t>
            </w:r>
          </w:p>
          <w:p w14:paraId="170C6E8E" w14:textId="77777777" w:rsidR="002C6261" w:rsidRPr="00E270D8" w:rsidRDefault="002C6261" w:rsidP="007D6940">
            <w:pPr>
              <w:widowControl w:val="0"/>
              <w:jc w:val="both"/>
              <w:rPr>
                <w:rFonts w:cs="Times New Roman"/>
                <w:sz w:val="28"/>
                <w:szCs w:val="28"/>
              </w:rPr>
            </w:pPr>
          </w:p>
        </w:tc>
      </w:tr>
      <w:tr w:rsidR="002C6261" w:rsidRPr="00E270D8" w14:paraId="77C44C8B" w14:textId="77777777" w:rsidTr="007D6940">
        <w:tc>
          <w:tcPr>
            <w:tcW w:w="3118" w:type="dxa"/>
          </w:tcPr>
          <w:p w14:paraId="5DD1F43F" w14:textId="77777777" w:rsidR="002C6261" w:rsidRPr="00E270D8" w:rsidRDefault="002C6261" w:rsidP="007D6940">
            <w:pPr>
              <w:widowControl w:val="0"/>
              <w:jc w:val="both"/>
              <w:rPr>
                <w:rFonts w:cs="Times New Roman"/>
                <w:sz w:val="28"/>
                <w:szCs w:val="28"/>
              </w:rPr>
            </w:pPr>
            <w:r w:rsidRPr="00E270D8">
              <w:rPr>
                <w:rFonts w:cs="Times New Roman"/>
                <w:sz w:val="28"/>
                <w:szCs w:val="28"/>
              </w:rPr>
              <w:t>đ) Số lượng bộ hồ sơ: 01 bộ</w:t>
            </w:r>
          </w:p>
        </w:tc>
        <w:tc>
          <w:tcPr>
            <w:tcW w:w="11340" w:type="dxa"/>
          </w:tcPr>
          <w:p w14:paraId="5A93EBA7" w14:textId="77777777" w:rsidR="002C6261" w:rsidRPr="00E270D8" w:rsidRDefault="002C6261" w:rsidP="007D6940">
            <w:pPr>
              <w:widowControl w:val="0"/>
              <w:rPr>
                <w:rFonts w:cs="Times New Roman"/>
                <w:sz w:val="28"/>
                <w:szCs w:val="28"/>
              </w:rPr>
            </w:pPr>
          </w:p>
        </w:tc>
      </w:tr>
      <w:tr w:rsidR="002C6261" w:rsidRPr="00972B74" w14:paraId="21A75CEC" w14:textId="77777777" w:rsidTr="007D6940">
        <w:tc>
          <w:tcPr>
            <w:tcW w:w="14458" w:type="dxa"/>
            <w:gridSpan w:val="2"/>
          </w:tcPr>
          <w:p w14:paraId="40B95965"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t>5. Thời hạn giải quyết</w:t>
            </w:r>
          </w:p>
        </w:tc>
      </w:tr>
      <w:tr w:rsidR="002C6261" w:rsidRPr="00972B74" w14:paraId="544A09B0" w14:textId="77777777" w:rsidTr="007D6940">
        <w:tc>
          <w:tcPr>
            <w:tcW w:w="3118" w:type="dxa"/>
          </w:tcPr>
          <w:p w14:paraId="2CA48C6C" w14:textId="77777777" w:rsidR="002C6261" w:rsidRPr="00972B74" w:rsidRDefault="002C6261" w:rsidP="007D6940">
            <w:pPr>
              <w:widowControl w:val="0"/>
              <w:rPr>
                <w:rFonts w:cs="Times New Roman"/>
                <w:b/>
                <w:sz w:val="28"/>
                <w:szCs w:val="28"/>
              </w:rPr>
            </w:pPr>
            <w:r w:rsidRPr="00972B74">
              <w:rPr>
                <w:rFonts w:cs="Times New Roman"/>
                <w:sz w:val="28"/>
                <w:szCs w:val="28"/>
              </w:rPr>
              <w:t xml:space="preserve">a) Có được quy định rõ ràng, cụ thể và phù hợp </w:t>
            </w:r>
            <w:r w:rsidRPr="00972B74">
              <w:rPr>
                <w:rFonts w:cs="Times New Roman"/>
                <w:sz w:val="28"/>
                <w:szCs w:val="28"/>
              </w:rPr>
              <w:lastRenderedPageBreak/>
              <w:t xml:space="preserve">không? </w:t>
            </w:r>
          </w:p>
        </w:tc>
        <w:tc>
          <w:tcPr>
            <w:tcW w:w="11340" w:type="dxa"/>
          </w:tcPr>
          <w:p w14:paraId="3FABD809" w14:textId="77777777" w:rsidR="002C6261" w:rsidRPr="00972B74" w:rsidRDefault="002C6261" w:rsidP="007D6940">
            <w:pPr>
              <w:widowControl w:val="0"/>
              <w:rPr>
                <w:rFonts w:cs="Times New Roman"/>
                <w:sz w:val="28"/>
                <w:szCs w:val="28"/>
              </w:rPr>
            </w:pPr>
            <w:r w:rsidRPr="00972B74">
              <w:rPr>
                <w:rFonts w:cs="Times New Roman"/>
                <w:sz w:val="28"/>
                <w:szCs w:val="28"/>
              </w:rPr>
              <w:lastRenderedPageBreak/>
              <w:t xml:space="preserve">Có [x]       Không </w:t>
            </w:r>
            <w:proofErr w:type="gramStart"/>
            <w:r w:rsidRPr="00972B74">
              <w:rPr>
                <w:rFonts w:cs="Times New Roman"/>
                <w:sz w:val="28"/>
                <w:szCs w:val="28"/>
              </w:rPr>
              <w:t>[ ]</w:t>
            </w:r>
            <w:proofErr w:type="gramEnd"/>
          </w:p>
          <w:p w14:paraId="3E8BB214" w14:textId="3AA5930E" w:rsidR="002C6261" w:rsidRPr="00972B74" w:rsidRDefault="002C6261" w:rsidP="007D6940">
            <w:pPr>
              <w:widowControl w:val="0"/>
              <w:jc w:val="both"/>
              <w:rPr>
                <w:rFonts w:cs="Times New Roman"/>
                <w:sz w:val="28"/>
                <w:szCs w:val="28"/>
              </w:rPr>
            </w:pPr>
            <w:r w:rsidRPr="00972B74">
              <w:rPr>
                <w:rFonts w:cs="Times New Roman"/>
                <w:sz w:val="28"/>
                <w:szCs w:val="28"/>
              </w:rPr>
              <w:t>Thời hạn giải quyết th</w:t>
            </w:r>
            <w:r w:rsidR="002F4AE9">
              <w:rPr>
                <w:rFonts w:cs="Times New Roman"/>
                <w:sz w:val="28"/>
                <w:szCs w:val="28"/>
              </w:rPr>
              <w:t xml:space="preserve">ủ tục hành chính: </w:t>
            </w:r>
            <w:r w:rsidR="002F4AE9" w:rsidRPr="009E57F5">
              <w:rPr>
                <w:rFonts w:cs="Times New Roman"/>
                <w:color w:val="FF0000"/>
                <w:sz w:val="28"/>
                <w:szCs w:val="28"/>
              </w:rPr>
              <w:t>1</w:t>
            </w:r>
            <w:r w:rsidRPr="009E57F5">
              <w:rPr>
                <w:rFonts w:cs="Times New Roman"/>
                <w:color w:val="FF0000"/>
                <w:sz w:val="28"/>
                <w:szCs w:val="28"/>
              </w:rPr>
              <w:t xml:space="preserve">0 ngày làm </w:t>
            </w:r>
            <w:r w:rsidRPr="00972B74">
              <w:rPr>
                <w:rFonts w:cs="Times New Roman"/>
                <w:sz w:val="28"/>
                <w:szCs w:val="28"/>
              </w:rPr>
              <w:t>việc kể từ ngày nhận đủ hồ sơ hợp lệ.</w:t>
            </w:r>
          </w:p>
          <w:p w14:paraId="103B76D2" w14:textId="2A3DEFAE" w:rsidR="002C6261" w:rsidRPr="00972B74" w:rsidRDefault="002C6261" w:rsidP="00F42FBF">
            <w:pPr>
              <w:widowControl w:val="0"/>
              <w:jc w:val="both"/>
              <w:rPr>
                <w:rFonts w:cs="Times New Roman"/>
                <w:sz w:val="28"/>
                <w:szCs w:val="28"/>
              </w:rPr>
            </w:pPr>
            <w:r w:rsidRPr="00972B74">
              <w:rPr>
                <w:rFonts w:cs="Times New Roman"/>
                <w:sz w:val="28"/>
                <w:szCs w:val="28"/>
              </w:rPr>
              <w:lastRenderedPageBreak/>
              <w:t xml:space="preserve">Lý do quy định: </w:t>
            </w:r>
            <w:r>
              <w:rPr>
                <w:rFonts w:cs="Times New Roman"/>
                <w:sz w:val="28"/>
                <w:szCs w:val="28"/>
              </w:rPr>
              <w:t>P</w:t>
            </w:r>
            <w:r w:rsidRPr="00972B74">
              <w:rPr>
                <w:rFonts w:cs="Times New Roman"/>
                <w:sz w:val="28"/>
                <w:szCs w:val="28"/>
              </w:rPr>
              <w:t xml:space="preserve">hù hợp yêu cầu </w:t>
            </w:r>
            <w:r>
              <w:rPr>
                <w:rFonts w:cs="Times New Roman"/>
                <w:sz w:val="28"/>
                <w:szCs w:val="28"/>
              </w:rPr>
              <w:t xml:space="preserve">tiếp nhận, kiểm tra, đề nghị Thủ trưởng các cơ quan, tổ chức, đơn vị, địa phương cấp </w:t>
            </w:r>
            <w:r w:rsidR="00F42FBF">
              <w:rPr>
                <w:rFonts w:cs="Times New Roman"/>
                <w:sz w:val="28"/>
                <w:szCs w:val="28"/>
              </w:rPr>
              <w:t xml:space="preserve">lại </w:t>
            </w:r>
            <w:r>
              <w:rPr>
                <w:rFonts w:cs="Times New Roman"/>
                <w:sz w:val="28"/>
                <w:szCs w:val="28"/>
              </w:rPr>
              <w:t>hiện vật khen thưởng.</w:t>
            </w:r>
          </w:p>
        </w:tc>
      </w:tr>
      <w:tr w:rsidR="002C6261" w:rsidRPr="00972B74" w14:paraId="2E934C59" w14:textId="77777777" w:rsidTr="007D6940">
        <w:tc>
          <w:tcPr>
            <w:tcW w:w="3118" w:type="dxa"/>
          </w:tcPr>
          <w:p w14:paraId="37629601" w14:textId="77777777" w:rsidR="002C6261" w:rsidRPr="00972B74" w:rsidRDefault="002C6261" w:rsidP="007D6940">
            <w:pPr>
              <w:widowControl w:val="0"/>
              <w:jc w:val="both"/>
              <w:rPr>
                <w:rFonts w:cs="Times New Roman"/>
                <w:b/>
                <w:sz w:val="28"/>
                <w:szCs w:val="28"/>
              </w:rPr>
            </w:pPr>
            <w:r w:rsidRPr="00972B74">
              <w:rPr>
                <w:rFonts w:cs="Times New Roman"/>
                <w:sz w:val="28"/>
                <w:szCs w:val="28"/>
              </w:rPr>
              <w:lastRenderedPageBreak/>
              <w:t xml:space="preserve">b) Trường hợp nhiều cơ quan giải quyết, có quy định thời hạn từng cơ quan không? </w:t>
            </w:r>
          </w:p>
        </w:tc>
        <w:tc>
          <w:tcPr>
            <w:tcW w:w="11340" w:type="dxa"/>
          </w:tcPr>
          <w:p w14:paraId="5C2181DF" w14:textId="3DC58192" w:rsidR="002C6261" w:rsidRPr="00972B74" w:rsidRDefault="002C6261" w:rsidP="007D6940">
            <w:pPr>
              <w:widowControl w:val="0"/>
              <w:rPr>
                <w:rFonts w:cs="Times New Roman"/>
                <w:sz w:val="28"/>
                <w:szCs w:val="28"/>
              </w:rPr>
            </w:pPr>
            <w:r w:rsidRPr="00972B74">
              <w:rPr>
                <w:rFonts w:cs="Times New Roman"/>
                <w:sz w:val="28"/>
                <w:szCs w:val="28"/>
              </w:rPr>
              <w:t>Có [</w:t>
            </w:r>
            <w:r>
              <w:rPr>
                <w:rFonts w:cs="Times New Roman"/>
                <w:sz w:val="28"/>
                <w:szCs w:val="28"/>
              </w:rPr>
              <w:t>x</w:t>
            </w:r>
            <w:r w:rsidRPr="00972B74">
              <w:rPr>
                <w:rFonts w:cs="Times New Roman"/>
                <w:sz w:val="28"/>
                <w:szCs w:val="28"/>
              </w:rPr>
              <w:t>]       Không []</w:t>
            </w:r>
          </w:p>
          <w:p w14:paraId="0C803C3B" w14:textId="77777777" w:rsidR="002C6261" w:rsidRPr="00972B74" w:rsidRDefault="002C6261" w:rsidP="007D6940">
            <w:pPr>
              <w:widowControl w:val="0"/>
              <w:rPr>
                <w:rFonts w:cs="Times New Roman"/>
                <w:sz w:val="28"/>
                <w:szCs w:val="28"/>
              </w:rPr>
            </w:pPr>
            <w:r w:rsidRPr="00972B74">
              <w:rPr>
                <w:rFonts w:cs="Times New Roman"/>
                <w:sz w:val="28"/>
                <w:szCs w:val="28"/>
              </w:rPr>
              <w:t>Lý do</w:t>
            </w:r>
            <w:r>
              <w:rPr>
                <w:rFonts w:cs="Times New Roman"/>
                <w:sz w:val="28"/>
                <w:szCs w:val="28"/>
              </w:rPr>
              <w:t xml:space="preserve"> quy định</w:t>
            </w:r>
            <w:r w:rsidRPr="00972B74">
              <w:rPr>
                <w:rFonts w:cs="Times New Roman"/>
                <w:sz w:val="28"/>
                <w:szCs w:val="28"/>
              </w:rPr>
              <w:t xml:space="preserve">: </w:t>
            </w:r>
            <w:r>
              <w:rPr>
                <w:rFonts w:cs="Times New Roman"/>
                <w:sz w:val="28"/>
                <w:szCs w:val="28"/>
              </w:rPr>
              <w:t>Rõ ràng, minh bạch trong giải quyết thủ tục hành chính, đảm bảo liên thông từ cơ quan đề nghị đến người có thẩm quyền ra quyết định.</w:t>
            </w:r>
          </w:p>
        </w:tc>
      </w:tr>
      <w:tr w:rsidR="002C6261" w:rsidRPr="00972B74" w14:paraId="56BC7C3B" w14:textId="77777777" w:rsidTr="007D6940">
        <w:tc>
          <w:tcPr>
            <w:tcW w:w="14458" w:type="dxa"/>
            <w:gridSpan w:val="2"/>
          </w:tcPr>
          <w:p w14:paraId="63E4AC8D"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t>6. Đối tượng thực hiện</w:t>
            </w:r>
          </w:p>
        </w:tc>
      </w:tr>
      <w:tr w:rsidR="002C6261" w:rsidRPr="00972B74" w14:paraId="76A9CD9D" w14:textId="77777777" w:rsidTr="007D6940">
        <w:tc>
          <w:tcPr>
            <w:tcW w:w="3118" w:type="dxa"/>
          </w:tcPr>
          <w:p w14:paraId="17F6C990" w14:textId="77777777" w:rsidR="002C6261" w:rsidRPr="00972B74" w:rsidRDefault="002C6261" w:rsidP="007D6940">
            <w:pPr>
              <w:widowControl w:val="0"/>
              <w:jc w:val="both"/>
              <w:rPr>
                <w:rFonts w:cs="Times New Roman"/>
                <w:sz w:val="28"/>
                <w:szCs w:val="28"/>
              </w:rPr>
            </w:pPr>
            <w:r w:rsidRPr="00972B74">
              <w:rPr>
                <w:rFonts w:cs="Times New Roman"/>
                <w:sz w:val="28"/>
                <w:szCs w:val="28"/>
              </w:rPr>
              <w:t>a) Đối tượng thực hiện:</w:t>
            </w:r>
          </w:p>
        </w:tc>
        <w:tc>
          <w:tcPr>
            <w:tcW w:w="11340" w:type="dxa"/>
          </w:tcPr>
          <w:p w14:paraId="719F62E4" w14:textId="60DCD823" w:rsidR="002C6261" w:rsidRPr="00972B74" w:rsidRDefault="002C6261" w:rsidP="007D6940">
            <w:pPr>
              <w:widowControl w:val="0"/>
              <w:rPr>
                <w:rFonts w:cs="Times New Roman"/>
                <w:sz w:val="28"/>
                <w:szCs w:val="28"/>
              </w:rPr>
            </w:pPr>
            <w:r w:rsidRPr="00972B74">
              <w:rPr>
                <w:rFonts w:cs="Times New Roman"/>
                <w:sz w:val="28"/>
                <w:szCs w:val="28"/>
              </w:rPr>
              <w:t>- Tổ chức: Tr</w:t>
            </w:r>
            <w:r w:rsidR="00FD0C60">
              <w:rPr>
                <w:rFonts w:cs="Times New Roman"/>
                <w:sz w:val="28"/>
                <w:szCs w:val="28"/>
              </w:rPr>
              <w:t>ong nước [x]       Nước ngoài [</w:t>
            </w:r>
            <w:r w:rsidRPr="00972B74">
              <w:rPr>
                <w:rFonts w:cs="Times New Roman"/>
                <w:sz w:val="28"/>
                <w:szCs w:val="28"/>
              </w:rPr>
              <w:t>]</w:t>
            </w:r>
          </w:p>
          <w:p w14:paraId="0AA1ACE8" w14:textId="34C55376" w:rsidR="002C6261" w:rsidRPr="00972B74" w:rsidRDefault="002C6261" w:rsidP="007D6940">
            <w:pPr>
              <w:widowControl w:val="0"/>
              <w:rPr>
                <w:rFonts w:cs="Times New Roman"/>
                <w:sz w:val="28"/>
                <w:szCs w:val="28"/>
              </w:rPr>
            </w:pPr>
            <w:r w:rsidRPr="00972B74">
              <w:rPr>
                <w:rFonts w:cs="Times New Roman"/>
                <w:sz w:val="28"/>
                <w:szCs w:val="28"/>
              </w:rPr>
              <w:t>- Cá nhân: Tr</w:t>
            </w:r>
            <w:r w:rsidR="00FD0C60">
              <w:rPr>
                <w:rFonts w:cs="Times New Roman"/>
                <w:sz w:val="28"/>
                <w:szCs w:val="28"/>
              </w:rPr>
              <w:t>ong nước [x]       Nước ngoài [</w:t>
            </w:r>
            <w:r w:rsidRPr="00972B74">
              <w:rPr>
                <w:rFonts w:cs="Times New Roman"/>
                <w:sz w:val="28"/>
                <w:szCs w:val="28"/>
              </w:rPr>
              <w:t>]</w:t>
            </w:r>
          </w:p>
          <w:p w14:paraId="7772FF4B" w14:textId="08374F04" w:rsidR="002C6261" w:rsidRPr="00972B74" w:rsidRDefault="002C6261" w:rsidP="007D6940">
            <w:pPr>
              <w:widowControl w:val="0"/>
              <w:jc w:val="both"/>
              <w:rPr>
                <w:rFonts w:cs="Times New Roman"/>
                <w:sz w:val="28"/>
                <w:szCs w:val="28"/>
              </w:rPr>
            </w:pPr>
            <w:r w:rsidRPr="00972B74">
              <w:rPr>
                <w:rFonts w:cs="Times New Roman"/>
                <w:sz w:val="28"/>
                <w:szCs w:val="28"/>
              </w:rPr>
              <w:t xml:space="preserve">Mô tả rõ: </w:t>
            </w:r>
            <w:r>
              <w:rPr>
                <w:rFonts w:cs="Times New Roman"/>
                <w:sz w:val="28"/>
                <w:szCs w:val="28"/>
              </w:rPr>
              <w:t>Tập thể, cá nhân, hộ gia đình có nh</w:t>
            </w:r>
            <w:r w:rsidR="00C71A61">
              <w:rPr>
                <w:rFonts w:cs="Times New Roman"/>
                <w:sz w:val="28"/>
                <w:szCs w:val="28"/>
              </w:rPr>
              <w:t>u</w:t>
            </w:r>
            <w:r>
              <w:rPr>
                <w:rFonts w:cs="Times New Roman"/>
                <w:sz w:val="28"/>
                <w:szCs w:val="28"/>
              </w:rPr>
              <w:t xml:space="preserve"> cầu cấp </w:t>
            </w:r>
            <w:r w:rsidR="00DA2365">
              <w:rPr>
                <w:rFonts w:cs="Times New Roman"/>
                <w:sz w:val="28"/>
                <w:szCs w:val="28"/>
              </w:rPr>
              <w:t xml:space="preserve">lại </w:t>
            </w:r>
            <w:r>
              <w:rPr>
                <w:rFonts w:cs="Times New Roman"/>
                <w:sz w:val="28"/>
                <w:szCs w:val="28"/>
              </w:rPr>
              <w:t>hiện vật khen thưởng.</w:t>
            </w:r>
          </w:p>
          <w:p w14:paraId="11B8D73C" w14:textId="68C0B17A" w:rsidR="002C6261" w:rsidRPr="00972B74" w:rsidRDefault="002C6261" w:rsidP="007D6940">
            <w:pPr>
              <w:widowControl w:val="0"/>
              <w:rPr>
                <w:rFonts w:cs="Times New Roman"/>
                <w:sz w:val="28"/>
                <w:szCs w:val="28"/>
              </w:rPr>
            </w:pPr>
            <w:r w:rsidRPr="00972B74">
              <w:rPr>
                <w:rFonts w:cs="Times New Roman"/>
                <w:sz w:val="28"/>
                <w:szCs w:val="28"/>
              </w:rPr>
              <w:t>Có thể mở rộng/thu hẹp đối tượng không?</w:t>
            </w:r>
            <w:r w:rsidR="00FD0C60">
              <w:rPr>
                <w:rFonts w:cs="Times New Roman"/>
                <w:sz w:val="28"/>
                <w:szCs w:val="28"/>
              </w:rPr>
              <w:t xml:space="preserve"> Có </w:t>
            </w:r>
            <w:proofErr w:type="gramStart"/>
            <w:r w:rsidR="00FD0C60">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[x]</w:t>
            </w:r>
          </w:p>
          <w:p w14:paraId="7B25DD5A" w14:textId="0C3E713F" w:rsidR="002C6261" w:rsidRPr="00972B74" w:rsidRDefault="002C6261" w:rsidP="007D6940">
            <w:pPr>
              <w:widowControl w:val="0"/>
              <w:jc w:val="both"/>
              <w:rPr>
                <w:rFonts w:cs="Times New Roman"/>
                <w:sz w:val="28"/>
                <w:szCs w:val="28"/>
              </w:rPr>
            </w:pPr>
            <w:r>
              <w:rPr>
                <w:rFonts w:cs="Times New Roman"/>
                <w:sz w:val="28"/>
                <w:szCs w:val="28"/>
              </w:rPr>
              <w:t>Lý do: Đ</w:t>
            </w:r>
            <w:r w:rsidRPr="00972B74">
              <w:rPr>
                <w:rFonts w:cs="Times New Roman"/>
                <w:sz w:val="28"/>
                <w:szCs w:val="28"/>
              </w:rPr>
              <w:t xml:space="preserve">ối tượng thực hiện phải </w:t>
            </w:r>
            <w:r>
              <w:rPr>
                <w:rFonts w:cs="Times New Roman"/>
                <w:sz w:val="28"/>
                <w:szCs w:val="28"/>
              </w:rPr>
              <w:t>đúng là tập thể, cá nhân, hộ gia đình đã được khen thưởng, có hiện vật bị hư hỏng</w:t>
            </w:r>
            <w:r w:rsidR="00DA2365">
              <w:rPr>
                <w:rFonts w:cs="Times New Roman"/>
                <w:sz w:val="28"/>
                <w:szCs w:val="28"/>
              </w:rPr>
              <w:t>, đề nghị cấp lại.</w:t>
            </w:r>
          </w:p>
        </w:tc>
      </w:tr>
      <w:tr w:rsidR="002C6261" w:rsidRPr="00972B74" w14:paraId="3B6E90F0" w14:textId="77777777" w:rsidTr="007D6940">
        <w:tc>
          <w:tcPr>
            <w:tcW w:w="3118" w:type="dxa"/>
          </w:tcPr>
          <w:p w14:paraId="6B41ED0E"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b) Phạm vi áp dụng: </w:t>
            </w:r>
          </w:p>
        </w:tc>
        <w:tc>
          <w:tcPr>
            <w:tcW w:w="11340" w:type="dxa"/>
          </w:tcPr>
          <w:p w14:paraId="5B301703" w14:textId="27BCB64C" w:rsidR="002C6261" w:rsidRPr="00972B74" w:rsidRDefault="002C6261" w:rsidP="007D6940">
            <w:pPr>
              <w:widowControl w:val="0"/>
              <w:rPr>
                <w:rFonts w:cs="Times New Roman"/>
                <w:sz w:val="28"/>
                <w:szCs w:val="28"/>
              </w:rPr>
            </w:pPr>
            <w:r w:rsidRPr="00972B74">
              <w:rPr>
                <w:rFonts w:cs="Times New Roman"/>
                <w:sz w:val="28"/>
                <w:szCs w:val="28"/>
              </w:rPr>
              <w:t>Toàn quốc [</w:t>
            </w:r>
            <w:r>
              <w:rPr>
                <w:rFonts w:cs="Times New Roman"/>
                <w:sz w:val="28"/>
                <w:szCs w:val="28"/>
              </w:rPr>
              <w:t>x</w:t>
            </w:r>
            <w:r w:rsidR="00FD0C60">
              <w:rPr>
                <w:rFonts w:cs="Times New Roman"/>
                <w:sz w:val="28"/>
                <w:szCs w:val="28"/>
              </w:rPr>
              <w:t xml:space="preserve">]       Vùng </w:t>
            </w:r>
            <w:proofErr w:type="gramStart"/>
            <w:r w:rsidR="00FD0C60">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Địa phương [x]; Nông thôn [x]       Đô thị [x]       Miền núi [x]       Biên giới [x] nếu có địa bàn áp dụng.</w:t>
            </w:r>
          </w:p>
          <w:p w14:paraId="5EEFC1B4" w14:textId="77777777" w:rsidR="002C6261" w:rsidRDefault="002C6261" w:rsidP="007D6940">
            <w:pPr>
              <w:widowControl w:val="0"/>
              <w:jc w:val="both"/>
              <w:rPr>
                <w:rFonts w:cs="Times New Roman"/>
                <w:sz w:val="28"/>
                <w:szCs w:val="28"/>
              </w:rPr>
            </w:pPr>
            <w:r>
              <w:rPr>
                <w:rFonts w:cs="Times New Roman"/>
                <w:sz w:val="28"/>
                <w:szCs w:val="28"/>
              </w:rPr>
              <w:t>Lý do quy định</w:t>
            </w:r>
            <w:r w:rsidRPr="00972B74">
              <w:rPr>
                <w:rFonts w:cs="Times New Roman"/>
                <w:sz w:val="28"/>
                <w:szCs w:val="28"/>
              </w:rPr>
              <w:t xml:space="preserve">: </w:t>
            </w:r>
            <w:r>
              <w:rPr>
                <w:rFonts w:cs="Times New Roman"/>
                <w:sz w:val="28"/>
                <w:szCs w:val="28"/>
              </w:rPr>
              <w:t>Đối tượng áp dụng theo dự thảo bao gồm tập thể, cá nhân, hộ gia đình cá nhân trên địa bàn tỉnh; cá nhân, tập thể ngoài tỉnh đang công tác tại các Bộ, ban, ngành Trung ương.</w:t>
            </w:r>
          </w:p>
          <w:p w14:paraId="2EE6FAA5" w14:textId="77777777" w:rsidR="002C6261" w:rsidRDefault="002C6261" w:rsidP="007D6940">
            <w:pPr>
              <w:widowControl w:val="0"/>
              <w:rPr>
                <w:rFonts w:cs="Times New Roman"/>
                <w:sz w:val="28"/>
                <w:szCs w:val="28"/>
              </w:rPr>
            </w:pPr>
            <w:r>
              <w:rPr>
                <w:rFonts w:cs="Times New Roman"/>
                <w:sz w:val="28"/>
                <w:szCs w:val="28"/>
              </w:rPr>
              <w:t xml:space="preserve">- </w:t>
            </w:r>
            <w:r w:rsidRPr="00907ABC">
              <w:rPr>
                <w:rFonts w:cs="Times New Roman"/>
                <w:sz w:val="28"/>
                <w:szCs w:val="28"/>
              </w:rPr>
              <w:t>Có thể</w:t>
            </w:r>
            <w:r>
              <w:rPr>
                <w:rFonts w:cs="Times New Roman"/>
                <w:sz w:val="28"/>
                <w:szCs w:val="28"/>
              </w:rPr>
              <w:t xml:space="preserve"> mở rộng/thu hẹp phạm vi áp dụng không?</w:t>
            </w:r>
          </w:p>
          <w:p w14:paraId="6E2A6720" w14:textId="77777777" w:rsidR="002C6261" w:rsidRDefault="002C6261"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6BC338FF" w14:textId="6AACCA48" w:rsidR="002C6261" w:rsidRPr="00972B74" w:rsidRDefault="002C6261" w:rsidP="00DA2365">
            <w:pPr>
              <w:widowControl w:val="0"/>
              <w:jc w:val="both"/>
              <w:rPr>
                <w:rFonts w:cs="Times New Roman"/>
                <w:sz w:val="28"/>
                <w:szCs w:val="28"/>
              </w:rPr>
            </w:pPr>
            <w:r>
              <w:rPr>
                <w:rFonts w:cs="Times New Roman"/>
                <w:sz w:val="28"/>
                <w:szCs w:val="28"/>
              </w:rPr>
              <w:t xml:space="preserve">Nêu rõ lý do: Phạm vi áp dụng để </w:t>
            </w:r>
            <w:r>
              <w:rPr>
                <w:rFonts w:cs="Times New Roman"/>
                <w:color w:val="000000"/>
                <w:sz w:val="28"/>
                <w:szCs w:val="28"/>
              </w:rPr>
              <w:t xml:space="preserve">cấp </w:t>
            </w:r>
            <w:r w:rsidR="00DA2365">
              <w:rPr>
                <w:rFonts w:cs="Times New Roman"/>
                <w:color w:val="000000"/>
                <w:sz w:val="28"/>
                <w:szCs w:val="28"/>
              </w:rPr>
              <w:t>lại</w:t>
            </w:r>
            <w:r>
              <w:rPr>
                <w:rFonts w:cs="Times New Roman"/>
                <w:color w:val="000000"/>
                <w:sz w:val="28"/>
                <w:szCs w:val="28"/>
              </w:rPr>
              <w:t xml:space="preserve"> hiện vật khen thưởng thuộc thẩm quyền của Thủ trưởng cơ quan, tổ chức, đơn vị, địa phương thuộc tỉnh.</w:t>
            </w:r>
          </w:p>
        </w:tc>
      </w:tr>
      <w:tr w:rsidR="002C6261" w:rsidRPr="00972B74" w14:paraId="7436E37D" w14:textId="77777777" w:rsidTr="007D6940">
        <w:tc>
          <w:tcPr>
            <w:tcW w:w="14458" w:type="dxa"/>
            <w:gridSpan w:val="2"/>
          </w:tcPr>
          <w:p w14:paraId="1BBB1C3C" w14:textId="66A8921A" w:rsidR="002C6261" w:rsidRPr="00972B74" w:rsidRDefault="002C6261" w:rsidP="00A95F5F">
            <w:pPr>
              <w:widowControl w:val="0"/>
              <w:spacing w:before="120" w:after="120"/>
              <w:rPr>
                <w:rFonts w:cs="Times New Roman"/>
                <w:sz w:val="28"/>
                <w:szCs w:val="28"/>
              </w:rPr>
            </w:pPr>
            <w:r w:rsidRPr="00972B74">
              <w:rPr>
                <w:rFonts w:cs="Times New Roman"/>
                <w:sz w:val="28"/>
                <w:szCs w:val="28"/>
              </w:rPr>
              <w:t xml:space="preserve">Dự kiến số lượng đối tượng thực hiện/1 năm: </w:t>
            </w:r>
            <w:r>
              <w:rPr>
                <w:rFonts w:cs="Times New Roman"/>
                <w:sz w:val="28"/>
                <w:szCs w:val="28"/>
              </w:rPr>
              <w:t xml:space="preserve">khoảng </w:t>
            </w:r>
            <w:r w:rsidR="00CF17CE">
              <w:rPr>
                <w:rFonts w:cs="Times New Roman"/>
                <w:sz w:val="28"/>
                <w:szCs w:val="28"/>
              </w:rPr>
              <w:t>50</w:t>
            </w:r>
            <w:r>
              <w:rPr>
                <w:rFonts w:cs="Times New Roman"/>
                <w:sz w:val="28"/>
                <w:szCs w:val="28"/>
              </w:rPr>
              <w:t xml:space="preserve"> hồ sơ.</w:t>
            </w:r>
          </w:p>
        </w:tc>
      </w:tr>
      <w:tr w:rsidR="002C6261" w:rsidRPr="00972B74" w14:paraId="32911EBE" w14:textId="77777777" w:rsidTr="007D6940">
        <w:tc>
          <w:tcPr>
            <w:tcW w:w="3118" w:type="dxa"/>
          </w:tcPr>
          <w:p w14:paraId="78C22D5D" w14:textId="77777777" w:rsidR="002C6261" w:rsidRPr="00972B74" w:rsidRDefault="002C6261" w:rsidP="00A95F5F">
            <w:pPr>
              <w:widowControl w:val="0"/>
              <w:spacing w:before="120" w:after="120"/>
              <w:jc w:val="both"/>
              <w:rPr>
                <w:rFonts w:cs="Times New Roman"/>
                <w:sz w:val="28"/>
                <w:szCs w:val="28"/>
              </w:rPr>
            </w:pPr>
            <w:r w:rsidRPr="00972B74">
              <w:rPr>
                <w:rFonts w:cs="Times New Roman"/>
                <w:b/>
                <w:sz w:val="28"/>
                <w:szCs w:val="28"/>
              </w:rPr>
              <w:t>7. Cơ quan gi</w:t>
            </w:r>
            <w:r w:rsidRPr="00972B74">
              <w:rPr>
                <w:rFonts w:cs="Times New Roman"/>
                <w:b/>
                <w:spacing w:val="-4"/>
                <w:sz w:val="28"/>
                <w:szCs w:val="28"/>
              </w:rPr>
              <w:t>ải quyết</w:t>
            </w:r>
          </w:p>
        </w:tc>
        <w:tc>
          <w:tcPr>
            <w:tcW w:w="11340" w:type="dxa"/>
          </w:tcPr>
          <w:p w14:paraId="4C534BD6" w14:textId="77777777" w:rsidR="002C6261" w:rsidRPr="00972B74" w:rsidRDefault="002C6261" w:rsidP="007D6940">
            <w:pPr>
              <w:widowControl w:val="0"/>
              <w:rPr>
                <w:rFonts w:cs="Times New Roman"/>
                <w:sz w:val="28"/>
                <w:szCs w:val="28"/>
              </w:rPr>
            </w:pPr>
          </w:p>
        </w:tc>
      </w:tr>
      <w:tr w:rsidR="002C6261" w:rsidRPr="00972B74" w14:paraId="4ED5190A" w14:textId="77777777" w:rsidTr="007D6940">
        <w:tc>
          <w:tcPr>
            <w:tcW w:w="3118" w:type="dxa"/>
          </w:tcPr>
          <w:p w14:paraId="04553C3D" w14:textId="77777777" w:rsidR="002C6261" w:rsidRPr="00972B74" w:rsidRDefault="002C6261" w:rsidP="007D6940">
            <w:pPr>
              <w:widowControl w:val="0"/>
              <w:jc w:val="both"/>
              <w:rPr>
                <w:rFonts w:cs="Times New Roman"/>
                <w:b/>
                <w:sz w:val="28"/>
                <w:szCs w:val="28"/>
              </w:rPr>
            </w:pPr>
            <w:r w:rsidRPr="00972B74">
              <w:rPr>
                <w:rFonts w:cs="Times New Roman"/>
                <w:sz w:val="28"/>
                <w:szCs w:val="28"/>
              </w:rPr>
              <w:t xml:space="preserve">a) Có được quy định rõ ràng, cụ thể không? </w:t>
            </w:r>
          </w:p>
        </w:tc>
        <w:tc>
          <w:tcPr>
            <w:tcW w:w="11340" w:type="dxa"/>
          </w:tcPr>
          <w:p w14:paraId="54F4A223" w14:textId="77777777" w:rsidR="002C6261" w:rsidRPr="00972B74" w:rsidRDefault="002C6261" w:rsidP="007D6940">
            <w:pPr>
              <w:widowControl w:val="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47FCF879"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 xml:space="preserve">Phòng, ban, đơn vị thuộc </w:t>
            </w:r>
            <w:r>
              <w:rPr>
                <w:rFonts w:cs="Times New Roman"/>
                <w:color w:val="000000"/>
                <w:sz w:val="28"/>
                <w:szCs w:val="28"/>
              </w:rPr>
              <w:t xml:space="preserve">cơ quan, tổ chức, đơn vị, địa phương thuộc tỉnh hoặc </w:t>
            </w:r>
            <w:r>
              <w:rPr>
                <w:rFonts w:cs="Times New Roman"/>
                <w:sz w:val="28"/>
                <w:szCs w:val="28"/>
              </w:rPr>
              <w:t xml:space="preserve">Trung tâm </w:t>
            </w:r>
            <w:r>
              <w:rPr>
                <w:rFonts w:cs="Times New Roman"/>
                <w:sz w:val="28"/>
                <w:szCs w:val="28"/>
              </w:rPr>
              <w:lastRenderedPageBreak/>
              <w:t xml:space="preserve">Phục vụ hành chính công cấp xã là </w:t>
            </w:r>
            <w:r w:rsidRPr="00972B74">
              <w:rPr>
                <w:rFonts w:cs="Times New Roman"/>
                <w:sz w:val="28"/>
                <w:szCs w:val="28"/>
              </w:rPr>
              <w:t xml:space="preserve">cơ quan </w:t>
            </w:r>
            <w:r>
              <w:rPr>
                <w:rFonts w:cs="Times New Roman"/>
                <w:sz w:val="28"/>
                <w:szCs w:val="28"/>
              </w:rPr>
              <w:t xml:space="preserve">tiếp nhận hồ sơ, </w:t>
            </w:r>
            <w:r w:rsidRPr="00972B74">
              <w:rPr>
                <w:rFonts w:cs="Times New Roman"/>
                <w:sz w:val="28"/>
                <w:szCs w:val="28"/>
              </w:rPr>
              <w:t>trả kết q</w:t>
            </w:r>
            <w:r>
              <w:rPr>
                <w:rFonts w:cs="Times New Roman"/>
                <w:sz w:val="28"/>
                <w:szCs w:val="28"/>
              </w:rPr>
              <w:t>uả; Phòng, ban, đơn vị là cơ quan giải quyết thủ tục hành chính.</w:t>
            </w:r>
          </w:p>
        </w:tc>
      </w:tr>
      <w:tr w:rsidR="002C6261" w:rsidRPr="00972B74" w14:paraId="06BB703A" w14:textId="77777777" w:rsidTr="007D6940">
        <w:tc>
          <w:tcPr>
            <w:tcW w:w="3118" w:type="dxa"/>
          </w:tcPr>
          <w:p w14:paraId="602E81BA" w14:textId="77777777" w:rsidR="002C6261" w:rsidRPr="00972B74" w:rsidRDefault="002C6261" w:rsidP="007D6940">
            <w:pPr>
              <w:widowControl w:val="0"/>
              <w:jc w:val="both"/>
              <w:rPr>
                <w:rFonts w:cs="Times New Roman"/>
                <w:b/>
                <w:sz w:val="28"/>
                <w:szCs w:val="28"/>
              </w:rPr>
            </w:pPr>
            <w:r w:rsidRPr="00972B74">
              <w:rPr>
                <w:rFonts w:cs="Times New Roman"/>
                <w:sz w:val="28"/>
                <w:szCs w:val="28"/>
              </w:rPr>
              <w:lastRenderedPageBreak/>
              <w:t xml:space="preserve">b) Có thể mở rộng ủy quyền hoặc phân cấp thực hiện không? </w:t>
            </w:r>
          </w:p>
        </w:tc>
        <w:tc>
          <w:tcPr>
            <w:tcW w:w="11340" w:type="dxa"/>
          </w:tcPr>
          <w:p w14:paraId="7333A864" w14:textId="77777777" w:rsidR="002C6261" w:rsidRPr="00972B74" w:rsidRDefault="002C6261" w:rsidP="007D6940">
            <w:pPr>
              <w:widowControl w:val="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[x]</w:t>
            </w:r>
          </w:p>
          <w:p w14:paraId="1FCFECC8"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D</w:t>
            </w:r>
            <w:r w:rsidRPr="00972B74">
              <w:rPr>
                <w:rFonts w:cs="Times New Roman"/>
                <w:sz w:val="28"/>
                <w:szCs w:val="28"/>
              </w:rPr>
              <w:t xml:space="preserve">ự thảo đã giao </w:t>
            </w:r>
            <w:r>
              <w:rPr>
                <w:rFonts w:cs="Times New Roman"/>
                <w:sz w:val="28"/>
                <w:szCs w:val="28"/>
              </w:rPr>
              <w:t xml:space="preserve">Phòng, ban, đơn vị thuộc </w:t>
            </w:r>
            <w:r>
              <w:rPr>
                <w:rFonts w:cs="Times New Roman"/>
                <w:color w:val="000000"/>
                <w:sz w:val="28"/>
                <w:szCs w:val="28"/>
              </w:rPr>
              <w:t xml:space="preserve">cơ quan, tổ chức, đơn vị, địa phương thuộc tỉnh </w:t>
            </w:r>
            <w:r>
              <w:rPr>
                <w:rFonts w:cs="Times New Roman"/>
                <w:sz w:val="28"/>
                <w:szCs w:val="28"/>
              </w:rPr>
              <w:t>là đầu mối tiếp nhận, đề nghị theo chức năng, nhiệm vụ được giao.</w:t>
            </w:r>
          </w:p>
        </w:tc>
      </w:tr>
      <w:tr w:rsidR="002C6261" w:rsidRPr="00972B74" w14:paraId="5BED15C2" w14:textId="77777777" w:rsidTr="007D6940">
        <w:tc>
          <w:tcPr>
            <w:tcW w:w="14458" w:type="dxa"/>
            <w:gridSpan w:val="2"/>
          </w:tcPr>
          <w:p w14:paraId="5FCD240E"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t>8. Phí, lệ phí và các chi phí khác (nếu có)</w:t>
            </w:r>
          </w:p>
        </w:tc>
      </w:tr>
      <w:tr w:rsidR="002C6261" w:rsidRPr="00972B74" w14:paraId="62C6E3F9" w14:textId="77777777" w:rsidTr="007D6940">
        <w:tc>
          <w:tcPr>
            <w:tcW w:w="3118" w:type="dxa"/>
          </w:tcPr>
          <w:p w14:paraId="3168AA2A" w14:textId="77777777" w:rsidR="002C6261" w:rsidRPr="00972B74" w:rsidRDefault="002C6261" w:rsidP="007D6940">
            <w:pPr>
              <w:widowControl w:val="0"/>
              <w:jc w:val="both"/>
              <w:rPr>
                <w:rFonts w:cs="Times New Roman"/>
                <w:sz w:val="28"/>
                <w:szCs w:val="28"/>
              </w:rPr>
            </w:pPr>
            <w:r w:rsidRPr="00972B74">
              <w:rPr>
                <w:rFonts w:cs="Times New Roman"/>
                <w:sz w:val="28"/>
                <w:szCs w:val="28"/>
              </w:rPr>
              <w:t>a) Có quy định về phí, lệ phí và chi phí khác không?</w:t>
            </w:r>
          </w:p>
        </w:tc>
        <w:tc>
          <w:tcPr>
            <w:tcW w:w="11340" w:type="dxa"/>
          </w:tcPr>
          <w:p w14:paraId="1754DC4F" w14:textId="77777777" w:rsidR="002C6261" w:rsidRPr="00972B74" w:rsidRDefault="002C6261" w:rsidP="007D6940">
            <w:pPr>
              <w:widowControl w:val="0"/>
              <w:rPr>
                <w:rFonts w:cs="Times New Roman"/>
                <w:sz w:val="28"/>
                <w:szCs w:val="28"/>
              </w:rPr>
            </w:pPr>
            <w:r w:rsidRPr="00972B74">
              <w:rPr>
                <w:rFonts w:cs="Times New Roman"/>
                <w:sz w:val="28"/>
                <w:szCs w:val="28"/>
              </w:rPr>
              <w:t xml:space="preserve">Lệ phí: Không [x]       Có </w:t>
            </w:r>
            <w:proofErr w:type="gramStart"/>
            <w:r w:rsidRPr="00972B74">
              <w:rPr>
                <w:rFonts w:cs="Times New Roman"/>
                <w:sz w:val="28"/>
                <w:szCs w:val="28"/>
              </w:rPr>
              <w:t>[ ]</w:t>
            </w:r>
            <w:proofErr w:type="gramEnd"/>
          </w:p>
          <w:p w14:paraId="2D948E61" w14:textId="77777777" w:rsidR="002C6261" w:rsidRPr="00972B74" w:rsidRDefault="002C6261" w:rsidP="007D6940">
            <w:pPr>
              <w:widowControl w:val="0"/>
              <w:rPr>
                <w:rFonts w:cs="Times New Roman"/>
                <w:sz w:val="28"/>
                <w:szCs w:val="28"/>
              </w:rPr>
            </w:pPr>
            <w:r w:rsidRPr="00972B74">
              <w:rPr>
                <w:rFonts w:cs="Times New Roman"/>
                <w:sz w:val="28"/>
                <w:szCs w:val="28"/>
              </w:rPr>
              <w:t xml:space="preserve">Phí: Không [x]       Có </w:t>
            </w:r>
            <w:proofErr w:type="gramStart"/>
            <w:r w:rsidRPr="00972B74">
              <w:rPr>
                <w:rFonts w:cs="Times New Roman"/>
                <w:sz w:val="28"/>
                <w:szCs w:val="28"/>
              </w:rPr>
              <w:t>[ ]</w:t>
            </w:r>
            <w:proofErr w:type="gramEnd"/>
          </w:p>
          <w:p w14:paraId="3726E440" w14:textId="77777777" w:rsidR="002C6261" w:rsidRPr="00972B74" w:rsidRDefault="002C6261" w:rsidP="007D6940">
            <w:pPr>
              <w:widowControl w:val="0"/>
              <w:rPr>
                <w:rFonts w:cs="Times New Roman"/>
                <w:sz w:val="28"/>
                <w:szCs w:val="28"/>
              </w:rPr>
            </w:pPr>
            <w:r w:rsidRPr="00972B74">
              <w:rPr>
                <w:rFonts w:cs="Times New Roman"/>
                <w:sz w:val="28"/>
                <w:szCs w:val="28"/>
              </w:rPr>
              <w:t xml:space="preserve">Chi phí khác do dự thảo quy định: Không [x]       Có </w:t>
            </w:r>
            <w:proofErr w:type="gramStart"/>
            <w:r w:rsidRPr="00972B74">
              <w:rPr>
                <w:rFonts w:cs="Times New Roman"/>
                <w:sz w:val="28"/>
                <w:szCs w:val="28"/>
              </w:rPr>
              <w:t>[ ]</w:t>
            </w:r>
            <w:proofErr w:type="gramEnd"/>
          </w:p>
          <w:p w14:paraId="6A0F29E3"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Dự thảo không quy định phí, lệ phí hoặc chi phí khác. </w:t>
            </w:r>
          </w:p>
        </w:tc>
      </w:tr>
      <w:tr w:rsidR="002C6261" w:rsidRPr="00972B74" w14:paraId="4BE69488" w14:textId="77777777" w:rsidTr="007D6940">
        <w:tc>
          <w:tcPr>
            <w:tcW w:w="3118" w:type="dxa"/>
          </w:tcPr>
          <w:p w14:paraId="0324A0A0"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b) Quy định về cách thức, thời điểm nộp phí, lệ phí và các chi phí khác (nếu có) có hợp lý không? </w:t>
            </w:r>
          </w:p>
        </w:tc>
        <w:tc>
          <w:tcPr>
            <w:tcW w:w="11340" w:type="dxa"/>
          </w:tcPr>
          <w:p w14:paraId="2F32D372" w14:textId="77777777" w:rsidR="002C6261" w:rsidRPr="00972B74" w:rsidRDefault="002C6261" w:rsidP="007D6940">
            <w:pPr>
              <w:widowControl w:val="0"/>
              <w:jc w:val="both"/>
              <w:rPr>
                <w:rFonts w:cs="Times New Roman"/>
                <w:sz w:val="28"/>
                <w:szCs w:val="28"/>
              </w:rPr>
            </w:pPr>
            <w:r w:rsidRPr="00972B74">
              <w:rPr>
                <w:rFonts w:cs="Times New Roman"/>
                <w:sz w:val="28"/>
                <w:szCs w:val="28"/>
              </w:rPr>
              <w:t>Không [x]       Có [ ]</w:t>
            </w:r>
          </w:p>
        </w:tc>
      </w:tr>
      <w:tr w:rsidR="002C6261" w:rsidRPr="00972B74" w14:paraId="4D39BAA4" w14:textId="77777777" w:rsidTr="007D6940">
        <w:tc>
          <w:tcPr>
            <w:tcW w:w="3118" w:type="dxa"/>
          </w:tcPr>
          <w:p w14:paraId="67DD0743"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t>9. Mẫu đơn, tờ khai</w:t>
            </w:r>
          </w:p>
        </w:tc>
        <w:tc>
          <w:tcPr>
            <w:tcW w:w="11340" w:type="dxa"/>
          </w:tcPr>
          <w:p w14:paraId="256C77B9" w14:textId="77777777" w:rsidR="002C6261" w:rsidRPr="00972B74" w:rsidRDefault="002C6261" w:rsidP="007D6940">
            <w:pPr>
              <w:widowControl w:val="0"/>
              <w:rPr>
                <w:rFonts w:cs="Times New Roman"/>
                <w:sz w:val="28"/>
                <w:szCs w:val="28"/>
              </w:rPr>
            </w:pPr>
          </w:p>
        </w:tc>
      </w:tr>
      <w:tr w:rsidR="002C6261" w:rsidRPr="00972B74" w14:paraId="213275ED" w14:textId="77777777" w:rsidTr="007D6940">
        <w:tc>
          <w:tcPr>
            <w:tcW w:w="3118" w:type="dxa"/>
          </w:tcPr>
          <w:p w14:paraId="3AB9F587" w14:textId="77777777" w:rsidR="002C6261" w:rsidRPr="00972B74" w:rsidRDefault="002C6261" w:rsidP="007D6940">
            <w:pPr>
              <w:widowControl w:val="0"/>
              <w:jc w:val="both"/>
              <w:rPr>
                <w:rFonts w:cs="Times New Roman"/>
                <w:b/>
                <w:sz w:val="28"/>
                <w:szCs w:val="28"/>
              </w:rPr>
            </w:pPr>
            <w:r w:rsidRPr="00972B74">
              <w:rPr>
                <w:rFonts w:cs="Times New Roman"/>
                <w:sz w:val="28"/>
                <w:szCs w:val="28"/>
              </w:rPr>
              <w:t>a) Có quy định về mẫu đơn, tờ khai không?</w:t>
            </w:r>
          </w:p>
        </w:tc>
        <w:tc>
          <w:tcPr>
            <w:tcW w:w="11340" w:type="dxa"/>
          </w:tcPr>
          <w:p w14:paraId="0B0D0E9E" w14:textId="77777777" w:rsidR="002C6261" w:rsidRPr="00972B74" w:rsidRDefault="002C6261" w:rsidP="007D6940">
            <w:pPr>
              <w:widowControl w:val="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0EF67D52" w14:textId="34521F8F" w:rsidR="002C6261" w:rsidRPr="00972B74" w:rsidRDefault="002C6261" w:rsidP="00DA2365">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M</w:t>
            </w:r>
            <w:r w:rsidRPr="00972B74">
              <w:rPr>
                <w:rFonts w:cs="Times New Roman"/>
                <w:sz w:val="28"/>
                <w:szCs w:val="28"/>
              </w:rPr>
              <w:t xml:space="preserve">ẫu </w:t>
            </w:r>
            <w:r>
              <w:rPr>
                <w:rFonts w:cs="Times New Roman"/>
                <w:sz w:val="28"/>
                <w:szCs w:val="28"/>
              </w:rPr>
              <w:t xml:space="preserve">Văn bản đề nghị của tập thể; mẫu đơn của cá nhân, hộ gia đình </w:t>
            </w:r>
            <w:r w:rsidRPr="00972B74">
              <w:rPr>
                <w:rFonts w:cs="Times New Roman"/>
                <w:sz w:val="28"/>
                <w:szCs w:val="28"/>
              </w:rPr>
              <w:t xml:space="preserve">giúp </w:t>
            </w:r>
            <w:r>
              <w:rPr>
                <w:rFonts w:cs="Times New Roman"/>
                <w:sz w:val="28"/>
                <w:szCs w:val="28"/>
              </w:rPr>
              <w:t xml:space="preserve">đảm bảo về đối tượng, rõ ràng về hiện vật được đề nghị cấp </w:t>
            </w:r>
            <w:r w:rsidR="00DA2365">
              <w:rPr>
                <w:rFonts w:cs="Times New Roman"/>
                <w:sz w:val="28"/>
                <w:szCs w:val="28"/>
              </w:rPr>
              <w:t>lại</w:t>
            </w:r>
            <w:r>
              <w:rPr>
                <w:rFonts w:cs="Times New Roman"/>
                <w:sz w:val="28"/>
                <w:szCs w:val="28"/>
              </w:rPr>
              <w:t xml:space="preserve"> và quá trình lưu trữ hồ sơ.</w:t>
            </w:r>
          </w:p>
        </w:tc>
      </w:tr>
      <w:tr w:rsidR="002C6261" w:rsidRPr="00A94BB0" w14:paraId="2A1B252B" w14:textId="77777777" w:rsidTr="007D6940">
        <w:tc>
          <w:tcPr>
            <w:tcW w:w="3118" w:type="dxa"/>
          </w:tcPr>
          <w:p w14:paraId="27E2D559" w14:textId="5D944670" w:rsidR="002C6261" w:rsidRPr="00972B74" w:rsidRDefault="002C6261" w:rsidP="002E126A">
            <w:pPr>
              <w:widowControl w:val="0"/>
              <w:jc w:val="both"/>
              <w:rPr>
                <w:rFonts w:cs="Times New Roman"/>
                <w:b/>
                <w:sz w:val="28"/>
                <w:szCs w:val="28"/>
              </w:rPr>
            </w:pPr>
            <w:r>
              <w:rPr>
                <w:rFonts w:cs="Times New Roman"/>
                <w:sz w:val="28"/>
                <w:szCs w:val="28"/>
              </w:rPr>
              <w:t>b) Tên mẫu đơn, tờ khai</w:t>
            </w:r>
            <w:r w:rsidRPr="00972B74">
              <w:rPr>
                <w:rFonts w:cs="Times New Roman"/>
                <w:sz w:val="28"/>
                <w:szCs w:val="28"/>
              </w:rPr>
              <w:t>:</w:t>
            </w:r>
            <w:r>
              <w:rPr>
                <w:rFonts w:cs="Times New Roman"/>
                <w:sz w:val="28"/>
                <w:szCs w:val="28"/>
              </w:rPr>
              <w:t xml:space="preserve"> </w:t>
            </w:r>
            <w:r w:rsidRPr="00AD6C0A">
              <w:rPr>
                <w:rFonts w:ascii="Times New Roman Bold" w:hAnsi="Times New Roman Bold"/>
                <w:i/>
                <w:sz w:val="28"/>
                <w:szCs w:val="28"/>
              </w:rPr>
              <w:t xml:space="preserve">Mẫu văn bản </w:t>
            </w:r>
            <w:r>
              <w:rPr>
                <w:rFonts w:ascii="Times New Roman Bold" w:hAnsi="Times New Roman Bold"/>
                <w:i/>
                <w:sz w:val="28"/>
                <w:szCs w:val="28"/>
              </w:rPr>
              <w:t xml:space="preserve">của tập thể; Đơn </w:t>
            </w:r>
            <w:r w:rsidRPr="00AD6C0A">
              <w:rPr>
                <w:rFonts w:ascii="Times New Roman Bold" w:hAnsi="Times New Roman Bold"/>
                <w:i/>
                <w:sz w:val="28"/>
                <w:szCs w:val="28"/>
              </w:rPr>
              <w:t xml:space="preserve">đề nghị </w:t>
            </w:r>
            <w:r>
              <w:rPr>
                <w:rFonts w:ascii="Times New Roman Bold" w:hAnsi="Times New Roman Bold"/>
                <w:i/>
                <w:sz w:val="28"/>
                <w:szCs w:val="28"/>
              </w:rPr>
              <w:t xml:space="preserve">của cá nhân, hộ gia đình đề nghị </w:t>
            </w:r>
            <w:r w:rsidRPr="00AD6C0A">
              <w:rPr>
                <w:rFonts w:ascii="Times New Roman Bold" w:hAnsi="Times New Roman Bold"/>
                <w:i/>
                <w:sz w:val="28"/>
                <w:szCs w:val="28"/>
              </w:rPr>
              <w:t xml:space="preserve">cấp </w:t>
            </w:r>
            <w:r w:rsidR="002E126A">
              <w:rPr>
                <w:rFonts w:ascii="Times New Roman Bold" w:hAnsi="Times New Roman Bold"/>
                <w:i/>
                <w:sz w:val="28"/>
                <w:szCs w:val="28"/>
              </w:rPr>
              <w:t xml:space="preserve">lại </w:t>
            </w:r>
            <w:r w:rsidRPr="00AD6C0A">
              <w:rPr>
                <w:rFonts w:ascii="Times New Roman Bold" w:hAnsi="Times New Roman Bold"/>
                <w:i/>
                <w:sz w:val="28"/>
                <w:szCs w:val="28"/>
              </w:rPr>
              <w:t>hiện vật khen thưởng</w:t>
            </w:r>
            <w:r w:rsidRPr="00AD6C0A">
              <w:rPr>
                <w:rFonts w:ascii="Times New Roman Bold" w:hAnsi="Times New Roman Bold"/>
                <w:b/>
                <w:sz w:val="28"/>
                <w:szCs w:val="28"/>
              </w:rPr>
              <w:t xml:space="preserve"> </w:t>
            </w:r>
          </w:p>
        </w:tc>
        <w:tc>
          <w:tcPr>
            <w:tcW w:w="11340" w:type="dxa"/>
          </w:tcPr>
          <w:p w14:paraId="441F7F6A" w14:textId="77777777" w:rsidR="002C6261" w:rsidRDefault="002C6261" w:rsidP="007D6940">
            <w:pPr>
              <w:widowControl w:val="0"/>
              <w:jc w:val="both"/>
              <w:rPr>
                <w:rFonts w:cs="Times New Roman"/>
                <w:sz w:val="28"/>
                <w:szCs w:val="28"/>
              </w:rPr>
            </w:pPr>
            <w:r>
              <w:rPr>
                <w:rFonts w:cs="Times New Roman"/>
                <w:sz w:val="28"/>
                <w:szCs w:val="28"/>
              </w:rPr>
              <w:t>- Nêu rõ những nội dung (nhóm) thông tin cần cung cấp trong mẫu đơn, tờ khai:</w:t>
            </w:r>
          </w:p>
          <w:p w14:paraId="0767D54F" w14:textId="19ACF05B" w:rsidR="002C6261" w:rsidRDefault="002C6261" w:rsidP="007D6940">
            <w:pPr>
              <w:widowControl w:val="0"/>
              <w:jc w:val="both"/>
              <w:rPr>
                <w:rFonts w:cs="Times New Roman"/>
                <w:sz w:val="28"/>
                <w:szCs w:val="28"/>
              </w:rPr>
            </w:pPr>
            <w:r>
              <w:rPr>
                <w:rFonts w:cs="Times New Roman"/>
                <w:sz w:val="28"/>
                <w:szCs w:val="28"/>
              </w:rPr>
              <w:t>+ Nội dung thông tin</w:t>
            </w:r>
            <w:r w:rsidRPr="00972B74">
              <w:rPr>
                <w:rFonts w:cs="Times New Roman"/>
                <w:sz w:val="28"/>
                <w:szCs w:val="28"/>
              </w:rPr>
              <w:t xml:space="preserve">: </w:t>
            </w:r>
            <w:r w:rsidRPr="00AD6C0A">
              <w:rPr>
                <w:rFonts w:cs="Times New Roman"/>
                <w:sz w:val="28"/>
                <w:szCs w:val="28"/>
              </w:rPr>
              <w:t xml:space="preserve">Tên tập thể </w:t>
            </w:r>
            <w:r>
              <w:rPr>
                <w:rFonts w:cs="Times New Roman"/>
                <w:sz w:val="28"/>
                <w:szCs w:val="28"/>
              </w:rPr>
              <w:t xml:space="preserve">hoặc cá nhân, hộ gia đình </w:t>
            </w:r>
            <w:r w:rsidRPr="00AD6C0A">
              <w:rPr>
                <w:rFonts w:cs="Times New Roman"/>
                <w:sz w:val="28"/>
                <w:szCs w:val="28"/>
              </w:rPr>
              <w:t xml:space="preserve">đề nghị cấp </w:t>
            </w:r>
            <w:r w:rsidR="00DA2365">
              <w:rPr>
                <w:rFonts w:cs="Times New Roman"/>
                <w:sz w:val="28"/>
                <w:szCs w:val="28"/>
              </w:rPr>
              <w:t>lại</w:t>
            </w:r>
            <w:r w:rsidRPr="00AD6C0A">
              <w:rPr>
                <w:rFonts w:cs="Times New Roman"/>
                <w:sz w:val="28"/>
                <w:szCs w:val="28"/>
              </w:rPr>
              <w:t>; Địa chỉ hiện nay</w:t>
            </w:r>
            <w:r>
              <w:rPr>
                <w:rFonts w:cs="Times New Roman"/>
                <w:sz w:val="28"/>
                <w:szCs w:val="28"/>
              </w:rPr>
              <w:t xml:space="preserve"> (Số căn cước công dân)</w:t>
            </w:r>
            <w:r w:rsidRPr="00AD6C0A">
              <w:rPr>
                <w:rFonts w:cs="Times New Roman"/>
                <w:sz w:val="28"/>
                <w:szCs w:val="28"/>
              </w:rPr>
              <w:t xml:space="preserve">; Đã được tặng thưởng; Theo Quyết định số …ngày, tháng, năm; Của …; Số sổ vàng; Đơn vị trình khen; Lý do cấp </w:t>
            </w:r>
            <w:r w:rsidR="00DA2365">
              <w:rPr>
                <w:rFonts w:cs="Times New Roman"/>
                <w:sz w:val="28"/>
                <w:szCs w:val="28"/>
              </w:rPr>
              <w:t>lại.</w:t>
            </w:r>
          </w:p>
          <w:p w14:paraId="356EFC56" w14:textId="17FB53F5" w:rsidR="002C6261" w:rsidRPr="00A94BB0" w:rsidRDefault="002C6261" w:rsidP="007D6940">
            <w:pPr>
              <w:widowControl w:val="0"/>
              <w:jc w:val="both"/>
              <w:rPr>
                <w:rFonts w:cs="Times New Roman"/>
                <w:sz w:val="28"/>
                <w:szCs w:val="28"/>
              </w:rPr>
            </w:pPr>
            <w:r>
              <w:rPr>
                <w:rFonts w:cs="Times New Roman"/>
                <w:sz w:val="28"/>
                <w:szCs w:val="28"/>
              </w:rPr>
              <w:t xml:space="preserve">Lý do quy định: Là căn cứ để thẩm định, cấp </w:t>
            </w:r>
            <w:r w:rsidR="00DA2365">
              <w:rPr>
                <w:rFonts w:cs="Times New Roman"/>
                <w:sz w:val="28"/>
                <w:szCs w:val="28"/>
              </w:rPr>
              <w:t xml:space="preserve">lại </w:t>
            </w:r>
            <w:r>
              <w:rPr>
                <w:rFonts w:cs="Times New Roman"/>
                <w:sz w:val="28"/>
                <w:szCs w:val="28"/>
              </w:rPr>
              <w:t xml:space="preserve">hiện vật khen thưởng, đảm bảo chính xác tên tập thể, cá nhân, hộ gia đình được in trong bằng cấp </w:t>
            </w:r>
            <w:r w:rsidR="00DA2365">
              <w:rPr>
                <w:rFonts w:cs="Times New Roman"/>
                <w:sz w:val="28"/>
                <w:szCs w:val="28"/>
              </w:rPr>
              <w:t>lại.</w:t>
            </w:r>
          </w:p>
          <w:p w14:paraId="7DD33167" w14:textId="77777777" w:rsidR="002C6261" w:rsidRPr="00A94BB0" w:rsidRDefault="002C6261" w:rsidP="007D6940">
            <w:pPr>
              <w:widowControl w:val="0"/>
              <w:rPr>
                <w:rFonts w:cs="Times New Roman"/>
                <w:sz w:val="28"/>
                <w:szCs w:val="28"/>
                <w:lang w:val="vi-VN"/>
              </w:rPr>
            </w:pPr>
            <w:r>
              <w:rPr>
                <w:rFonts w:cs="Times New Roman"/>
                <w:sz w:val="28"/>
                <w:szCs w:val="28"/>
              </w:rPr>
              <w:t xml:space="preserve">- </w:t>
            </w:r>
            <w:r w:rsidRPr="00A94BB0">
              <w:rPr>
                <w:rFonts w:cs="Times New Roman"/>
                <w:sz w:val="28"/>
                <w:szCs w:val="28"/>
                <w:lang w:val="vi-VN"/>
              </w:rPr>
              <w:t>Có quy định việc xác nhận tại đơn không? Có []       Không [</w:t>
            </w:r>
            <w:r>
              <w:rPr>
                <w:rFonts w:cs="Times New Roman"/>
                <w:sz w:val="28"/>
                <w:szCs w:val="28"/>
              </w:rPr>
              <w:t>x</w:t>
            </w:r>
            <w:r w:rsidRPr="00A94BB0">
              <w:rPr>
                <w:rFonts w:cs="Times New Roman"/>
                <w:sz w:val="28"/>
                <w:szCs w:val="28"/>
                <w:lang w:val="vi-VN"/>
              </w:rPr>
              <w:t>]</w:t>
            </w:r>
          </w:p>
        </w:tc>
      </w:tr>
      <w:tr w:rsidR="002C6261" w:rsidRPr="00A94BB0" w14:paraId="2F5D672C" w14:textId="77777777" w:rsidTr="007D6940">
        <w:tc>
          <w:tcPr>
            <w:tcW w:w="3118" w:type="dxa"/>
          </w:tcPr>
          <w:p w14:paraId="6E6DBA0F" w14:textId="77777777" w:rsidR="002C6261" w:rsidRDefault="002C6261" w:rsidP="007D6940">
            <w:pPr>
              <w:widowControl w:val="0"/>
              <w:jc w:val="both"/>
              <w:rPr>
                <w:rFonts w:cs="Times New Roman"/>
                <w:sz w:val="28"/>
                <w:szCs w:val="28"/>
              </w:rPr>
            </w:pPr>
            <w:r>
              <w:rPr>
                <w:rFonts w:cs="Times New Roman"/>
                <w:sz w:val="28"/>
                <w:szCs w:val="28"/>
              </w:rPr>
              <w:t>c) Ngôn ngữ</w:t>
            </w:r>
          </w:p>
        </w:tc>
        <w:tc>
          <w:tcPr>
            <w:tcW w:w="11340" w:type="dxa"/>
          </w:tcPr>
          <w:p w14:paraId="0287D0AE" w14:textId="77777777" w:rsidR="002C6261" w:rsidRDefault="002C6261" w:rsidP="007D6940">
            <w:pPr>
              <w:widowControl w:val="0"/>
              <w:jc w:val="both"/>
              <w:rPr>
                <w:rFonts w:cs="Times New Roman"/>
                <w:sz w:val="28"/>
                <w:szCs w:val="28"/>
              </w:rPr>
            </w:pPr>
            <w:r>
              <w:rPr>
                <w:rFonts w:cs="Times New Roman"/>
                <w:sz w:val="28"/>
                <w:szCs w:val="28"/>
              </w:rPr>
              <w:t xml:space="preserve">- Tiếng Việt </w:t>
            </w:r>
            <w:r w:rsidRPr="00972B74">
              <w:rPr>
                <w:rFonts w:cs="Times New Roman"/>
                <w:sz w:val="28"/>
                <w:szCs w:val="28"/>
              </w:rPr>
              <w:t xml:space="preserve">[x]       </w:t>
            </w:r>
            <w:r>
              <w:rPr>
                <w:rFonts w:cs="Times New Roman"/>
                <w:sz w:val="28"/>
                <w:szCs w:val="28"/>
              </w:rPr>
              <w:t>Song ngữ</w:t>
            </w:r>
            <w:r w:rsidRPr="00972B74">
              <w:rPr>
                <w:rFonts w:cs="Times New Roman"/>
                <w:sz w:val="28"/>
                <w:szCs w:val="28"/>
              </w:rPr>
              <w:t xml:space="preserve"> [ ]</w:t>
            </w:r>
          </w:p>
        </w:tc>
      </w:tr>
      <w:tr w:rsidR="002C6261" w:rsidRPr="00972B74" w14:paraId="50F0A402" w14:textId="77777777" w:rsidTr="007D6940">
        <w:tc>
          <w:tcPr>
            <w:tcW w:w="14458" w:type="dxa"/>
            <w:gridSpan w:val="2"/>
          </w:tcPr>
          <w:p w14:paraId="2D4BD329"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lastRenderedPageBreak/>
              <w:t>10. Yêu cầu, điều kiện</w:t>
            </w:r>
          </w:p>
        </w:tc>
      </w:tr>
      <w:tr w:rsidR="002C6261" w:rsidRPr="00972B74" w14:paraId="2486E7C6" w14:textId="77777777" w:rsidTr="007D6940">
        <w:tc>
          <w:tcPr>
            <w:tcW w:w="3118" w:type="dxa"/>
          </w:tcPr>
          <w:p w14:paraId="3AD0D1F2" w14:textId="77777777" w:rsidR="002C6261" w:rsidRPr="00972B74" w:rsidRDefault="002C6261" w:rsidP="007D6940">
            <w:pPr>
              <w:widowControl w:val="0"/>
              <w:rPr>
                <w:rFonts w:cs="Times New Roman"/>
                <w:b/>
                <w:sz w:val="28"/>
                <w:szCs w:val="28"/>
              </w:rPr>
            </w:pPr>
            <w:r w:rsidRPr="00972B74">
              <w:rPr>
                <w:rFonts w:cs="Times New Roman"/>
                <w:sz w:val="28"/>
                <w:szCs w:val="28"/>
              </w:rPr>
              <w:t xml:space="preserve">Có quy định yêu cầu, điều kiện không? </w:t>
            </w:r>
          </w:p>
        </w:tc>
        <w:tc>
          <w:tcPr>
            <w:tcW w:w="11340" w:type="dxa"/>
          </w:tcPr>
          <w:p w14:paraId="7812F5FF" w14:textId="77777777" w:rsidR="002C6261" w:rsidRPr="00972B74" w:rsidRDefault="002C6261" w:rsidP="007D6940">
            <w:pPr>
              <w:widowControl w:val="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 xml:space="preserve"> ]</w:t>
            </w:r>
          </w:p>
          <w:p w14:paraId="0A74239D"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Đ</w:t>
            </w:r>
            <w:r w:rsidRPr="00972B74">
              <w:rPr>
                <w:rFonts w:cs="Times New Roman"/>
                <w:sz w:val="28"/>
                <w:szCs w:val="28"/>
              </w:rPr>
              <w:t xml:space="preserve">ược xác định theo </w:t>
            </w:r>
            <w:r>
              <w:rPr>
                <w:rFonts w:cs="Times New Roman"/>
                <w:sz w:val="28"/>
                <w:szCs w:val="28"/>
              </w:rPr>
              <w:t>pháp luật về thi đua, khen thưởng.</w:t>
            </w:r>
          </w:p>
        </w:tc>
      </w:tr>
      <w:tr w:rsidR="002C6261" w:rsidRPr="00972B74" w14:paraId="3A59CE4C" w14:textId="77777777" w:rsidTr="007D6940">
        <w:tc>
          <w:tcPr>
            <w:tcW w:w="14458" w:type="dxa"/>
            <w:gridSpan w:val="2"/>
          </w:tcPr>
          <w:p w14:paraId="0A5A040B" w14:textId="77777777" w:rsidR="002C6261" w:rsidRPr="00972B74" w:rsidRDefault="002C6261" w:rsidP="00A95F5F">
            <w:pPr>
              <w:widowControl w:val="0"/>
              <w:spacing w:before="120" w:after="120"/>
              <w:rPr>
                <w:rFonts w:cs="Times New Roman"/>
                <w:sz w:val="28"/>
                <w:szCs w:val="28"/>
              </w:rPr>
            </w:pPr>
            <w:r w:rsidRPr="00972B74">
              <w:rPr>
                <w:rFonts w:cs="Times New Roman"/>
                <w:b/>
                <w:sz w:val="28"/>
                <w:szCs w:val="28"/>
              </w:rPr>
              <w:t>11. Kết quả thực hiện</w:t>
            </w:r>
          </w:p>
        </w:tc>
      </w:tr>
      <w:tr w:rsidR="002C6261" w:rsidRPr="00972B74" w14:paraId="30E5AD5C" w14:textId="77777777" w:rsidTr="007D6940">
        <w:tc>
          <w:tcPr>
            <w:tcW w:w="3118" w:type="dxa"/>
          </w:tcPr>
          <w:p w14:paraId="224C0B35" w14:textId="77777777" w:rsidR="002C6261" w:rsidRPr="00972B74" w:rsidRDefault="002C6261" w:rsidP="007D6940">
            <w:pPr>
              <w:widowControl w:val="0"/>
              <w:rPr>
                <w:rFonts w:cs="Times New Roman"/>
                <w:sz w:val="28"/>
                <w:szCs w:val="28"/>
              </w:rPr>
            </w:pPr>
            <w:r w:rsidRPr="00972B74">
              <w:rPr>
                <w:rFonts w:cs="Times New Roman"/>
                <w:sz w:val="28"/>
                <w:szCs w:val="28"/>
              </w:rPr>
              <w:t>a) Hình thức kết quả:</w:t>
            </w:r>
          </w:p>
        </w:tc>
        <w:tc>
          <w:tcPr>
            <w:tcW w:w="11340" w:type="dxa"/>
          </w:tcPr>
          <w:p w14:paraId="5A56C2AC" w14:textId="77777777" w:rsidR="002C6261" w:rsidRPr="00972B74" w:rsidRDefault="002C6261" w:rsidP="007D6940">
            <w:pPr>
              <w:widowControl w:val="0"/>
              <w:rPr>
                <w:rFonts w:cs="Times New Roman"/>
                <w:sz w:val="28"/>
                <w:szCs w:val="28"/>
              </w:rPr>
            </w:pPr>
            <w:r w:rsidRPr="00972B74">
              <w:rPr>
                <w:rFonts w:cs="Times New Roman"/>
                <w:sz w:val="28"/>
                <w:szCs w:val="28"/>
              </w:rPr>
              <w:t xml:space="preserve">- Giấy phép </w:t>
            </w:r>
            <w:proofErr w:type="gramStart"/>
            <w:r w:rsidRPr="00972B74">
              <w:rPr>
                <w:rFonts w:cs="Times New Roman"/>
                <w:sz w:val="28"/>
                <w:szCs w:val="28"/>
              </w:rPr>
              <w:t>[ ]</w:t>
            </w:r>
            <w:proofErr w:type="gramEnd"/>
            <w:r w:rsidRPr="00972B74">
              <w:rPr>
                <w:rFonts w:cs="Times New Roman"/>
                <w:sz w:val="28"/>
                <w:szCs w:val="28"/>
              </w:rPr>
              <w:t xml:space="preserve">   Giấy chứng nhận [ ]   Giấy đăng ký [ ]   Chứng chỉ [ ]   Thẻ [ ]</w:t>
            </w:r>
          </w:p>
          <w:p w14:paraId="4D773931" w14:textId="77777777" w:rsidR="002C6261" w:rsidRPr="00972B74" w:rsidRDefault="002C6261" w:rsidP="007D6940">
            <w:pPr>
              <w:widowControl w:val="0"/>
              <w:rPr>
                <w:rFonts w:cs="Times New Roman"/>
                <w:sz w:val="28"/>
                <w:szCs w:val="28"/>
              </w:rPr>
            </w:pPr>
            <w:r w:rsidRPr="00972B74">
              <w:rPr>
                <w:rFonts w:cs="Times New Roman"/>
                <w:sz w:val="28"/>
                <w:szCs w:val="28"/>
              </w:rPr>
              <w:t>- Quyết định hành chính [x]</w:t>
            </w:r>
          </w:p>
          <w:p w14:paraId="71D9FE8A" w14:textId="77777777" w:rsidR="002C6261" w:rsidRDefault="002C6261" w:rsidP="007D6940">
            <w:pPr>
              <w:widowControl w:val="0"/>
              <w:rPr>
                <w:rFonts w:cs="Times New Roman"/>
                <w:sz w:val="28"/>
                <w:szCs w:val="28"/>
              </w:rPr>
            </w:pPr>
            <w:r w:rsidRPr="00972B74">
              <w:rPr>
                <w:rFonts w:cs="Times New Roman"/>
                <w:sz w:val="28"/>
                <w:szCs w:val="28"/>
              </w:rPr>
              <w:t xml:space="preserve">- Văn bản xác nhận/chấp thuận [] </w:t>
            </w:r>
          </w:p>
          <w:p w14:paraId="5306E9FF" w14:textId="583D5F16" w:rsidR="002C6261" w:rsidRDefault="002C6261" w:rsidP="007D6940">
            <w:pPr>
              <w:widowControl w:val="0"/>
              <w:rPr>
                <w:rFonts w:cs="Times New Roman"/>
                <w:sz w:val="28"/>
                <w:szCs w:val="28"/>
              </w:rPr>
            </w:pPr>
            <w:r>
              <w:rPr>
                <w:rFonts w:cs="Times New Roman"/>
                <w:sz w:val="28"/>
                <w:szCs w:val="28"/>
              </w:rPr>
              <w:t xml:space="preserve">- Loại khác </w:t>
            </w:r>
            <w:r w:rsidRPr="00972B74">
              <w:rPr>
                <w:rFonts w:cs="Times New Roman"/>
                <w:sz w:val="28"/>
                <w:szCs w:val="28"/>
              </w:rPr>
              <w:t>[</w:t>
            </w:r>
            <w:r>
              <w:rPr>
                <w:rFonts w:cs="Times New Roman"/>
                <w:sz w:val="28"/>
                <w:szCs w:val="28"/>
              </w:rPr>
              <w:t>x</w:t>
            </w:r>
            <w:r w:rsidRPr="00972B74">
              <w:rPr>
                <w:rFonts w:cs="Times New Roman"/>
                <w:sz w:val="28"/>
                <w:szCs w:val="28"/>
              </w:rPr>
              <w:t xml:space="preserve">] </w:t>
            </w:r>
            <w:r>
              <w:rPr>
                <w:rFonts w:cs="Times New Roman"/>
                <w:sz w:val="28"/>
                <w:szCs w:val="28"/>
              </w:rPr>
              <w:t xml:space="preserve">Đề nghị nêu rõ: Hiện vật khen thưởng được cấp </w:t>
            </w:r>
            <w:r w:rsidR="00DA2365">
              <w:rPr>
                <w:rFonts w:cs="Times New Roman"/>
                <w:sz w:val="28"/>
                <w:szCs w:val="28"/>
              </w:rPr>
              <w:t>lại.</w:t>
            </w:r>
          </w:p>
          <w:p w14:paraId="4B4BAAD6" w14:textId="77777777" w:rsidR="002C6261" w:rsidRPr="00972B74" w:rsidRDefault="002C6261" w:rsidP="007D6940">
            <w:pPr>
              <w:widowControl w:val="0"/>
              <w:rPr>
                <w:rFonts w:cs="Times New Roman"/>
                <w:sz w:val="28"/>
                <w:szCs w:val="28"/>
              </w:rPr>
            </w:pPr>
            <w:r w:rsidRPr="00972B74">
              <w:rPr>
                <w:rFonts w:cs="Times New Roman"/>
                <w:sz w:val="28"/>
                <w:szCs w:val="28"/>
              </w:rPr>
              <w:t>Kết quả thực hiện TTHC: Bản giấy [x]       Bản điện tử [</w:t>
            </w:r>
            <w:r>
              <w:rPr>
                <w:rFonts w:cs="Times New Roman"/>
                <w:sz w:val="28"/>
                <w:szCs w:val="28"/>
              </w:rPr>
              <w:t>x</w:t>
            </w:r>
            <w:r w:rsidRPr="00972B74">
              <w:rPr>
                <w:rFonts w:cs="Times New Roman"/>
                <w:sz w:val="28"/>
                <w:szCs w:val="28"/>
              </w:rPr>
              <w:t>]</w:t>
            </w:r>
          </w:p>
        </w:tc>
      </w:tr>
      <w:tr w:rsidR="002C6261" w:rsidRPr="00972B74" w14:paraId="55F1320D" w14:textId="77777777" w:rsidTr="007D6940">
        <w:tc>
          <w:tcPr>
            <w:tcW w:w="3118" w:type="dxa"/>
          </w:tcPr>
          <w:p w14:paraId="76385F30"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b) Kết quả có được mẫu hóa phù hợp không? </w:t>
            </w:r>
          </w:p>
        </w:tc>
        <w:tc>
          <w:tcPr>
            <w:tcW w:w="11340" w:type="dxa"/>
          </w:tcPr>
          <w:p w14:paraId="6BA89A30" w14:textId="77777777" w:rsidR="002C6261" w:rsidRPr="00972B74" w:rsidRDefault="002C6261" w:rsidP="007D6940">
            <w:pPr>
              <w:widowControl w:val="0"/>
              <w:rPr>
                <w:rFonts w:cs="Times New Roman"/>
                <w:sz w:val="28"/>
                <w:szCs w:val="28"/>
              </w:rPr>
            </w:pPr>
            <w:r>
              <w:rPr>
                <w:rFonts w:cs="Times New Roman"/>
                <w:sz w:val="28"/>
                <w:szCs w:val="28"/>
              </w:rPr>
              <w:t>Có [x]       Không [</w:t>
            </w:r>
            <w:r w:rsidRPr="00972B74">
              <w:rPr>
                <w:rFonts w:cs="Times New Roman"/>
                <w:sz w:val="28"/>
                <w:szCs w:val="28"/>
              </w:rPr>
              <w:t>]</w:t>
            </w:r>
          </w:p>
          <w:p w14:paraId="3E30170D" w14:textId="5569DA1E" w:rsidR="002C6261" w:rsidRPr="00972B74" w:rsidRDefault="002C6261" w:rsidP="00DA2365">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Hiện vật</w:t>
            </w:r>
            <w:r w:rsidRPr="00972B74">
              <w:rPr>
                <w:rFonts w:cs="Times New Roman"/>
                <w:sz w:val="28"/>
                <w:szCs w:val="28"/>
              </w:rPr>
              <w:t xml:space="preserve"> </w:t>
            </w:r>
            <w:r>
              <w:rPr>
                <w:rFonts w:cs="Times New Roman"/>
                <w:sz w:val="28"/>
                <w:szCs w:val="28"/>
              </w:rPr>
              <w:t xml:space="preserve">cấp </w:t>
            </w:r>
            <w:r w:rsidR="00DA2365">
              <w:rPr>
                <w:rFonts w:cs="Times New Roman"/>
                <w:sz w:val="28"/>
                <w:szCs w:val="28"/>
              </w:rPr>
              <w:t xml:space="preserve">lại </w:t>
            </w:r>
            <w:r w:rsidRPr="00972B74">
              <w:rPr>
                <w:rFonts w:cs="Times New Roman"/>
                <w:sz w:val="28"/>
                <w:szCs w:val="28"/>
              </w:rPr>
              <w:t xml:space="preserve">thực hiện theo </w:t>
            </w:r>
            <w:r>
              <w:rPr>
                <w:rFonts w:cs="Times New Roman"/>
                <w:sz w:val="28"/>
                <w:szCs w:val="28"/>
              </w:rPr>
              <w:t>mẫu tại Quyết định của Thủ tướng Chính phủ</w:t>
            </w:r>
            <w:r w:rsidRPr="00972B74">
              <w:rPr>
                <w:rFonts w:cs="Times New Roman"/>
                <w:sz w:val="28"/>
                <w:szCs w:val="28"/>
              </w:rPr>
              <w:t>, bảo đảm t</w:t>
            </w:r>
            <w:r>
              <w:rPr>
                <w:rFonts w:cs="Times New Roman"/>
                <w:sz w:val="28"/>
                <w:szCs w:val="28"/>
              </w:rPr>
              <w:t>hống nhất, dễ theo dõi, lưu trữ.</w:t>
            </w:r>
          </w:p>
        </w:tc>
      </w:tr>
      <w:tr w:rsidR="002C6261" w:rsidRPr="00972B74" w14:paraId="2B1652EC" w14:textId="77777777" w:rsidTr="007D6940">
        <w:tc>
          <w:tcPr>
            <w:tcW w:w="3118" w:type="dxa"/>
          </w:tcPr>
          <w:p w14:paraId="2119FEE2"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c) Thời hạn có giá trị hiệu lực: </w:t>
            </w:r>
          </w:p>
        </w:tc>
        <w:tc>
          <w:tcPr>
            <w:tcW w:w="11340" w:type="dxa"/>
          </w:tcPr>
          <w:p w14:paraId="7D53D5A0" w14:textId="77777777" w:rsidR="002C6261" w:rsidRPr="00972B74" w:rsidRDefault="002C6261"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w:t>
            </w:r>
            <w:proofErr w:type="gramEnd"/>
            <w:r w:rsidRPr="00972B74">
              <w:rPr>
                <w:rFonts w:cs="Times New Roman"/>
                <w:sz w:val="28"/>
                <w:szCs w:val="28"/>
              </w:rPr>
              <w:t xml:space="preserve">       Không [x]</w:t>
            </w:r>
          </w:p>
          <w:p w14:paraId="14375DCE" w14:textId="77777777" w:rsidR="002C6261" w:rsidRPr="00972B74" w:rsidRDefault="002C6261" w:rsidP="007D6940">
            <w:pPr>
              <w:widowControl w:val="0"/>
              <w:rPr>
                <w:rFonts w:cs="Times New Roman"/>
                <w:sz w:val="28"/>
                <w:szCs w:val="28"/>
              </w:rPr>
            </w:pPr>
            <w:r w:rsidRPr="00972B74">
              <w:rPr>
                <w:rFonts w:cs="Times New Roman"/>
                <w:sz w:val="28"/>
                <w:szCs w:val="28"/>
              </w:rPr>
              <w:t>K</w:t>
            </w:r>
            <w:r>
              <w:rPr>
                <w:rFonts w:cs="Times New Roman"/>
                <w:sz w:val="28"/>
                <w:szCs w:val="28"/>
              </w:rPr>
              <w:t>hông quy định thời hạn hiệu lực.</w:t>
            </w:r>
          </w:p>
        </w:tc>
      </w:tr>
      <w:tr w:rsidR="002C6261" w:rsidRPr="00972B74" w14:paraId="77F3D1AE" w14:textId="77777777" w:rsidTr="007D6940">
        <w:tc>
          <w:tcPr>
            <w:tcW w:w="3118" w:type="dxa"/>
          </w:tcPr>
          <w:p w14:paraId="1277EC39" w14:textId="77777777" w:rsidR="002C6261" w:rsidRPr="00972B74" w:rsidRDefault="002C6261" w:rsidP="007D6940">
            <w:pPr>
              <w:widowControl w:val="0"/>
              <w:jc w:val="both"/>
              <w:rPr>
                <w:rFonts w:cs="Times New Roman"/>
                <w:sz w:val="28"/>
                <w:szCs w:val="28"/>
              </w:rPr>
            </w:pPr>
            <w:r w:rsidRPr="00972B74">
              <w:rPr>
                <w:rFonts w:cs="Times New Roman"/>
                <w:sz w:val="28"/>
                <w:szCs w:val="28"/>
              </w:rPr>
              <w:t xml:space="preserve">d) Phạm vi hiệu lực: </w:t>
            </w:r>
          </w:p>
        </w:tc>
        <w:tc>
          <w:tcPr>
            <w:tcW w:w="11340" w:type="dxa"/>
          </w:tcPr>
          <w:p w14:paraId="1DADFAEF" w14:textId="77777777" w:rsidR="002C6261" w:rsidRPr="00972B74" w:rsidRDefault="002C6261" w:rsidP="007D6940">
            <w:pPr>
              <w:widowControl w:val="0"/>
              <w:rPr>
                <w:rFonts w:cs="Times New Roman"/>
                <w:sz w:val="28"/>
                <w:szCs w:val="28"/>
              </w:rPr>
            </w:pPr>
            <w:r w:rsidRPr="00972B74">
              <w:rPr>
                <w:rFonts w:cs="Times New Roman"/>
                <w:sz w:val="28"/>
                <w:szCs w:val="28"/>
              </w:rPr>
              <w:t>Toà</w:t>
            </w:r>
            <w:r>
              <w:rPr>
                <w:rFonts w:cs="Times New Roman"/>
                <w:sz w:val="28"/>
                <w:szCs w:val="28"/>
              </w:rPr>
              <w:t xml:space="preserve">n quốc </w:t>
            </w:r>
            <w:proofErr w:type="gramStart"/>
            <w:r>
              <w:rPr>
                <w:rFonts w:cs="Times New Roman"/>
                <w:sz w:val="28"/>
                <w:szCs w:val="28"/>
              </w:rPr>
              <w:t>[ ]</w:t>
            </w:r>
            <w:proofErr w:type="gramEnd"/>
            <w:r>
              <w:rPr>
                <w:rFonts w:cs="Times New Roman"/>
                <w:sz w:val="28"/>
                <w:szCs w:val="28"/>
              </w:rPr>
              <w:t xml:space="preserve">       Địa phương [x]</w:t>
            </w:r>
          </w:p>
          <w:p w14:paraId="36806D74" w14:textId="77777777" w:rsidR="002C6261" w:rsidRPr="00972B74" w:rsidRDefault="002C6261" w:rsidP="007D6940">
            <w:pPr>
              <w:widowControl w:val="0"/>
              <w:rPr>
                <w:rFonts w:cs="Times New Roman"/>
                <w:sz w:val="28"/>
                <w:szCs w:val="28"/>
              </w:rPr>
            </w:pPr>
            <w:r w:rsidRPr="00972B74">
              <w:rPr>
                <w:rFonts w:cs="Times New Roman"/>
                <w:sz w:val="28"/>
                <w:szCs w:val="28"/>
              </w:rPr>
              <w:t xml:space="preserve">Lý do: </w:t>
            </w:r>
            <w:r>
              <w:rPr>
                <w:rFonts w:cs="Times New Roman"/>
                <w:sz w:val="28"/>
                <w:szCs w:val="28"/>
              </w:rPr>
              <w:t>Thủ tục</w:t>
            </w:r>
            <w:r w:rsidRPr="00972B74">
              <w:rPr>
                <w:rFonts w:cs="Times New Roman"/>
                <w:sz w:val="28"/>
                <w:szCs w:val="28"/>
              </w:rPr>
              <w:t xml:space="preserve"> áp dụng trên địa bàn tỉnh Tuyên Quang</w:t>
            </w:r>
            <w:r>
              <w:rPr>
                <w:rFonts w:cs="Times New Roman"/>
                <w:sz w:val="28"/>
                <w:szCs w:val="28"/>
              </w:rPr>
              <w:t>.</w:t>
            </w:r>
          </w:p>
        </w:tc>
      </w:tr>
      <w:tr w:rsidR="002C6261" w:rsidRPr="00972B74" w14:paraId="62AEE1E8" w14:textId="77777777" w:rsidTr="007D6940">
        <w:tc>
          <w:tcPr>
            <w:tcW w:w="14458" w:type="dxa"/>
            <w:gridSpan w:val="2"/>
          </w:tcPr>
          <w:p w14:paraId="5FBFF88B" w14:textId="77777777" w:rsidR="002C6261" w:rsidRPr="00972B74" w:rsidRDefault="002C6261" w:rsidP="006B6B18">
            <w:pPr>
              <w:widowControl w:val="0"/>
              <w:spacing w:before="120" w:after="120"/>
              <w:rPr>
                <w:rFonts w:cs="Times New Roman"/>
                <w:sz w:val="28"/>
                <w:szCs w:val="28"/>
              </w:rPr>
            </w:pPr>
            <w:r w:rsidRPr="00972B74">
              <w:rPr>
                <w:rFonts w:cs="Times New Roman"/>
                <w:b/>
                <w:sz w:val="28"/>
                <w:szCs w:val="28"/>
              </w:rPr>
              <w:t>IV. THÔNG TIN LIÊN HỆ</w:t>
            </w:r>
          </w:p>
        </w:tc>
      </w:tr>
      <w:tr w:rsidR="002C6261" w:rsidRPr="00972B74" w14:paraId="0FC66CB4" w14:textId="77777777" w:rsidTr="007D6940">
        <w:tc>
          <w:tcPr>
            <w:tcW w:w="14458" w:type="dxa"/>
            <w:gridSpan w:val="2"/>
          </w:tcPr>
          <w:p w14:paraId="6A1D7352" w14:textId="77777777" w:rsidR="002C6261" w:rsidRPr="00972B74" w:rsidRDefault="002C6261" w:rsidP="007D6940">
            <w:pPr>
              <w:widowControl w:val="0"/>
              <w:rPr>
                <w:rFonts w:cs="Times New Roman"/>
                <w:b/>
                <w:sz w:val="28"/>
                <w:szCs w:val="28"/>
              </w:rPr>
            </w:pPr>
            <w:r w:rsidRPr="00972B74">
              <w:rPr>
                <w:rFonts w:cs="Times New Roman"/>
                <w:b/>
                <w:sz w:val="28"/>
                <w:szCs w:val="28"/>
              </w:rPr>
              <w:t xml:space="preserve">Họ và tên người điền: </w:t>
            </w:r>
            <w:r w:rsidRPr="00972B74">
              <w:rPr>
                <w:rFonts w:cs="Times New Roman"/>
                <w:sz w:val="28"/>
                <w:szCs w:val="28"/>
              </w:rPr>
              <w:t xml:space="preserve">Nguyễn </w:t>
            </w:r>
            <w:r>
              <w:rPr>
                <w:rFonts w:cs="Times New Roman"/>
                <w:sz w:val="28"/>
                <w:szCs w:val="28"/>
              </w:rPr>
              <w:t>Anh Tuấn</w:t>
            </w:r>
          </w:p>
          <w:p w14:paraId="06DDFC2A" w14:textId="77777777" w:rsidR="002C6261" w:rsidRPr="00972B74" w:rsidRDefault="002C6261" w:rsidP="007D6940">
            <w:pPr>
              <w:widowControl w:val="0"/>
              <w:rPr>
                <w:rFonts w:cs="Times New Roman"/>
                <w:sz w:val="28"/>
                <w:szCs w:val="28"/>
              </w:rPr>
            </w:pPr>
            <w:r w:rsidRPr="00972B74">
              <w:rPr>
                <w:rFonts w:cs="Times New Roman"/>
                <w:b/>
                <w:sz w:val="28"/>
                <w:szCs w:val="28"/>
              </w:rPr>
              <w:t xml:space="preserve">Điện thoại: </w:t>
            </w:r>
            <w:r>
              <w:rPr>
                <w:rFonts w:cs="Times New Roman"/>
                <w:sz w:val="28"/>
                <w:szCs w:val="28"/>
              </w:rPr>
              <w:t>0912.430.424</w:t>
            </w:r>
          </w:p>
          <w:p w14:paraId="0D1F95E7" w14:textId="77777777" w:rsidR="002C6261" w:rsidRPr="00972B74" w:rsidRDefault="002C6261" w:rsidP="007D6940">
            <w:pPr>
              <w:widowControl w:val="0"/>
              <w:rPr>
                <w:rFonts w:cs="Times New Roman"/>
                <w:sz w:val="28"/>
                <w:szCs w:val="28"/>
              </w:rPr>
            </w:pPr>
            <w:r w:rsidRPr="00972B74">
              <w:rPr>
                <w:rFonts w:cs="Times New Roman"/>
                <w:b/>
                <w:sz w:val="28"/>
                <w:szCs w:val="28"/>
              </w:rPr>
              <w:t xml:space="preserve">Email: </w:t>
            </w:r>
            <w:r w:rsidRPr="00E80B66">
              <w:rPr>
                <w:rFonts w:cs="Times New Roman"/>
                <w:sz w:val="28"/>
                <w:szCs w:val="28"/>
              </w:rPr>
              <w:t>tuantdkttq</w:t>
            </w:r>
            <w:r w:rsidRPr="00972B74">
              <w:rPr>
                <w:rFonts w:cs="Times New Roman"/>
                <w:sz w:val="28"/>
                <w:szCs w:val="28"/>
              </w:rPr>
              <w:t>@gmail.com</w:t>
            </w:r>
          </w:p>
        </w:tc>
      </w:tr>
    </w:tbl>
    <w:p w14:paraId="60567DA7" w14:textId="7782D76F" w:rsidR="00A51FF7" w:rsidRDefault="00A51FF7" w:rsidP="002B61F8">
      <w:pPr>
        <w:widowControl w:val="0"/>
        <w:spacing w:after="80"/>
        <w:jc w:val="center"/>
      </w:pPr>
    </w:p>
    <w:p w14:paraId="62D0DB93" w14:textId="77777777" w:rsidR="00A51FF7" w:rsidRDefault="00F328B3" w:rsidP="002B61F8">
      <w:pPr>
        <w:widowControl w:val="0"/>
      </w:pPr>
      <w:r>
        <w:br w:type="page"/>
      </w:r>
    </w:p>
    <w:p w14:paraId="3B9237CB" w14:textId="54F56271" w:rsidR="002F4AE9" w:rsidRDefault="002F4AE9" w:rsidP="002F4AE9">
      <w:pPr>
        <w:widowControl w:val="0"/>
        <w:jc w:val="center"/>
      </w:pPr>
      <w:r w:rsidRPr="00B35612">
        <w:rPr>
          <w:b/>
          <w:sz w:val="28"/>
          <w:szCs w:val="28"/>
        </w:rPr>
        <w:lastRenderedPageBreak/>
        <w:t xml:space="preserve">THỦ TỤC HÀNH CHÍNH </w:t>
      </w:r>
      <w:r>
        <w:rPr>
          <w:b/>
          <w:sz w:val="28"/>
          <w:szCs w:val="28"/>
        </w:rPr>
        <w:t>4</w:t>
      </w:r>
      <w:r w:rsidRPr="00B35612">
        <w:rPr>
          <w:b/>
          <w:sz w:val="28"/>
          <w:szCs w:val="28"/>
        </w:rPr>
        <w:t>:</w:t>
      </w:r>
      <w:r>
        <w:rPr>
          <w:b/>
        </w:rPr>
        <w:t xml:space="preserve"> </w:t>
      </w:r>
      <w:r>
        <w:rPr>
          <w:b/>
        </w:rPr>
        <w:br/>
      </w:r>
      <w:r w:rsidRPr="002F4AE9">
        <w:rPr>
          <w:rFonts w:ascii="Times New Roman Bold" w:hAnsi="Times New Roman Bold"/>
          <w:b/>
          <w:sz w:val="28"/>
          <w:szCs w:val="28"/>
          <w:lang w:val="vi-VN"/>
        </w:rPr>
        <w:t>Thủ tục điều chỉnh thông tin quyết định khen thưởng thuộc thẩm quyền của Chủ tịch Ủy ban nhân dân tỉnh</w:t>
      </w:r>
      <w:r w:rsidRPr="002F4AE9">
        <w:rPr>
          <w:b/>
          <w:sz w:val="28"/>
          <w:szCs w:val="28"/>
        </w:rPr>
        <w:br/>
      </w:r>
    </w:p>
    <w:tbl>
      <w:tblPr>
        <w:tblStyle w:val="TableGrid"/>
        <w:tblW w:w="14458" w:type="dxa"/>
        <w:tblInd w:w="279" w:type="dxa"/>
        <w:tblLook w:val="04A0" w:firstRow="1" w:lastRow="0" w:firstColumn="1" w:lastColumn="0" w:noHBand="0" w:noVBand="1"/>
      </w:tblPr>
      <w:tblGrid>
        <w:gridCol w:w="3118"/>
        <w:gridCol w:w="11340"/>
      </w:tblGrid>
      <w:tr w:rsidR="002F4AE9" w:rsidRPr="00972B74" w14:paraId="26EC12E4" w14:textId="77777777" w:rsidTr="007D6940">
        <w:tc>
          <w:tcPr>
            <w:tcW w:w="14458" w:type="dxa"/>
            <w:gridSpan w:val="2"/>
          </w:tcPr>
          <w:p w14:paraId="73733CB0" w14:textId="77777777" w:rsidR="002F4AE9" w:rsidRPr="00972B74" w:rsidRDefault="002F4AE9" w:rsidP="007D6940">
            <w:pPr>
              <w:widowControl w:val="0"/>
              <w:spacing w:before="120" w:after="120"/>
              <w:jc w:val="both"/>
              <w:rPr>
                <w:rFonts w:cs="Times New Roman"/>
                <w:sz w:val="28"/>
                <w:szCs w:val="28"/>
              </w:rPr>
            </w:pPr>
            <w:r w:rsidRPr="00972B74">
              <w:rPr>
                <w:rFonts w:cs="Times New Roman"/>
                <w:b/>
                <w:sz w:val="28"/>
                <w:szCs w:val="28"/>
              </w:rPr>
              <w:t>I. SỰ CẦN THIẾT CỦA QUY ĐỊNH VỀ THỦ TỤC HÀNH CHÍNH TẠI DỰ THẢO VĂN BẢN</w:t>
            </w:r>
          </w:p>
        </w:tc>
      </w:tr>
      <w:tr w:rsidR="002F4AE9" w:rsidRPr="00972B74" w14:paraId="3043F125" w14:textId="77777777" w:rsidTr="007D6940">
        <w:tc>
          <w:tcPr>
            <w:tcW w:w="3118" w:type="dxa"/>
          </w:tcPr>
          <w:p w14:paraId="499D7E7B" w14:textId="77777777" w:rsidR="002F4AE9" w:rsidRPr="003578D4" w:rsidRDefault="002F4AE9" w:rsidP="007D6940">
            <w:pPr>
              <w:widowControl w:val="0"/>
              <w:spacing w:before="120" w:line="240" w:lineRule="auto"/>
              <w:jc w:val="both"/>
              <w:rPr>
                <w:rFonts w:ascii="Times New Roman Bold" w:hAnsi="Times New Roman Bold" w:cs="Times New Roman"/>
                <w:b/>
                <w:spacing w:val="-8"/>
                <w:sz w:val="28"/>
                <w:szCs w:val="28"/>
              </w:rPr>
            </w:pPr>
            <w:r w:rsidRPr="003578D4">
              <w:rPr>
                <w:rFonts w:ascii="Times New Roman Bold" w:hAnsi="Times New Roman Bold" w:cs="Times New Roman"/>
                <w:b/>
                <w:spacing w:val="-8"/>
                <w:sz w:val="28"/>
                <w:szCs w:val="28"/>
              </w:rPr>
              <w:t>1. Nội dung cụ thể trong ngành, lĩnh vực mà Nhà nước cần quản lý hoặc các biện pháp phát triển kinh tế - xã hội, ngân sách, quốc phòng, an ninh?</w:t>
            </w:r>
          </w:p>
        </w:tc>
        <w:tc>
          <w:tcPr>
            <w:tcW w:w="11340" w:type="dxa"/>
          </w:tcPr>
          <w:p w14:paraId="3A0A23BA" w14:textId="18852C32" w:rsidR="002F4AE9" w:rsidRPr="002F4AE9" w:rsidRDefault="002F4AE9" w:rsidP="007D6940">
            <w:pPr>
              <w:widowControl w:val="0"/>
              <w:spacing w:before="120" w:line="240" w:lineRule="auto"/>
              <w:jc w:val="both"/>
              <w:rPr>
                <w:rFonts w:cs="Times New Roman"/>
                <w:sz w:val="28"/>
                <w:szCs w:val="28"/>
              </w:rPr>
            </w:pPr>
            <w:r w:rsidRPr="00972B74">
              <w:rPr>
                <w:rFonts w:cs="Times New Roman"/>
                <w:sz w:val="28"/>
                <w:szCs w:val="28"/>
              </w:rPr>
              <w:t>a) Dự thảo quy định h</w:t>
            </w:r>
            <w:r w:rsidRPr="00972B74">
              <w:rPr>
                <w:rFonts w:cs="Times New Roman"/>
                <w:color w:val="000000"/>
                <w:sz w:val="28"/>
                <w:szCs w:val="28"/>
                <w:lang w:val="vi-VN"/>
              </w:rPr>
              <w:t xml:space="preserve">ồ sơ, thủ tục </w:t>
            </w:r>
            <w:r w:rsidRPr="002F4AE9">
              <w:rPr>
                <w:rFonts w:cs="Times New Roman"/>
                <w:sz w:val="28"/>
                <w:szCs w:val="28"/>
                <w:lang w:val="vi-VN"/>
              </w:rPr>
              <w:t xml:space="preserve">điều chỉnh thông tin quyết định khen thưởng </w:t>
            </w:r>
            <w:r w:rsidRPr="002F4AE9">
              <w:rPr>
                <w:rFonts w:cs="Times New Roman"/>
                <w:color w:val="000000"/>
                <w:sz w:val="28"/>
                <w:szCs w:val="28"/>
                <w:lang w:val="vi-VN"/>
              </w:rPr>
              <w:t xml:space="preserve">thuộc thẩm quyền của </w:t>
            </w:r>
            <w:r w:rsidRPr="002F4AE9">
              <w:rPr>
                <w:rFonts w:cs="Times New Roman"/>
                <w:sz w:val="28"/>
                <w:szCs w:val="28"/>
                <w:lang w:val="vi-VN"/>
              </w:rPr>
              <w:t>Chủ tịch Ủy ban nhân dân tỉnh</w:t>
            </w:r>
            <w:r w:rsidRPr="002F4AE9">
              <w:rPr>
                <w:rFonts w:cs="Times New Roman"/>
                <w:sz w:val="28"/>
                <w:szCs w:val="28"/>
              </w:rPr>
              <w:t xml:space="preserve"> </w:t>
            </w:r>
            <w:r w:rsidRPr="002F4AE9">
              <w:rPr>
                <w:rFonts w:cs="Times New Roman"/>
                <w:color w:val="000000"/>
                <w:sz w:val="28"/>
                <w:szCs w:val="28"/>
              </w:rPr>
              <w:t>bảo đảm thực hiện các quy định của pháp luật về thi đua, khen thưởng</w:t>
            </w:r>
            <w:r w:rsidRPr="002F4AE9">
              <w:rPr>
                <w:rFonts w:cs="Times New Roman"/>
                <w:sz w:val="28"/>
                <w:szCs w:val="28"/>
                <w:lang w:val="vi-VN"/>
              </w:rPr>
              <w:t>.</w:t>
            </w:r>
            <w:r w:rsidRPr="002F4AE9">
              <w:rPr>
                <w:rFonts w:cs="Times New Roman"/>
                <w:sz w:val="28"/>
                <w:szCs w:val="28"/>
              </w:rPr>
              <w:t xml:space="preserve"> </w:t>
            </w:r>
            <w:r w:rsidRPr="002F4AE9">
              <w:rPr>
                <w:rFonts w:cs="Times New Roman"/>
                <w:sz w:val="28"/>
                <w:szCs w:val="28"/>
                <w:lang w:val="vi-VN"/>
              </w:rPr>
              <w:t xml:space="preserve">Quy định xác lập quy trình tiếp nhận, thẩm định, đề nghị điều chỉnh thông tin quyết định khen thưởng </w:t>
            </w:r>
            <w:r w:rsidRPr="002F4AE9">
              <w:rPr>
                <w:rFonts w:cs="Times New Roman"/>
                <w:color w:val="000000"/>
                <w:sz w:val="28"/>
                <w:szCs w:val="28"/>
                <w:lang w:val="vi-VN"/>
              </w:rPr>
              <w:t xml:space="preserve">thuộc thẩm quyền của </w:t>
            </w:r>
            <w:r w:rsidRPr="002F4AE9">
              <w:rPr>
                <w:rFonts w:cs="Times New Roman"/>
                <w:sz w:val="28"/>
                <w:szCs w:val="28"/>
                <w:lang w:val="vi-VN"/>
              </w:rPr>
              <w:t>Chủ tịch Ủy ban nhân dân tỉnh</w:t>
            </w:r>
            <w:r w:rsidRPr="002F4AE9">
              <w:rPr>
                <w:rFonts w:cs="Times New Roman"/>
                <w:color w:val="000000"/>
                <w:sz w:val="28"/>
                <w:szCs w:val="28"/>
              </w:rPr>
              <w:t>.</w:t>
            </w:r>
          </w:p>
          <w:p w14:paraId="320977C1" w14:textId="77777777" w:rsidR="002F4AE9" w:rsidRPr="00972B74" w:rsidRDefault="002F4AE9"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Lý do Nhà nước cần quy định: Quy định hồ sơ, thủ tục để đảm bảo thống nhất, công khai, minh bạch, đúng </w:t>
            </w:r>
            <w:r>
              <w:rPr>
                <w:rFonts w:cs="Times New Roman"/>
                <w:sz w:val="28"/>
                <w:szCs w:val="28"/>
              </w:rPr>
              <w:t>quy định</w:t>
            </w:r>
            <w:r w:rsidRPr="00972B74">
              <w:rPr>
                <w:rFonts w:cs="Times New Roman"/>
                <w:sz w:val="28"/>
                <w:szCs w:val="28"/>
                <w:lang w:val="vi-VN"/>
              </w:rPr>
              <w:t xml:space="preserve"> trong thực hiện quy định của pháp luật về thi đua, khen thưởng.</w:t>
            </w:r>
          </w:p>
        </w:tc>
      </w:tr>
      <w:tr w:rsidR="002F4AE9" w:rsidRPr="007D6940" w14:paraId="6A92E1A2" w14:textId="77777777" w:rsidTr="007D6940">
        <w:tc>
          <w:tcPr>
            <w:tcW w:w="3118" w:type="dxa"/>
          </w:tcPr>
          <w:p w14:paraId="3986DD9A" w14:textId="77777777" w:rsidR="002F4AE9" w:rsidRPr="003578D4" w:rsidRDefault="002F4AE9" w:rsidP="007D6940">
            <w:pPr>
              <w:widowControl w:val="0"/>
              <w:spacing w:before="120" w:line="240" w:lineRule="auto"/>
              <w:jc w:val="both"/>
              <w:rPr>
                <w:rFonts w:ascii="Times New Roman Bold" w:hAnsi="Times New Roman Bold" w:cs="Times New Roman"/>
                <w:spacing w:val="-4"/>
                <w:sz w:val="28"/>
                <w:szCs w:val="28"/>
                <w:lang w:val="vi-VN"/>
              </w:rPr>
            </w:pPr>
            <w:r w:rsidRPr="003578D4">
              <w:rPr>
                <w:rFonts w:ascii="Times New Roman Bold" w:hAnsi="Times New Roman Bold" w:cs="Times New Roman"/>
                <w:b/>
                <w:spacing w:val="-4"/>
                <w:sz w:val="28"/>
                <w:szCs w:val="28"/>
                <w:lang w:val="vi-VN"/>
              </w:rPr>
              <w:t>2. Nội dung quyền, nghĩa vụ và lợi ích hợp pháp cụ thể của cá nhân, tổ chức cần được bảo đảm?</w:t>
            </w:r>
          </w:p>
          <w:p w14:paraId="05F02987" w14:textId="77777777" w:rsidR="002F4AE9" w:rsidRPr="00972B74" w:rsidRDefault="002F4AE9" w:rsidP="007D6940">
            <w:pPr>
              <w:widowControl w:val="0"/>
              <w:spacing w:before="120" w:line="240" w:lineRule="auto"/>
              <w:jc w:val="both"/>
              <w:rPr>
                <w:rFonts w:cs="Times New Roman"/>
                <w:b/>
                <w:sz w:val="28"/>
                <w:szCs w:val="28"/>
                <w:lang w:val="vi-VN"/>
              </w:rPr>
            </w:pPr>
          </w:p>
        </w:tc>
        <w:tc>
          <w:tcPr>
            <w:tcW w:w="11340" w:type="dxa"/>
          </w:tcPr>
          <w:p w14:paraId="6975C594" w14:textId="7DDFA9E1" w:rsidR="002F4AE9" w:rsidRPr="003578D4" w:rsidRDefault="002F4AE9" w:rsidP="002E126A">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Quy định hồ sơ, thủ tục nhằm bảo đảm quyền lợi </w:t>
            </w:r>
            <w:r w:rsidRPr="00FD1939">
              <w:rPr>
                <w:rFonts w:cs="Times New Roman"/>
                <w:sz w:val="28"/>
                <w:szCs w:val="28"/>
                <w:lang w:val="vi-VN"/>
              </w:rPr>
              <w:t xml:space="preserve">hợp pháp </w:t>
            </w:r>
            <w:r w:rsidRPr="00972B74">
              <w:rPr>
                <w:rFonts w:cs="Times New Roman"/>
                <w:sz w:val="28"/>
                <w:szCs w:val="28"/>
                <w:lang w:val="vi-VN"/>
              </w:rPr>
              <w:t xml:space="preserve">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khi </w:t>
            </w:r>
            <w:r w:rsidRPr="00972B74">
              <w:rPr>
                <w:rFonts w:cs="Times New Roman"/>
                <w:color w:val="000000"/>
                <w:sz w:val="28"/>
                <w:szCs w:val="28"/>
                <w:lang w:val="vi-VN"/>
              </w:rPr>
              <w:t xml:space="preserve">đề nghị </w:t>
            </w:r>
            <w:r w:rsidRPr="002F4AE9">
              <w:rPr>
                <w:rFonts w:cs="Times New Roman"/>
                <w:sz w:val="28"/>
                <w:szCs w:val="28"/>
                <w:lang w:val="vi-VN"/>
              </w:rPr>
              <w:t>điều chỉnh t</w:t>
            </w:r>
            <w:r>
              <w:rPr>
                <w:rFonts w:cs="Times New Roman"/>
                <w:sz w:val="28"/>
                <w:szCs w:val="28"/>
                <w:lang w:val="vi-VN"/>
              </w:rPr>
              <w:t>hông tin quyết định khen thưởng</w:t>
            </w:r>
            <w:r w:rsidRPr="00FD1939">
              <w:rPr>
                <w:rFonts w:cs="Times New Roman"/>
                <w:sz w:val="28"/>
                <w:szCs w:val="28"/>
                <w:lang w:val="vi-VN"/>
              </w:rPr>
              <w:t xml:space="preserve">; quyền của tổ chức </w:t>
            </w:r>
            <w:r w:rsidRPr="00972B74">
              <w:rPr>
                <w:rFonts w:cs="Times New Roman"/>
                <w:sz w:val="28"/>
                <w:szCs w:val="28"/>
                <w:lang w:val="vi-VN"/>
              </w:rPr>
              <w:t>được nộp hồ sơ bằng hình thức trực tiếp, trực tuyến hoặc qua dịch vụ bưu chính công ích</w:t>
            </w:r>
            <w:r w:rsidRPr="00FD1939">
              <w:rPr>
                <w:rFonts w:cs="Times New Roman"/>
                <w:sz w:val="28"/>
                <w:szCs w:val="28"/>
                <w:lang w:val="vi-VN"/>
              </w:rPr>
              <w:t xml:space="preserve">. </w:t>
            </w:r>
            <w:r w:rsidRPr="00972B74">
              <w:rPr>
                <w:rFonts w:cs="Times New Roman"/>
                <w:sz w:val="28"/>
                <w:szCs w:val="28"/>
                <w:lang w:val="vi-VN"/>
              </w:rPr>
              <w:t>Đồng thời, thủ tục xác đị</w:t>
            </w:r>
            <w:r>
              <w:rPr>
                <w:rFonts w:cs="Times New Roman"/>
                <w:sz w:val="28"/>
                <w:szCs w:val="28"/>
                <w:lang w:val="vi-VN"/>
              </w:rPr>
              <w:t xml:space="preserve">nh nghĩa vụ kê khai trung thực, </w:t>
            </w:r>
            <w:r w:rsidRPr="00972B74">
              <w:rPr>
                <w:rFonts w:cs="Times New Roman"/>
                <w:sz w:val="28"/>
                <w:szCs w:val="28"/>
                <w:lang w:val="vi-VN"/>
              </w:rPr>
              <w:t xml:space="preserve">chịu trách nhiệm về </w:t>
            </w:r>
            <w:r w:rsidRPr="00FD1939">
              <w:rPr>
                <w:rFonts w:cs="Times New Roman"/>
                <w:sz w:val="28"/>
                <w:szCs w:val="28"/>
                <w:lang w:val="vi-VN"/>
              </w:rPr>
              <w:t xml:space="preserve">tính chính xác của </w:t>
            </w:r>
            <w:r w:rsidRPr="00972B74">
              <w:rPr>
                <w:rFonts w:cs="Times New Roman"/>
                <w:sz w:val="28"/>
                <w:szCs w:val="28"/>
                <w:lang w:val="vi-VN"/>
              </w:rPr>
              <w:t>hồ sơ</w:t>
            </w:r>
            <w:r w:rsidRPr="00314250">
              <w:rPr>
                <w:rFonts w:cs="Times New Roman"/>
                <w:sz w:val="28"/>
                <w:szCs w:val="28"/>
                <w:lang w:val="vi-VN"/>
              </w:rPr>
              <w:t xml:space="preserve"> </w:t>
            </w:r>
            <w:r w:rsidRPr="003578D4">
              <w:rPr>
                <w:rFonts w:cs="Times New Roman"/>
                <w:sz w:val="28"/>
                <w:szCs w:val="28"/>
                <w:lang w:val="vi-VN"/>
              </w:rPr>
              <w:t>đề nghị.</w:t>
            </w:r>
          </w:p>
          <w:p w14:paraId="6629BF0A" w14:textId="77777777" w:rsidR="002F4AE9" w:rsidRPr="00B75C37" w:rsidRDefault="002F4AE9" w:rsidP="002E126A">
            <w:pPr>
              <w:widowControl w:val="0"/>
              <w:spacing w:before="120" w:line="240" w:lineRule="auto"/>
              <w:jc w:val="both"/>
              <w:rPr>
                <w:rFonts w:cs="Times New Roman"/>
                <w:sz w:val="28"/>
                <w:szCs w:val="28"/>
                <w:lang w:val="vi-VN"/>
              </w:rPr>
            </w:pPr>
            <w:r w:rsidRPr="00FD1939">
              <w:rPr>
                <w:rFonts w:cs="Times New Roman"/>
                <w:sz w:val="28"/>
                <w:szCs w:val="28"/>
                <w:lang w:val="vi-VN"/>
              </w:rPr>
              <w:t>b</w:t>
            </w:r>
            <w:r w:rsidRPr="00972B74">
              <w:rPr>
                <w:rFonts w:cs="Times New Roman"/>
                <w:sz w:val="28"/>
                <w:szCs w:val="28"/>
                <w:lang w:val="vi-VN"/>
              </w:rPr>
              <w:t xml:space="preserve">) Lý do Nhà nước cần quy định: Quy định hồ sơ, thủ tục để đảm bảo thống nhất, công khai, minh bạch, đúng </w:t>
            </w:r>
            <w:r w:rsidRPr="00314250">
              <w:rPr>
                <w:rFonts w:cs="Times New Roman"/>
                <w:sz w:val="28"/>
                <w:szCs w:val="28"/>
                <w:lang w:val="vi-VN"/>
              </w:rPr>
              <w:t>quy định</w:t>
            </w:r>
            <w:r w:rsidRPr="00972B74">
              <w:rPr>
                <w:rFonts w:cs="Times New Roman"/>
                <w:sz w:val="28"/>
                <w:szCs w:val="28"/>
                <w:lang w:val="vi-VN"/>
              </w:rPr>
              <w:t xml:space="preserve"> trong thực hiện quy định của pháp luật về thi đua, khen thưởng.</w:t>
            </w:r>
          </w:p>
        </w:tc>
      </w:tr>
      <w:tr w:rsidR="002F4AE9" w:rsidRPr="007D6940" w14:paraId="27362382" w14:textId="77777777" w:rsidTr="007D6940">
        <w:tc>
          <w:tcPr>
            <w:tcW w:w="3118" w:type="dxa"/>
          </w:tcPr>
          <w:p w14:paraId="1FE6FF7C" w14:textId="77777777" w:rsidR="002F4AE9" w:rsidRPr="00972B74" w:rsidRDefault="002F4AE9" w:rsidP="007D6940">
            <w:pPr>
              <w:widowControl w:val="0"/>
              <w:spacing w:before="120" w:line="240" w:lineRule="auto"/>
              <w:jc w:val="both"/>
              <w:rPr>
                <w:rFonts w:cs="Times New Roman"/>
                <w:sz w:val="28"/>
                <w:szCs w:val="28"/>
                <w:lang w:val="vi-VN"/>
              </w:rPr>
            </w:pPr>
            <w:r w:rsidRPr="00972B74">
              <w:rPr>
                <w:rFonts w:cs="Times New Roman"/>
                <w:b/>
                <w:sz w:val="28"/>
                <w:szCs w:val="28"/>
                <w:lang w:val="vi-VN"/>
              </w:rPr>
              <w:t>3. Lý do lựa chọn biện pháp quy định thủ tục hành chính?</w:t>
            </w:r>
          </w:p>
        </w:tc>
        <w:tc>
          <w:tcPr>
            <w:tcW w:w="11340" w:type="dxa"/>
          </w:tcPr>
          <w:p w14:paraId="7BE406A5" w14:textId="61BA3025" w:rsidR="002F4AE9" w:rsidRPr="00A47917" w:rsidRDefault="002F4AE9" w:rsidP="007D6940">
            <w:pPr>
              <w:widowControl w:val="0"/>
              <w:spacing w:before="120" w:line="240" w:lineRule="auto"/>
              <w:jc w:val="both"/>
              <w:rPr>
                <w:rFonts w:cs="Times New Roman"/>
                <w:color w:val="000000"/>
                <w:sz w:val="28"/>
                <w:szCs w:val="28"/>
                <w:lang w:val="vi-VN"/>
              </w:rPr>
            </w:pPr>
            <w:r w:rsidRPr="00972B74">
              <w:rPr>
                <w:rFonts w:cs="Times New Roman"/>
                <w:sz w:val="28"/>
                <w:szCs w:val="28"/>
                <w:lang w:val="vi-VN"/>
              </w:rPr>
              <w:t xml:space="preserve">a) Nếu không quy định rõ thành phần hồ sơ, cách thức nộp, cơ quan quyết định, kết quả giải quyết </w:t>
            </w:r>
            <w:r>
              <w:rPr>
                <w:rFonts w:cs="Times New Roman"/>
                <w:sz w:val="28"/>
                <w:szCs w:val="28"/>
                <w:lang w:val="vi-VN"/>
              </w:rPr>
              <w:t xml:space="preserve">trong thực hiện </w:t>
            </w:r>
            <w:r w:rsidRPr="002F4AE9">
              <w:rPr>
                <w:rFonts w:cs="Times New Roman"/>
                <w:sz w:val="28"/>
                <w:szCs w:val="28"/>
                <w:lang w:val="vi-VN"/>
              </w:rPr>
              <w:t xml:space="preserve">điều chỉnh thông tin quyết định khen thưởng </w:t>
            </w:r>
            <w:r w:rsidRPr="00A47917">
              <w:rPr>
                <w:rFonts w:cs="Times New Roman"/>
                <w:color w:val="000000"/>
                <w:sz w:val="28"/>
                <w:szCs w:val="28"/>
                <w:lang w:val="vi-VN"/>
              </w:rPr>
              <w:t xml:space="preserve">thì không đảm bảo về quyền lợi 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w:t>
            </w:r>
            <w:r w:rsidRPr="00A47917">
              <w:rPr>
                <w:rFonts w:cs="Times New Roman"/>
                <w:sz w:val="28"/>
                <w:szCs w:val="28"/>
                <w:lang w:val="vi-VN"/>
              </w:rPr>
              <w:t xml:space="preserve">và </w:t>
            </w:r>
            <w:r w:rsidRPr="00972B74">
              <w:rPr>
                <w:rFonts w:cs="Times New Roman"/>
                <w:sz w:val="28"/>
                <w:szCs w:val="28"/>
                <w:lang w:val="vi-VN"/>
              </w:rPr>
              <w:t>quy định của pháp luật về thi đua, khen thưởng.</w:t>
            </w:r>
          </w:p>
          <w:p w14:paraId="75DFD688" w14:textId="530E3B9C" w:rsidR="002F4AE9" w:rsidRPr="00972B74" w:rsidRDefault="002F4AE9" w:rsidP="002F4AE9">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Điều, khoản quy định thủ tục hành chính tại dự thảo văn bản: </w:t>
            </w:r>
            <w:r w:rsidRPr="00A47917">
              <w:rPr>
                <w:rFonts w:cs="Times New Roman"/>
                <w:sz w:val="28"/>
                <w:szCs w:val="28"/>
                <w:lang w:val="vi-VN"/>
              </w:rPr>
              <w:t>Điều 2</w:t>
            </w:r>
            <w:r w:rsidRPr="002F4AE9">
              <w:rPr>
                <w:rFonts w:cs="Times New Roman"/>
                <w:sz w:val="28"/>
                <w:szCs w:val="28"/>
                <w:lang w:val="vi-VN"/>
              </w:rPr>
              <w:t>4</w:t>
            </w:r>
            <w:r>
              <w:rPr>
                <w:rFonts w:cs="Times New Roman"/>
                <w:sz w:val="28"/>
                <w:szCs w:val="28"/>
                <w:lang w:val="vi-VN"/>
              </w:rPr>
              <w:t>a</w:t>
            </w:r>
            <w:r w:rsidRPr="00C542CB">
              <w:rPr>
                <w:rFonts w:cs="Times New Roman"/>
                <w:sz w:val="28"/>
                <w:szCs w:val="28"/>
                <w:lang w:val="vi-VN"/>
              </w:rPr>
              <w:t xml:space="preserve"> </w:t>
            </w:r>
            <w:r w:rsidRPr="00972B74">
              <w:rPr>
                <w:rFonts w:cs="Times New Roman"/>
                <w:sz w:val="28"/>
                <w:szCs w:val="28"/>
                <w:lang w:val="vi-VN"/>
              </w:rPr>
              <w:t xml:space="preserve">quy định </w:t>
            </w:r>
            <w:r w:rsidRPr="00C542CB">
              <w:rPr>
                <w:rFonts w:cs="Times New Roman"/>
                <w:sz w:val="28"/>
                <w:szCs w:val="28"/>
                <w:lang w:val="vi-VN"/>
              </w:rPr>
              <w:t xml:space="preserve">về </w:t>
            </w:r>
            <w:r w:rsidRPr="002F4AE9">
              <w:rPr>
                <w:rFonts w:cs="Times New Roman"/>
                <w:sz w:val="28"/>
                <w:szCs w:val="28"/>
                <w:lang w:val="vi-VN"/>
              </w:rPr>
              <w:t>thủ tục điều chỉnh thông tin quyết định khen thưởng thuộc thẩm quyền của Chủ tịch Ủy ban nhân dân tỉnh</w:t>
            </w:r>
            <w:r w:rsidRPr="00972B74">
              <w:rPr>
                <w:rFonts w:cs="Times New Roman"/>
                <w:sz w:val="28"/>
                <w:szCs w:val="28"/>
                <w:lang w:val="vi-VN"/>
              </w:rPr>
              <w:t>.</w:t>
            </w:r>
          </w:p>
        </w:tc>
      </w:tr>
      <w:tr w:rsidR="002F4AE9" w:rsidRPr="007D6940" w14:paraId="27B3F073" w14:textId="77777777" w:rsidTr="007D6940">
        <w:tc>
          <w:tcPr>
            <w:tcW w:w="3118" w:type="dxa"/>
          </w:tcPr>
          <w:p w14:paraId="62FCEEB1" w14:textId="77777777" w:rsidR="002F4AE9" w:rsidRPr="00972B74" w:rsidRDefault="002F4AE9" w:rsidP="00F82A78">
            <w:pPr>
              <w:widowControl w:val="0"/>
              <w:spacing w:before="120"/>
              <w:jc w:val="both"/>
              <w:rPr>
                <w:rFonts w:cs="Times New Roman"/>
                <w:sz w:val="28"/>
                <w:szCs w:val="28"/>
                <w:lang w:val="vi-VN"/>
              </w:rPr>
            </w:pPr>
            <w:r w:rsidRPr="00972B74">
              <w:rPr>
                <w:rFonts w:cs="Times New Roman"/>
                <w:b/>
                <w:sz w:val="28"/>
                <w:szCs w:val="28"/>
                <w:lang w:val="vi-VN"/>
              </w:rPr>
              <w:t>4. Có biện pháp nào khác có thể sử dụng mà không phải bằng quy định thủ tục hành chính không?</w:t>
            </w:r>
          </w:p>
        </w:tc>
        <w:tc>
          <w:tcPr>
            <w:tcW w:w="11340" w:type="dxa"/>
          </w:tcPr>
          <w:p w14:paraId="1C5DEC8C" w14:textId="0A324933" w:rsidR="002F4AE9" w:rsidRPr="00972B74" w:rsidRDefault="002F4AE9" w:rsidP="00F82A78">
            <w:pPr>
              <w:widowControl w:val="0"/>
              <w:spacing w:before="120"/>
              <w:rPr>
                <w:rFonts w:cs="Times New Roman"/>
                <w:sz w:val="28"/>
                <w:szCs w:val="28"/>
                <w:lang w:val="vi-VN"/>
              </w:rPr>
            </w:pPr>
            <w:r w:rsidRPr="00972B74">
              <w:rPr>
                <w:rFonts w:cs="Times New Roman"/>
                <w:sz w:val="28"/>
                <w:szCs w:val="28"/>
                <w:lang w:val="vi-VN"/>
              </w:rPr>
              <w:t xml:space="preserve">Có []     </w:t>
            </w:r>
            <w:r w:rsidR="002E126A">
              <w:rPr>
                <w:rFonts w:cs="Times New Roman"/>
                <w:sz w:val="28"/>
                <w:szCs w:val="28"/>
                <w:lang w:val="vi-VN"/>
              </w:rPr>
              <w:t xml:space="preserve">  Không [x</w:t>
            </w:r>
            <w:r w:rsidRPr="00972B74">
              <w:rPr>
                <w:rFonts w:cs="Times New Roman"/>
                <w:sz w:val="28"/>
                <w:szCs w:val="28"/>
                <w:lang w:val="vi-VN"/>
              </w:rPr>
              <w:t>]</w:t>
            </w:r>
          </w:p>
          <w:p w14:paraId="5A486E15" w14:textId="77777777" w:rsidR="002F4AE9" w:rsidRPr="00972B74" w:rsidRDefault="002F4AE9" w:rsidP="007D6940">
            <w:pPr>
              <w:widowControl w:val="0"/>
              <w:jc w:val="both"/>
              <w:rPr>
                <w:rFonts w:cs="Times New Roman"/>
                <w:sz w:val="28"/>
                <w:szCs w:val="28"/>
                <w:lang w:val="vi-VN"/>
              </w:rPr>
            </w:pPr>
            <w:r w:rsidRPr="00972B74">
              <w:rPr>
                <w:rFonts w:cs="Times New Roman"/>
                <w:sz w:val="28"/>
                <w:szCs w:val="28"/>
                <w:lang w:val="vi-VN"/>
              </w:rPr>
              <w:t xml:space="preserve">Nếu </w:t>
            </w:r>
            <w:r w:rsidRPr="00C542CB">
              <w:rPr>
                <w:rFonts w:cs="Times New Roman"/>
                <w:sz w:val="28"/>
                <w:szCs w:val="28"/>
                <w:lang w:val="vi-VN"/>
              </w:rPr>
              <w:t>Không</w:t>
            </w:r>
            <w:r w:rsidRPr="00972B74">
              <w:rPr>
                <w:rFonts w:cs="Times New Roman"/>
                <w:sz w:val="28"/>
                <w:szCs w:val="28"/>
                <w:lang w:val="vi-VN"/>
              </w:rPr>
              <w:t xml:space="preserve">, nêu rõ </w:t>
            </w:r>
            <w:r w:rsidRPr="00C542CB">
              <w:rPr>
                <w:rFonts w:cs="Times New Roman"/>
                <w:sz w:val="28"/>
                <w:szCs w:val="28"/>
                <w:lang w:val="vi-VN"/>
              </w:rPr>
              <w:t>lý do</w:t>
            </w:r>
            <w:r w:rsidRPr="00972B74">
              <w:rPr>
                <w:rFonts w:cs="Times New Roman"/>
                <w:sz w:val="28"/>
                <w:szCs w:val="28"/>
                <w:lang w:val="vi-VN"/>
              </w:rPr>
              <w:t xml:space="preserve">: </w:t>
            </w:r>
            <w:r w:rsidRPr="00C542CB">
              <w:rPr>
                <w:rFonts w:cs="Times New Roman"/>
                <w:sz w:val="28"/>
                <w:szCs w:val="28"/>
                <w:lang w:val="vi-VN"/>
              </w:rPr>
              <w:t>C</w:t>
            </w:r>
            <w:r w:rsidRPr="00972B74">
              <w:rPr>
                <w:rFonts w:cs="Times New Roman"/>
                <w:sz w:val="28"/>
                <w:szCs w:val="28"/>
                <w:lang w:val="vi-VN"/>
              </w:rPr>
              <w:t>ần quy định thủ tục hành chính ở mức cần thiết, với 01 bộ hồ sơ, cách thức nộp đa dạng, không thu phí,</w:t>
            </w:r>
            <w:r>
              <w:rPr>
                <w:rFonts w:cs="Times New Roman"/>
                <w:sz w:val="28"/>
                <w:szCs w:val="28"/>
                <w:lang w:val="vi-VN"/>
              </w:rPr>
              <w:t xml:space="preserve"> lệ phí</w:t>
            </w:r>
            <w:r w:rsidRPr="00972B74">
              <w:rPr>
                <w:rFonts w:cs="Times New Roman"/>
                <w:sz w:val="28"/>
                <w:szCs w:val="28"/>
                <w:lang w:val="vi-VN"/>
              </w:rPr>
              <w:t>.</w:t>
            </w:r>
          </w:p>
        </w:tc>
      </w:tr>
      <w:tr w:rsidR="002F4AE9" w:rsidRPr="007D6940" w14:paraId="7E74296A" w14:textId="77777777" w:rsidTr="007D6940">
        <w:tc>
          <w:tcPr>
            <w:tcW w:w="14458" w:type="dxa"/>
            <w:gridSpan w:val="2"/>
          </w:tcPr>
          <w:p w14:paraId="3D1C36EE" w14:textId="77777777" w:rsidR="002F4AE9" w:rsidRPr="00972B74" w:rsidRDefault="002F4AE9" w:rsidP="00F82A78">
            <w:pPr>
              <w:widowControl w:val="0"/>
              <w:spacing w:before="120" w:after="80"/>
              <w:jc w:val="both"/>
              <w:rPr>
                <w:rFonts w:cs="Times New Roman"/>
                <w:sz w:val="28"/>
                <w:szCs w:val="28"/>
                <w:lang w:val="vi-VN"/>
              </w:rPr>
            </w:pPr>
            <w:r w:rsidRPr="00972B74">
              <w:rPr>
                <w:rFonts w:cs="Times New Roman"/>
                <w:b/>
                <w:sz w:val="28"/>
                <w:szCs w:val="28"/>
                <w:lang w:val="vi-VN"/>
              </w:rPr>
              <w:lastRenderedPageBreak/>
              <w:t>II. ĐÁNH GIÁ TÍNH HỢP HIẾN, HỢP PHÁP CỦA THỦ TỤC HÀNH CHÍNH</w:t>
            </w:r>
          </w:p>
        </w:tc>
      </w:tr>
      <w:tr w:rsidR="002F4AE9" w:rsidRPr="007D6940" w14:paraId="2307A082" w14:textId="77777777" w:rsidTr="007D6940">
        <w:tc>
          <w:tcPr>
            <w:tcW w:w="3118" w:type="dxa"/>
          </w:tcPr>
          <w:p w14:paraId="4965C95C" w14:textId="77777777" w:rsidR="002F4AE9" w:rsidRPr="00972B74" w:rsidRDefault="002F4AE9" w:rsidP="00F82A78">
            <w:pPr>
              <w:widowControl w:val="0"/>
              <w:spacing w:before="120"/>
              <w:rPr>
                <w:rFonts w:cs="Times New Roman"/>
                <w:sz w:val="28"/>
                <w:szCs w:val="28"/>
                <w:lang w:val="vi-VN"/>
              </w:rPr>
            </w:pPr>
            <w:r w:rsidRPr="00972B74">
              <w:rPr>
                <w:rFonts w:cs="Times New Roman"/>
                <w:b/>
                <w:sz w:val="28"/>
                <w:szCs w:val="28"/>
                <w:lang w:val="vi-VN"/>
              </w:rPr>
              <w:t>1. Có phù hợp với Hiến pháp không?</w:t>
            </w:r>
          </w:p>
        </w:tc>
        <w:tc>
          <w:tcPr>
            <w:tcW w:w="11340" w:type="dxa"/>
          </w:tcPr>
          <w:p w14:paraId="60EAA004" w14:textId="77777777" w:rsidR="002F4AE9" w:rsidRPr="00972B74" w:rsidRDefault="002F4AE9" w:rsidP="00F82A78">
            <w:pPr>
              <w:widowControl w:val="0"/>
              <w:spacing w:before="120"/>
              <w:rPr>
                <w:rFonts w:cs="Times New Roman"/>
                <w:sz w:val="28"/>
                <w:szCs w:val="28"/>
                <w:lang w:val="vi-VN"/>
              </w:rPr>
            </w:pPr>
            <w:r w:rsidRPr="00972B74">
              <w:rPr>
                <w:rFonts w:cs="Times New Roman"/>
                <w:sz w:val="28"/>
                <w:szCs w:val="28"/>
                <w:lang w:val="vi-VN"/>
              </w:rPr>
              <w:t>Có [x]       Không [ ]</w:t>
            </w:r>
          </w:p>
          <w:p w14:paraId="2409B23D" w14:textId="77777777" w:rsidR="002F4AE9" w:rsidRPr="00972B74" w:rsidRDefault="002F4AE9" w:rsidP="007D6940">
            <w:pPr>
              <w:widowControl w:val="0"/>
              <w:jc w:val="both"/>
              <w:rPr>
                <w:rFonts w:cs="Times New Roman"/>
                <w:sz w:val="28"/>
                <w:szCs w:val="28"/>
                <w:lang w:val="vi-VN"/>
              </w:rPr>
            </w:pPr>
            <w:r w:rsidRPr="00972B74">
              <w:rPr>
                <w:rFonts w:cs="Times New Roman"/>
                <w:sz w:val="28"/>
                <w:szCs w:val="28"/>
                <w:lang w:val="vi-VN"/>
              </w:rPr>
              <w:t xml:space="preserve">Nêu rõ lý do: Quy định thủ tục hành chính nhằm bảo đảm quyền, lợi ích hợp pháp của tổ chức, cá nhân trong </w:t>
            </w:r>
            <w:r w:rsidRPr="00C542CB">
              <w:rPr>
                <w:rFonts w:cs="Times New Roman"/>
                <w:sz w:val="28"/>
                <w:szCs w:val="28"/>
                <w:lang w:val="vi-VN"/>
              </w:rPr>
              <w:t>thực hiện pháp luật về thi đua, khen thưởng</w:t>
            </w:r>
            <w:r w:rsidRPr="00972B74">
              <w:rPr>
                <w:rFonts w:cs="Times New Roman"/>
                <w:sz w:val="28"/>
                <w:szCs w:val="28"/>
                <w:lang w:val="vi-VN"/>
              </w:rPr>
              <w:t>; đồng thời bảo đảm việc quản lý</w:t>
            </w:r>
            <w:r w:rsidRPr="00C542CB">
              <w:rPr>
                <w:rFonts w:cs="Times New Roman"/>
                <w:sz w:val="28"/>
                <w:szCs w:val="28"/>
                <w:lang w:val="vi-VN"/>
              </w:rPr>
              <w:t xml:space="preserve"> </w:t>
            </w:r>
            <w:r w:rsidRPr="00972B74">
              <w:rPr>
                <w:rFonts w:cs="Times New Roman"/>
                <w:sz w:val="28"/>
                <w:szCs w:val="28"/>
                <w:lang w:val="vi-VN"/>
              </w:rPr>
              <w:t xml:space="preserve">nhà nước </w:t>
            </w:r>
            <w:r w:rsidRPr="00C542CB">
              <w:rPr>
                <w:rFonts w:cs="Times New Roman"/>
                <w:sz w:val="28"/>
                <w:szCs w:val="28"/>
                <w:lang w:val="vi-VN"/>
              </w:rPr>
              <w:t xml:space="preserve">về thi đua, khen thưởng được </w:t>
            </w:r>
            <w:r>
              <w:rPr>
                <w:rFonts w:cs="Times New Roman"/>
                <w:sz w:val="28"/>
                <w:szCs w:val="28"/>
                <w:lang w:val="vi-VN"/>
              </w:rPr>
              <w:t>công khai, minh bạch</w:t>
            </w:r>
            <w:r w:rsidRPr="00972B74">
              <w:rPr>
                <w:rFonts w:cs="Times New Roman"/>
                <w:sz w:val="28"/>
                <w:szCs w:val="28"/>
                <w:lang w:val="vi-VN"/>
              </w:rPr>
              <w:t xml:space="preserve">. Dự thảo không đặt ra </w:t>
            </w:r>
            <w:r w:rsidRPr="00C542CB">
              <w:rPr>
                <w:rFonts w:cs="Times New Roman"/>
                <w:sz w:val="28"/>
                <w:szCs w:val="28"/>
                <w:lang w:val="vi-VN"/>
              </w:rPr>
              <w:t xml:space="preserve">vấn đề </w:t>
            </w:r>
            <w:r w:rsidRPr="00972B74">
              <w:rPr>
                <w:rFonts w:cs="Times New Roman"/>
                <w:sz w:val="28"/>
                <w:szCs w:val="28"/>
                <w:lang w:val="vi-VN"/>
              </w:rPr>
              <w:t>hạn chế quyền con người,</w:t>
            </w:r>
            <w:r>
              <w:rPr>
                <w:rFonts w:cs="Times New Roman"/>
                <w:sz w:val="28"/>
                <w:szCs w:val="28"/>
                <w:lang w:val="vi-VN"/>
              </w:rPr>
              <w:t xml:space="preserve"> quyền công dân trái Hiến pháp.</w:t>
            </w:r>
          </w:p>
        </w:tc>
      </w:tr>
      <w:tr w:rsidR="002F4AE9" w:rsidRPr="007D6940" w14:paraId="4AEA4077" w14:textId="77777777" w:rsidTr="007D6940">
        <w:tc>
          <w:tcPr>
            <w:tcW w:w="3118" w:type="dxa"/>
          </w:tcPr>
          <w:p w14:paraId="76A5669A" w14:textId="77777777" w:rsidR="002F4AE9" w:rsidRPr="00972B74" w:rsidRDefault="002F4AE9" w:rsidP="00F82A78">
            <w:pPr>
              <w:widowControl w:val="0"/>
              <w:spacing w:before="120"/>
              <w:jc w:val="both"/>
              <w:rPr>
                <w:rFonts w:cs="Times New Roman"/>
                <w:sz w:val="28"/>
                <w:szCs w:val="28"/>
                <w:lang w:val="vi-VN"/>
              </w:rPr>
            </w:pPr>
            <w:r w:rsidRPr="00972B74">
              <w:rPr>
                <w:rFonts w:cs="Times New Roman"/>
                <w:b/>
                <w:sz w:val="28"/>
                <w:szCs w:val="28"/>
                <w:lang w:val="vi-VN"/>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11340" w:type="dxa"/>
          </w:tcPr>
          <w:p w14:paraId="425E17CF" w14:textId="77777777" w:rsidR="002F4AE9" w:rsidRPr="00972B74" w:rsidRDefault="002F4AE9" w:rsidP="00F82A78">
            <w:pPr>
              <w:widowControl w:val="0"/>
              <w:spacing w:before="120"/>
              <w:jc w:val="both"/>
              <w:rPr>
                <w:rFonts w:cs="Times New Roman"/>
                <w:sz w:val="28"/>
                <w:szCs w:val="28"/>
                <w:lang w:val="vi-VN"/>
              </w:rPr>
            </w:pPr>
            <w:r w:rsidRPr="00972B74">
              <w:rPr>
                <w:rFonts w:cs="Times New Roman"/>
                <w:sz w:val="28"/>
                <w:szCs w:val="28"/>
                <w:lang w:val="vi-VN"/>
              </w:rPr>
              <w:t>- Với văn bản của cơ quan nhà nước cấp trên: Có [ ]       Không [x]</w:t>
            </w:r>
          </w:p>
          <w:p w14:paraId="2EC42F66" w14:textId="77777777" w:rsidR="002F4AE9" w:rsidRDefault="002F4AE9" w:rsidP="007D6940">
            <w:pPr>
              <w:widowControl w:val="0"/>
              <w:jc w:val="both"/>
              <w:rPr>
                <w:rFonts w:cs="Times New Roman"/>
                <w:sz w:val="28"/>
                <w:szCs w:val="28"/>
                <w:lang w:val="vi-VN"/>
              </w:rPr>
            </w:pPr>
            <w:r>
              <w:rPr>
                <w:rFonts w:cs="Times New Roman"/>
                <w:sz w:val="28"/>
                <w:szCs w:val="28"/>
                <w:lang w:val="vi-VN"/>
              </w:rPr>
              <w:t xml:space="preserve">Lý do: </w:t>
            </w:r>
            <w:r w:rsidRPr="00C542CB">
              <w:rPr>
                <w:rFonts w:cs="Times New Roman"/>
                <w:sz w:val="28"/>
                <w:szCs w:val="28"/>
                <w:lang w:val="vi-VN"/>
              </w:rPr>
              <w:t>T</w:t>
            </w:r>
            <w:r w:rsidRPr="00972B74">
              <w:rPr>
                <w:rFonts w:cs="Times New Roman"/>
                <w:sz w:val="28"/>
                <w:szCs w:val="28"/>
                <w:lang w:val="vi-VN"/>
              </w:rPr>
              <w:t xml:space="preserve">hủ tục được xây dựng trên cơ sở Luật </w:t>
            </w:r>
            <w:r w:rsidRPr="00C542CB">
              <w:rPr>
                <w:rFonts w:cs="Times New Roman"/>
                <w:sz w:val="28"/>
                <w:szCs w:val="28"/>
                <w:lang w:val="vi-VN"/>
              </w:rPr>
              <w:t>số 06/2026/QH16 sửa đổi, bổ sung Luật Thi đua, khen thưởng</w:t>
            </w:r>
            <w:r w:rsidRPr="00972B74">
              <w:rPr>
                <w:rFonts w:cs="Times New Roman"/>
                <w:sz w:val="28"/>
                <w:szCs w:val="28"/>
                <w:lang w:val="vi-VN"/>
              </w:rPr>
              <w:t>, pháp luật ban hành văn bản quy phạm pháp luậ</w:t>
            </w:r>
            <w:r>
              <w:rPr>
                <w:rFonts w:cs="Times New Roman"/>
                <w:sz w:val="28"/>
                <w:szCs w:val="28"/>
                <w:lang w:val="vi-VN"/>
              </w:rPr>
              <w:t>t, kiểm soát thủ tục hành chính</w:t>
            </w:r>
            <w:r w:rsidRPr="00972B74">
              <w:rPr>
                <w:rFonts w:cs="Times New Roman"/>
                <w:sz w:val="28"/>
                <w:szCs w:val="28"/>
                <w:lang w:val="vi-VN"/>
              </w:rPr>
              <w:t xml:space="preserve">; dự thảo </w:t>
            </w:r>
            <w:r>
              <w:rPr>
                <w:rFonts w:cs="Times New Roman"/>
                <w:sz w:val="28"/>
                <w:szCs w:val="28"/>
                <w:lang w:val="vi-VN"/>
              </w:rPr>
              <w:t xml:space="preserve">chỉ cụ thể hóa trình tự, hồ sơ </w:t>
            </w:r>
            <w:r w:rsidRPr="00972B74">
              <w:rPr>
                <w:rFonts w:cs="Times New Roman"/>
                <w:sz w:val="28"/>
                <w:szCs w:val="28"/>
                <w:lang w:val="vi-VN"/>
              </w:rPr>
              <w:t>v</w:t>
            </w:r>
            <w:r>
              <w:rPr>
                <w:rFonts w:cs="Times New Roman"/>
                <w:sz w:val="28"/>
                <w:szCs w:val="28"/>
                <w:lang w:val="vi-VN"/>
              </w:rPr>
              <w:t>à trách nhiệm tổ chức thực hiện.</w:t>
            </w:r>
          </w:p>
          <w:p w14:paraId="375B35AB" w14:textId="3995E95E" w:rsidR="002F4AE9" w:rsidRPr="00972B74" w:rsidRDefault="002F4AE9" w:rsidP="007D6940">
            <w:pPr>
              <w:widowControl w:val="0"/>
              <w:jc w:val="both"/>
              <w:rPr>
                <w:rFonts w:cs="Times New Roman"/>
                <w:sz w:val="28"/>
                <w:szCs w:val="28"/>
                <w:lang w:val="vi-VN"/>
              </w:rPr>
            </w:pPr>
            <w:r w:rsidRPr="00972B74">
              <w:rPr>
                <w:rFonts w:cs="Times New Roman"/>
                <w:sz w:val="28"/>
                <w:szCs w:val="28"/>
                <w:lang w:val="vi-VN"/>
              </w:rPr>
              <w:t>- Với văn bản của cơ quan khác: Có []       Không [x]</w:t>
            </w:r>
          </w:p>
          <w:p w14:paraId="4126C440" w14:textId="49B2209B" w:rsidR="002F4AE9" w:rsidRPr="00972B74" w:rsidRDefault="002F4AE9" w:rsidP="007D6940">
            <w:pPr>
              <w:widowControl w:val="0"/>
              <w:jc w:val="both"/>
              <w:rPr>
                <w:rFonts w:cs="Times New Roman"/>
                <w:sz w:val="28"/>
                <w:szCs w:val="28"/>
                <w:lang w:val="vi-VN"/>
              </w:rPr>
            </w:pPr>
            <w:r w:rsidRPr="00972B74">
              <w:rPr>
                <w:rFonts w:cs="Times New Roman"/>
                <w:sz w:val="28"/>
                <w:szCs w:val="28"/>
                <w:lang w:val="vi-VN"/>
              </w:rPr>
              <w:t>- Với điều ước quốc tế có liên quan mà nước CHXHCN V</w:t>
            </w:r>
            <w:r>
              <w:rPr>
                <w:rFonts w:cs="Times New Roman"/>
                <w:sz w:val="28"/>
                <w:szCs w:val="28"/>
                <w:lang w:val="vi-VN"/>
              </w:rPr>
              <w:t xml:space="preserve">iệt Nam là thành viên: Có []  </w:t>
            </w:r>
            <w:r w:rsidRPr="00972B74">
              <w:rPr>
                <w:rFonts w:cs="Times New Roman"/>
                <w:sz w:val="28"/>
                <w:szCs w:val="28"/>
                <w:lang w:val="vi-VN"/>
              </w:rPr>
              <w:t>Không [x]</w:t>
            </w:r>
          </w:p>
          <w:p w14:paraId="0743B102" w14:textId="77777777" w:rsidR="002F4AE9" w:rsidRPr="00972B74" w:rsidRDefault="002F4AE9" w:rsidP="007D6940">
            <w:pPr>
              <w:widowControl w:val="0"/>
              <w:jc w:val="both"/>
              <w:rPr>
                <w:rFonts w:cs="Times New Roman"/>
                <w:sz w:val="28"/>
                <w:szCs w:val="28"/>
                <w:lang w:val="vi-VN"/>
              </w:rPr>
            </w:pPr>
            <w:r w:rsidRPr="00972B74">
              <w:rPr>
                <w:rFonts w:cs="Times New Roman"/>
                <w:sz w:val="28"/>
                <w:szCs w:val="28"/>
                <w:lang w:val="vi-VN"/>
              </w:rPr>
              <w:t>Không phát hiện nội dung mâu t</w:t>
            </w:r>
            <w:r>
              <w:rPr>
                <w:rFonts w:cs="Times New Roman"/>
                <w:sz w:val="28"/>
                <w:szCs w:val="28"/>
                <w:lang w:val="vi-VN"/>
              </w:rPr>
              <w:t>huẫn, chồng chéo hoặc xung đột với các v</w:t>
            </w:r>
            <w:r w:rsidRPr="00EB1BEB">
              <w:rPr>
                <w:rFonts w:cs="Times New Roman"/>
                <w:sz w:val="28"/>
                <w:szCs w:val="28"/>
                <w:lang w:val="vi-VN"/>
              </w:rPr>
              <w:t>ă</w:t>
            </w:r>
            <w:r>
              <w:rPr>
                <w:rFonts w:cs="Times New Roman"/>
                <w:sz w:val="28"/>
                <w:szCs w:val="28"/>
                <w:lang w:val="vi-VN"/>
              </w:rPr>
              <w:t>n bản của cơ quan khác</w:t>
            </w:r>
            <w:r w:rsidRPr="00EB1BEB">
              <w:rPr>
                <w:rFonts w:cs="Times New Roman"/>
                <w:sz w:val="28"/>
                <w:szCs w:val="28"/>
                <w:lang w:val="vi-VN"/>
              </w:rPr>
              <w:t xml:space="preserve">; với </w:t>
            </w:r>
            <w:r>
              <w:rPr>
                <w:rFonts w:cs="Times New Roman"/>
                <w:sz w:val="28"/>
                <w:szCs w:val="28"/>
                <w:lang w:val="vi-VN"/>
              </w:rPr>
              <w:t>điều ước quốc tế có liên quan.</w:t>
            </w:r>
          </w:p>
        </w:tc>
      </w:tr>
      <w:tr w:rsidR="002F4AE9" w:rsidRPr="007D6940" w14:paraId="05D43D4B" w14:textId="77777777" w:rsidTr="007D6940">
        <w:tc>
          <w:tcPr>
            <w:tcW w:w="14458" w:type="dxa"/>
            <w:gridSpan w:val="2"/>
          </w:tcPr>
          <w:p w14:paraId="17B7EB8D" w14:textId="77777777" w:rsidR="002F4AE9" w:rsidRPr="00972B74" w:rsidRDefault="002F4AE9" w:rsidP="00F82A78">
            <w:pPr>
              <w:widowControl w:val="0"/>
              <w:spacing w:before="120" w:after="80"/>
              <w:rPr>
                <w:rFonts w:cs="Times New Roman"/>
                <w:sz w:val="28"/>
                <w:szCs w:val="28"/>
                <w:lang w:val="vi-VN"/>
              </w:rPr>
            </w:pPr>
            <w:r w:rsidRPr="00972B74">
              <w:rPr>
                <w:rFonts w:cs="Times New Roman"/>
                <w:b/>
                <w:sz w:val="28"/>
                <w:szCs w:val="28"/>
                <w:lang w:val="vi-VN"/>
              </w:rPr>
              <w:t>III. ĐÁNH GIÁ TÍNH HỢP LÝ CỦA THỦ TỤC HÀNH CHÍNH</w:t>
            </w:r>
          </w:p>
        </w:tc>
      </w:tr>
      <w:tr w:rsidR="002F4AE9" w:rsidRPr="007D6940" w14:paraId="485E3D6C" w14:textId="77777777" w:rsidTr="007D6940">
        <w:tc>
          <w:tcPr>
            <w:tcW w:w="14458" w:type="dxa"/>
            <w:gridSpan w:val="2"/>
          </w:tcPr>
          <w:p w14:paraId="3A401B25" w14:textId="77777777" w:rsidR="002F4AE9" w:rsidRPr="00972B74" w:rsidRDefault="002F4AE9" w:rsidP="007D6940">
            <w:pPr>
              <w:widowControl w:val="0"/>
              <w:spacing w:after="80"/>
              <w:rPr>
                <w:rFonts w:cs="Times New Roman"/>
                <w:b/>
                <w:sz w:val="28"/>
                <w:szCs w:val="28"/>
                <w:lang w:val="vi-VN"/>
              </w:rPr>
            </w:pPr>
            <w:r w:rsidRPr="00972B74">
              <w:rPr>
                <w:rFonts w:cs="Times New Roman"/>
                <w:b/>
                <w:sz w:val="28"/>
                <w:szCs w:val="28"/>
                <w:lang w:val="vi-VN"/>
              </w:rPr>
              <w:t>1. Tên thủ tục hành chính</w:t>
            </w:r>
          </w:p>
        </w:tc>
      </w:tr>
      <w:tr w:rsidR="002F4AE9" w:rsidRPr="007D6940" w14:paraId="5CA31E3F" w14:textId="77777777" w:rsidTr="007D6940">
        <w:tc>
          <w:tcPr>
            <w:tcW w:w="3118" w:type="dxa"/>
          </w:tcPr>
          <w:p w14:paraId="6267300C" w14:textId="77777777" w:rsidR="002F4AE9" w:rsidRPr="00972B74" w:rsidRDefault="002F4AE9" w:rsidP="00F82A78">
            <w:pPr>
              <w:widowControl w:val="0"/>
              <w:spacing w:before="120"/>
              <w:jc w:val="both"/>
              <w:rPr>
                <w:rFonts w:cs="Times New Roman"/>
                <w:sz w:val="28"/>
                <w:szCs w:val="28"/>
                <w:lang w:val="vi-VN"/>
              </w:rPr>
            </w:pPr>
            <w:r w:rsidRPr="00972B74">
              <w:rPr>
                <w:rFonts w:cs="Times New Roman"/>
                <w:sz w:val="28"/>
                <w:szCs w:val="28"/>
                <w:lang w:val="vi-VN"/>
              </w:rPr>
              <w:t>Có được quy định rõ ràng, cụ thể và phù hợp không?</w:t>
            </w:r>
          </w:p>
          <w:p w14:paraId="2BAB3811" w14:textId="77777777" w:rsidR="002F4AE9" w:rsidRPr="00972B74" w:rsidRDefault="002F4AE9" w:rsidP="007D6940">
            <w:pPr>
              <w:widowControl w:val="0"/>
              <w:jc w:val="both"/>
              <w:rPr>
                <w:rFonts w:cs="Times New Roman"/>
                <w:sz w:val="28"/>
                <w:szCs w:val="28"/>
                <w:lang w:val="vi-VN"/>
              </w:rPr>
            </w:pPr>
          </w:p>
        </w:tc>
        <w:tc>
          <w:tcPr>
            <w:tcW w:w="11340" w:type="dxa"/>
          </w:tcPr>
          <w:p w14:paraId="6292B9BE" w14:textId="77777777" w:rsidR="002F4AE9" w:rsidRPr="00972B74" w:rsidRDefault="002F4AE9" w:rsidP="00F82A78">
            <w:pPr>
              <w:widowControl w:val="0"/>
              <w:spacing w:before="120"/>
              <w:jc w:val="both"/>
              <w:rPr>
                <w:rFonts w:cs="Times New Roman"/>
                <w:sz w:val="28"/>
                <w:szCs w:val="28"/>
                <w:lang w:val="vi-VN"/>
              </w:rPr>
            </w:pPr>
            <w:r w:rsidRPr="00972B74">
              <w:rPr>
                <w:rFonts w:cs="Times New Roman"/>
                <w:sz w:val="28"/>
                <w:szCs w:val="28"/>
                <w:lang w:val="vi-VN"/>
              </w:rPr>
              <w:t>Có [x]       Không [ ]</w:t>
            </w:r>
          </w:p>
          <w:p w14:paraId="31EC987F" w14:textId="125B0D26" w:rsidR="002F4AE9" w:rsidRPr="00972B74" w:rsidRDefault="002F4AE9" w:rsidP="002F4AE9">
            <w:pPr>
              <w:widowControl w:val="0"/>
              <w:jc w:val="both"/>
              <w:rPr>
                <w:rFonts w:cs="Times New Roman"/>
                <w:sz w:val="28"/>
                <w:szCs w:val="28"/>
                <w:lang w:val="vi-VN"/>
              </w:rPr>
            </w:pPr>
            <w:r>
              <w:rPr>
                <w:rFonts w:cs="Times New Roman"/>
                <w:sz w:val="28"/>
                <w:szCs w:val="28"/>
                <w:lang w:val="vi-VN"/>
              </w:rPr>
              <w:t xml:space="preserve">Nêu rõ lý do: </w:t>
            </w:r>
            <w:r w:rsidRPr="00A47917">
              <w:rPr>
                <w:rFonts w:cs="Times New Roman"/>
                <w:sz w:val="28"/>
                <w:szCs w:val="28"/>
                <w:lang w:val="vi-VN"/>
              </w:rPr>
              <w:t>T</w:t>
            </w:r>
            <w:r w:rsidRPr="00972B74">
              <w:rPr>
                <w:rFonts w:cs="Times New Roman"/>
                <w:sz w:val="28"/>
                <w:szCs w:val="28"/>
                <w:lang w:val="vi-VN"/>
              </w:rPr>
              <w:t xml:space="preserve">ên thủ tục là </w:t>
            </w:r>
            <w:r w:rsidRPr="002F4AE9">
              <w:rPr>
                <w:rFonts w:cs="Times New Roman"/>
                <w:sz w:val="28"/>
                <w:szCs w:val="28"/>
                <w:lang w:val="vi-VN"/>
              </w:rPr>
              <w:t>“</w:t>
            </w:r>
            <w:r w:rsidRPr="002F4AE9">
              <w:rPr>
                <w:rFonts w:ascii="Times New Roman Bold" w:hAnsi="Times New Roman Bold"/>
                <w:sz w:val="28"/>
                <w:szCs w:val="28"/>
                <w:lang w:val="vi-VN"/>
              </w:rPr>
              <w:t>Thủ tục điều chỉnh thông tin quyết định khen thưởng thuộc thẩm quyền của Chủ tịch Ủy ban nhân dân tỉnh</w:t>
            </w:r>
            <w:r w:rsidRPr="002F4AE9">
              <w:rPr>
                <w:rFonts w:cs="Times New Roman"/>
                <w:sz w:val="28"/>
                <w:szCs w:val="28"/>
                <w:lang w:val="vi-VN"/>
              </w:rPr>
              <w:t xml:space="preserve">”, </w:t>
            </w:r>
            <w:r w:rsidRPr="00972B74">
              <w:rPr>
                <w:rFonts w:cs="Times New Roman"/>
                <w:sz w:val="28"/>
                <w:szCs w:val="28"/>
                <w:lang w:val="vi-VN"/>
              </w:rPr>
              <w:t xml:space="preserve">phản ánh đúng nội dung </w:t>
            </w:r>
            <w:r w:rsidRPr="00EB1BEB">
              <w:rPr>
                <w:rFonts w:cs="Times New Roman"/>
                <w:sz w:val="28"/>
                <w:szCs w:val="28"/>
                <w:lang w:val="vi-VN"/>
              </w:rPr>
              <w:t xml:space="preserve">quy định tại </w:t>
            </w:r>
            <w:r w:rsidRPr="00972B74">
              <w:rPr>
                <w:rFonts w:cs="Times New Roman"/>
                <w:sz w:val="28"/>
                <w:szCs w:val="28"/>
                <w:lang w:val="vi-VN"/>
              </w:rPr>
              <w:t xml:space="preserve">Điều </w:t>
            </w:r>
            <w:r w:rsidRPr="00A47917">
              <w:rPr>
                <w:rFonts w:cs="Times New Roman"/>
                <w:sz w:val="28"/>
                <w:szCs w:val="28"/>
                <w:lang w:val="vi-VN"/>
              </w:rPr>
              <w:t>2</w:t>
            </w:r>
            <w:r w:rsidRPr="002F4AE9">
              <w:rPr>
                <w:rFonts w:cs="Times New Roman"/>
                <w:sz w:val="28"/>
                <w:szCs w:val="28"/>
                <w:lang w:val="vi-VN"/>
              </w:rPr>
              <w:t>4a</w:t>
            </w:r>
            <w:r w:rsidRPr="00972B74">
              <w:rPr>
                <w:rFonts w:cs="Times New Roman"/>
                <w:sz w:val="28"/>
                <w:szCs w:val="28"/>
                <w:lang w:val="vi-VN"/>
              </w:rPr>
              <w:t xml:space="preserve"> dự thảo Quy</w:t>
            </w:r>
            <w:r w:rsidRPr="00EB1BEB">
              <w:rPr>
                <w:rFonts w:cs="Times New Roman"/>
                <w:sz w:val="28"/>
                <w:szCs w:val="28"/>
                <w:lang w:val="vi-VN"/>
              </w:rPr>
              <w:t>ết</w:t>
            </w:r>
            <w:r w:rsidRPr="00972B74">
              <w:rPr>
                <w:rFonts w:cs="Times New Roman"/>
                <w:sz w:val="28"/>
                <w:szCs w:val="28"/>
                <w:lang w:val="vi-VN"/>
              </w:rPr>
              <w:t xml:space="preserve"> định, thuận tiện cho việc công khai, tra cứu khi công bố thủ tục hành chính.</w:t>
            </w:r>
          </w:p>
        </w:tc>
      </w:tr>
      <w:tr w:rsidR="002F4AE9" w:rsidRPr="00972B74" w14:paraId="4D4517EE" w14:textId="77777777" w:rsidTr="007D6940">
        <w:tc>
          <w:tcPr>
            <w:tcW w:w="14458" w:type="dxa"/>
            <w:gridSpan w:val="2"/>
          </w:tcPr>
          <w:p w14:paraId="78CC361E" w14:textId="77777777" w:rsidR="002F4AE9" w:rsidRPr="00972B74" w:rsidRDefault="002F4AE9" w:rsidP="00F82A78">
            <w:pPr>
              <w:widowControl w:val="0"/>
              <w:spacing w:before="120" w:after="120"/>
              <w:jc w:val="both"/>
              <w:rPr>
                <w:rFonts w:cs="Times New Roman"/>
                <w:sz w:val="28"/>
                <w:szCs w:val="28"/>
              </w:rPr>
            </w:pPr>
            <w:r w:rsidRPr="00972B74">
              <w:rPr>
                <w:rFonts w:cs="Times New Roman"/>
                <w:b/>
                <w:sz w:val="28"/>
                <w:szCs w:val="28"/>
              </w:rPr>
              <w:t>2. Trình tự thực hiện</w:t>
            </w:r>
          </w:p>
        </w:tc>
      </w:tr>
      <w:tr w:rsidR="002F4AE9" w:rsidRPr="007D6940" w14:paraId="20875B59" w14:textId="77777777" w:rsidTr="007D6940">
        <w:tc>
          <w:tcPr>
            <w:tcW w:w="3118" w:type="dxa"/>
          </w:tcPr>
          <w:p w14:paraId="6EB3E930" w14:textId="77777777" w:rsidR="002F4AE9" w:rsidRPr="00972B74" w:rsidRDefault="002F4AE9" w:rsidP="00F82A78">
            <w:pPr>
              <w:widowControl w:val="0"/>
              <w:spacing w:before="120"/>
              <w:jc w:val="both"/>
              <w:rPr>
                <w:rFonts w:cs="Times New Roman"/>
                <w:b/>
                <w:sz w:val="28"/>
                <w:szCs w:val="28"/>
              </w:rPr>
            </w:pPr>
            <w:r w:rsidRPr="00972B74">
              <w:rPr>
                <w:rFonts w:cs="Times New Roman"/>
                <w:sz w:val="28"/>
                <w:szCs w:val="28"/>
              </w:rPr>
              <w:t xml:space="preserve">a) Có được quy định rõ ràng và cụ thể về các bước </w:t>
            </w:r>
            <w:r w:rsidRPr="00972B74">
              <w:rPr>
                <w:rFonts w:cs="Times New Roman"/>
                <w:sz w:val="28"/>
                <w:szCs w:val="28"/>
              </w:rPr>
              <w:lastRenderedPageBreak/>
              <w:t>thực hiện không?</w:t>
            </w:r>
          </w:p>
        </w:tc>
        <w:tc>
          <w:tcPr>
            <w:tcW w:w="11340" w:type="dxa"/>
          </w:tcPr>
          <w:p w14:paraId="0705CD94" w14:textId="2619B1FE" w:rsidR="002F4AE9" w:rsidRPr="002E126A" w:rsidRDefault="002F4AE9" w:rsidP="00F82A78">
            <w:pPr>
              <w:widowControl w:val="0"/>
              <w:spacing w:before="120"/>
              <w:jc w:val="both"/>
              <w:rPr>
                <w:rFonts w:ascii="Times New Roman Bold" w:hAnsi="Times New Roman Bold"/>
                <w:sz w:val="28"/>
                <w:szCs w:val="28"/>
                <w:lang w:val="vi-VN"/>
              </w:rPr>
            </w:pPr>
            <w:r w:rsidRPr="002E126A">
              <w:rPr>
                <w:rFonts w:ascii="Times New Roman Bold" w:hAnsi="Times New Roman Bold"/>
                <w:sz w:val="28"/>
                <w:szCs w:val="28"/>
                <w:lang w:val="vi-VN"/>
              </w:rPr>
              <w:lastRenderedPageBreak/>
              <w:t xml:space="preserve"> </w:t>
            </w:r>
            <w:r w:rsidRPr="0046781D">
              <w:rPr>
                <w:rFonts w:cs="Times New Roman"/>
                <w:sz w:val="28"/>
                <w:szCs w:val="28"/>
                <w:lang w:val="vi-VN"/>
              </w:rPr>
              <w:t>Có [x]       Kh</w:t>
            </w:r>
            <w:r w:rsidR="00D53064" w:rsidRPr="0046781D">
              <w:rPr>
                <w:rFonts w:cs="Times New Roman"/>
                <w:sz w:val="28"/>
                <w:szCs w:val="28"/>
                <w:lang w:val="vi-VN"/>
              </w:rPr>
              <w:t>ông [</w:t>
            </w:r>
            <w:r w:rsidRPr="0046781D">
              <w:rPr>
                <w:rFonts w:cs="Times New Roman"/>
                <w:sz w:val="28"/>
                <w:szCs w:val="28"/>
                <w:lang w:val="vi-VN"/>
              </w:rPr>
              <w:t>]</w:t>
            </w:r>
          </w:p>
          <w:p w14:paraId="04AC530D" w14:textId="77777777" w:rsidR="002F4AE9" w:rsidRPr="0046781D" w:rsidRDefault="002F4AE9" w:rsidP="0046781D">
            <w:pPr>
              <w:widowControl w:val="0"/>
              <w:spacing w:before="120" w:line="240" w:lineRule="auto"/>
              <w:jc w:val="both"/>
              <w:rPr>
                <w:rFonts w:cs="Times New Roman"/>
                <w:sz w:val="28"/>
                <w:szCs w:val="28"/>
                <w:lang w:val="vi-VN"/>
              </w:rPr>
            </w:pPr>
            <w:r w:rsidRPr="0046781D">
              <w:rPr>
                <w:rFonts w:cs="Times New Roman"/>
                <w:sz w:val="28"/>
                <w:szCs w:val="28"/>
                <w:lang w:val="vi-VN"/>
              </w:rPr>
              <w:lastRenderedPageBreak/>
              <w:t xml:space="preserve">Trình tự gồm: </w:t>
            </w:r>
          </w:p>
          <w:p w14:paraId="73A94BC3" w14:textId="77777777" w:rsidR="002E126A" w:rsidRPr="0046781D" w:rsidRDefault="002E126A" w:rsidP="0046781D">
            <w:pPr>
              <w:widowControl w:val="0"/>
              <w:spacing w:before="120" w:line="240" w:lineRule="auto"/>
              <w:jc w:val="both"/>
              <w:rPr>
                <w:rFonts w:cs="Times New Roman"/>
                <w:sz w:val="28"/>
                <w:szCs w:val="28"/>
                <w:lang w:val="vi-VN"/>
              </w:rPr>
            </w:pPr>
            <w:r w:rsidRPr="0046781D">
              <w:rPr>
                <w:rFonts w:cs="Times New Roman"/>
                <w:sz w:val="28"/>
                <w:szCs w:val="28"/>
                <w:lang w:val="vi-VN"/>
              </w:rPr>
              <w:t>a) Cá nhân, tập thể, hộ gia đình có đơn hoặc văn bản đề nghị điều chỉnh thông tin trong quyết định khen thưởng thuộc thẩm quyền của Chủ tịch Ủy ban nhân dân tỉnh gửi về cơ quan, tổ chức, đơn vị, địa phương đã trình Chủ tịch Ủy ban nhân dân tỉnh khen thưởng trước đây;</w:t>
            </w:r>
          </w:p>
          <w:p w14:paraId="40CC66F5" w14:textId="77777777" w:rsidR="002E126A" w:rsidRPr="0046781D" w:rsidRDefault="002E126A" w:rsidP="0046781D">
            <w:pPr>
              <w:widowControl w:val="0"/>
              <w:spacing w:before="120" w:line="240" w:lineRule="auto"/>
              <w:jc w:val="both"/>
              <w:rPr>
                <w:rFonts w:cs="Times New Roman"/>
                <w:sz w:val="28"/>
                <w:szCs w:val="28"/>
                <w:lang w:val="vi-VN"/>
              </w:rPr>
            </w:pPr>
            <w:r w:rsidRPr="0046781D">
              <w:rPr>
                <w:rFonts w:cs="Times New Roman"/>
                <w:sz w:val="28"/>
                <w:szCs w:val="28"/>
                <w:lang w:val="vi-VN"/>
              </w:rPr>
              <w:t>b) Cơ quan, tổ chức, đơn vị, địa phương đã trình khen cho cá nhân, tập thể, hộ gia đình bị sai thông tin trong quyết định khen thưởng có trách nhiệm lập hồ sơ đề nghị điều chỉnh thông tin trong quyết định khen thưởng thuộc thẩm quyền của Chủ tịch Ủy ban nhân dân tỉnh gửi Sở Nội vụ;</w:t>
            </w:r>
          </w:p>
          <w:p w14:paraId="7C96AD3A" w14:textId="77777777" w:rsidR="002E126A" w:rsidRPr="0046781D" w:rsidRDefault="002E126A" w:rsidP="0046781D">
            <w:pPr>
              <w:widowControl w:val="0"/>
              <w:spacing w:before="120" w:line="240" w:lineRule="auto"/>
              <w:jc w:val="both"/>
              <w:rPr>
                <w:rFonts w:cs="Times New Roman"/>
                <w:sz w:val="28"/>
                <w:szCs w:val="28"/>
                <w:lang w:val="vi-VN"/>
              </w:rPr>
            </w:pPr>
            <w:r w:rsidRPr="0046781D">
              <w:rPr>
                <w:rFonts w:cs="Times New Roman"/>
                <w:sz w:val="28"/>
                <w:szCs w:val="28"/>
                <w:lang w:val="vi-VN"/>
              </w:rPr>
              <w:t xml:space="preserve">c) Sở Nội vụ thực hiện đối chiếu với hồ sơ lưu, tổng hợp trình Chủ tịch Ủy ban nhân dân tỉnh xem xét, quyết định điều chỉnh thông tin tại quyết định khen thưởng trong thời hạn 15 ngày làm việc kể từ ngày nhận đủ hồ sơ đề nghị điều chỉnh của cơ quan, tổ chức, đơn vị, địa phương đã trình khen. </w:t>
            </w:r>
          </w:p>
          <w:p w14:paraId="3B807D50" w14:textId="77777777" w:rsidR="002E126A" w:rsidRPr="0046781D" w:rsidRDefault="002E126A" w:rsidP="0046781D">
            <w:pPr>
              <w:widowControl w:val="0"/>
              <w:spacing w:before="120" w:line="240" w:lineRule="auto"/>
              <w:jc w:val="both"/>
              <w:rPr>
                <w:rFonts w:cs="Times New Roman"/>
                <w:sz w:val="28"/>
                <w:szCs w:val="28"/>
                <w:lang w:val="vi-VN"/>
              </w:rPr>
            </w:pPr>
            <w:r w:rsidRPr="0046781D">
              <w:rPr>
                <w:rFonts w:cs="Times New Roman"/>
                <w:sz w:val="28"/>
                <w:szCs w:val="28"/>
                <w:lang w:val="vi-VN"/>
              </w:rPr>
              <w:t>d) Chủ tịch Ủy ban nhân dân tỉnh xem xét, quyết định điều chỉnh thông tin khen thưởng cho cá nhân, tập thể, hộ gia đình;</w:t>
            </w:r>
          </w:p>
          <w:p w14:paraId="6FA1780C" w14:textId="2F3AB580" w:rsidR="002F4AE9" w:rsidRPr="002E126A" w:rsidRDefault="002E126A" w:rsidP="0046781D">
            <w:pPr>
              <w:widowControl w:val="0"/>
              <w:spacing w:before="120" w:line="240" w:lineRule="auto"/>
              <w:jc w:val="both"/>
              <w:rPr>
                <w:rFonts w:ascii="Times New Roman Bold" w:hAnsi="Times New Roman Bold"/>
                <w:b/>
                <w:bCs/>
                <w:sz w:val="28"/>
                <w:szCs w:val="28"/>
                <w:lang w:val="vi-VN"/>
              </w:rPr>
            </w:pPr>
            <w:r w:rsidRPr="0046781D">
              <w:rPr>
                <w:rFonts w:cs="Times New Roman"/>
                <w:sz w:val="28"/>
                <w:szCs w:val="28"/>
                <w:lang w:val="vi-VN"/>
              </w:rPr>
              <w:t>đ) Sở Nội vụ có trách nhiệm in ấn, cấp phát Bằng của các danh hiệu thi đua, hình thức khen thưởng cho cá nhân, tập thể, hộ gia đình sau khi Quyết định điều chỉnh thông tin khen thưởng được Chủ tịch Ủy ban nhân dân tỉnh phê duyệt.</w:t>
            </w:r>
          </w:p>
        </w:tc>
      </w:tr>
      <w:tr w:rsidR="002F4AE9" w:rsidRPr="007D6940" w14:paraId="530BDDDF" w14:textId="77777777" w:rsidTr="007D6940">
        <w:tc>
          <w:tcPr>
            <w:tcW w:w="3118" w:type="dxa"/>
          </w:tcPr>
          <w:p w14:paraId="03C829E5" w14:textId="77777777" w:rsidR="002F4AE9" w:rsidRPr="00E270D8" w:rsidRDefault="002F4AE9" w:rsidP="00F82A78">
            <w:pPr>
              <w:widowControl w:val="0"/>
              <w:spacing w:before="120"/>
              <w:jc w:val="both"/>
              <w:rPr>
                <w:rFonts w:cs="Times New Roman"/>
                <w:sz w:val="28"/>
                <w:szCs w:val="28"/>
                <w:lang w:val="vi-VN"/>
              </w:rPr>
            </w:pPr>
            <w:r w:rsidRPr="00E270D8">
              <w:rPr>
                <w:rFonts w:cs="Times New Roman"/>
                <w:sz w:val="28"/>
                <w:szCs w:val="28"/>
                <w:lang w:val="vi-VN"/>
              </w:rPr>
              <w:lastRenderedPageBreak/>
              <w:t>b) Có được quy định, phân định rõ trách nhiệm và nội dung công việc của cơ quan nhà nước và cá nhân, tổ chức khi thực hiện không?</w:t>
            </w:r>
          </w:p>
        </w:tc>
        <w:tc>
          <w:tcPr>
            <w:tcW w:w="11340" w:type="dxa"/>
          </w:tcPr>
          <w:p w14:paraId="30FBF163" w14:textId="2D00A290" w:rsidR="002F4AE9" w:rsidRPr="00E270D8" w:rsidRDefault="00D53064" w:rsidP="00F82A78">
            <w:pPr>
              <w:widowControl w:val="0"/>
              <w:spacing w:before="120"/>
              <w:jc w:val="both"/>
              <w:rPr>
                <w:rFonts w:cs="Times New Roman"/>
                <w:sz w:val="28"/>
                <w:szCs w:val="28"/>
                <w:lang w:val="vi-VN"/>
              </w:rPr>
            </w:pPr>
            <w:r>
              <w:rPr>
                <w:rFonts w:cs="Times New Roman"/>
                <w:sz w:val="28"/>
                <w:szCs w:val="28"/>
                <w:lang w:val="vi-VN"/>
              </w:rPr>
              <w:t>Có [x]       Không [</w:t>
            </w:r>
            <w:r w:rsidR="002F4AE9" w:rsidRPr="00E270D8">
              <w:rPr>
                <w:rFonts w:cs="Times New Roman"/>
                <w:sz w:val="28"/>
                <w:szCs w:val="28"/>
                <w:lang w:val="vi-VN"/>
              </w:rPr>
              <w:t>]</w:t>
            </w:r>
          </w:p>
          <w:p w14:paraId="4C682979" w14:textId="11E0F250" w:rsidR="002F4AE9" w:rsidRPr="00A47917" w:rsidRDefault="002F4AE9" w:rsidP="00C71A61">
            <w:pPr>
              <w:widowControl w:val="0"/>
              <w:jc w:val="both"/>
              <w:rPr>
                <w:rFonts w:cs="Times New Roman"/>
                <w:sz w:val="28"/>
                <w:szCs w:val="28"/>
                <w:lang w:val="vi-VN"/>
              </w:rPr>
            </w:pPr>
            <w:r w:rsidRPr="00E270D8">
              <w:rPr>
                <w:rFonts w:cs="Times New Roman"/>
                <w:sz w:val="28"/>
                <w:szCs w:val="28"/>
                <w:lang w:val="vi-VN"/>
              </w:rPr>
              <w:t xml:space="preserve"> Dự thảo phân định rõ trách nhiệm của </w:t>
            </w:r>
            <w:r w:rsidR="00C71A61" w:rsidRPr="00C71A61">
              <w:rPr>
                <w:rFonts w:cs="Times New Roman"/>
                <w:sz w:val="28"/>
                <w:szCs w:val="28"/>
                <w:lang w:val="vi-VN"/>
              </w:rPr>
              <w:t>tập thể, cá nhân</w:t>
            </w:r>
            <w:r>
              <w:rPr>
                <w:rFonts w:cs="Times New Roman"/>
                <w:sz w:val="28"/>
                <w:szCs w:val="28"/>
                <w:lang w:val="vi-VN"/>
              </w:rPr>
              <w:t xml:space="preserve">, hộ gia đình </w:t>
            </w:r>
            <w:r w:rsidRPr="00E270D8">
              <w:rPr>
                <w:rFonts w:cs="Times New Roman"/>
                <w:sz w:val="28"/>
                <w:szCs w:val="28"/>
                <w:lang w:val="vi-VN"/>
              </w:rPr>
              <w:t xml:space="preserve">trong nộp hồ sơ, chịu trách nhiệm về tính trung thực của hồ sơ; trách nhiệm của </w:t>
            </w:r>
            <w:r w:rsidR="00C71A61" w:rsidRPr="00C71A61">
              <w:rPr>
                <w:rFonts w:cs="Times New Roman"/>
                <w:sz w:val="28"/>
                <w:szCs w:val="28"/>
                <w:lang w:val="vi-VN"/>
              </w:rPr>
              <w:t>c</w:t>
            </w:r>
            <w:r w:rsidR="00C71A61" w:rsidRPr="002F4AE9">
              <w:rPr>
                <w:rFonts w:cs="Times New Roman"/>
                <w:sz w:val="28"/>
                <w:szCs w:val="28"/>
                <w:lang w:val="vi-VN"/>
              </w:rPr>
              <w:t>ơ quan, tổ chức, đơn vị, địa phương đã trình khen</w:t>
            </w:r>
            <w:r w:rsidR="00C71A61" w:rsidRPr="00C71A61">
              <w:rPr>
                <w:rFonts w:cs="Times New Roman"/>
                <w:sz w:val="28"/>
                <w:szCs w:val="28"/>
                <w:lang w:val="vi-VN"/>
              </w:rPr>
              <w:t xml:space="preserve"> </w:t>
            </w:r>
            <w:r w:rsidRPr="00E270D8">
              <w:rPr>
                <w:rFonts w:cs="Times New Roman"/>
                <w:sz w:val="28"/>
                <w:szCs w:val="28"/>
                <w:lang w:val="vi-VN"/>
              </w:rPr>
              <w:t xml:space="preserve">trong tiếp nhận, thẩm định; trách nhiệm </w:t>
            </w:r>
            <w:r w:rsidR="00C71A61" w:rsidRPr="00C71A61">
              <w:rPr>
                <w:rFonts w:cs="Times New Roman"/>
                <w:sz w:val="28"/>
                <w:szCs w:val="28"/>
                <w:lang w:val="vi-VN"/>
              </w:rPr>
              <w:t xml:space="preserve">của Sở Nội vụ; Trách nhiệm của </w:t>
            </w:r>
            <w:r w:rsidR="00C71A61">
              <w:rPr>
                <w:rFonts w:cs="Times New Roman"/>
                <w:sz w:val="28"/>
                <w:szCs w:val="28"/>
                <w:lang w:val="vi-VN"/>
              </w:rPr>
              <w:t>Chủ tịch Ủy ban nhân dân tỉnh.</w:t>
            </w:r>
          </w:p>
        </w:tc>
      </w:tr>
      <w:tr w:rsidR="002F4AE9" w:rsidRPr="007D6940" w14:paraId="0784B084" w14:textId="77777777" w:rsidTr="007D6940">
        <w:tc>
          <w:tcPr>
            <w:tcW w:w="3118" w:type="dxa"/>
          </w:tcPr>
          <w:p w14:paraId="094BA8D4" w14:textId="77777777" w:rsidR="002F4AE9" w:rsidRPr="00E270D8" w:rsidRDefault="002F4AE9" w:rsidP="00F82A78">
            <w:pPr>
              <w:widowControl w:val="0"/>
              <w:spacing w:before="120"/>
              <w:jc w:val="both"/>
              <w:rPr>
                <w:rFonts w:cs="Times New Roman"/>
                <w:sz w:val="28"/>
                <w:szCs w:val="28"/>
                <w:lang w:val="vi-VN"/>
              </w:rPr>
            </w:pPr>
            <w:r w:rsidRPr="00E270D8">
              <w:rPr>
                <w:rFonts w:cs="Times New Roman"/>
                <w:sz w:val="28"/>
                <w:szCs w:val="28"/>
                <w:lang w:val="vi-VN"/>
              </w:rPr>
              <w:t xml:space="preserve">c) Có áp dụng cơ chế liên thông không? </w:t>
            </w:r>
          </w:p>
        </w:tc>
        <w:tc>
          <w:tcPr>
            <w:tcW w:w="11340" w:type="dxa"/>
          </w:tcPr>
          <w:p w14:paraId="36988750" w14:textId="77777777" w:rsidR="002F4AE9" w:rsidRPr="00E270D8" w:rsidRDefault="002F4AE9" w:rsidP="00F82A78">
            <w:pPr>
              <w:widowControl w:val="0"/>
              <w:spacing w:before="120"/>
              <w:rPr>
                <w:rFonts w:cs="Times New Roman"/>
                <w:sz w:val="28"/>
                <w:szCs w:val="28"/>
                <w:lang w:val="vi-VN"/>
              </w:rPr>
            </w:pPr>
            <w:r w:rsidRPr="00E270D8">
              <w:rPr>
                <w:rFonts w:cs="Times New Roman"/>
                <w:sz w:val="28"/>
                <w:szCs w:val="28"/>
                <w:lang w:val="vi-VN"/>
              </w:rPr>
              <w:t>Có [ x]       Không []</w:t>
            </w:r>
          </w:p>
          <w:p w14:paraId="517819DA" w14:textId="6080C2EE" w:rsidR="002F4AE9" w:rsidRPr="00E270D8" w:rsidRDefault="002F4AE9" w:rsidP="007D6940">
            <w:pPr>
              <w:widowControl w:val="0"/>
              <w:jc w:val="both"/>
              <w:rPr>
                <w:rFonts w:cs="Times New Roman"/>
                <w:sz w:val="28"/>
                <w:szCs w:val="28"/>
                <w:lang w:val="vi-VN"/>
              </w:rPr>
            </w:pPr>
            <w:r w:rsidRPr="00E270D8">
              <w:rPr>
                <w:rFonts w:cs="Times New Roman"/>
                <w:sz w:val="28"/>
                <w:szCs w:val="28"/>
                <w:lang w:val="vi-VN"/>
              </w:rPr>
              <w:t>Lý do: Hồ sơ được liên thông từ cơ quan, tổ chức, đơn vị, địa phương</w:t>
            </w:r>
            <w:r w:rsidR="00C71A61">
              <w:rPr>
                <w:rFonts w:cs="Times New Roman"/>
                <w:sz w:val="28"/>
                <w:szCs w:val="28"/>
                <w:lang w:val="vi-VN"/>
              </w:rPr>
              <w:t xml:space="preserve"> đến </w:t>
            </w:r>
            <w:r w:rsidR="00C71A61" w:rsidRPr="00C71A61">
              <w:rPr>
                <w:rFonts w:cs="Times New Roman"/>
                <w:sz w:val="28"/>
                <w:szCs w:val="28"/>
                <w:lang w:val="vi-VN"/>
              </w:rPr>
              <w:t xml:space="preserve">Sở Nội vụ và </w:t>
            </w:r>
            <w:r w:rsidR="00C71A61">
              <w:rPr>
                <w:rFonts w:cs="Times New Roman"/>
                <w:sz w:val="28"/>
                <w:szCs w:val="28"/>
                <w:lang w:val="vi-VN"/>
              </w:rPr>
              <w:t>Ủy ban nhân dân tỉnh.</w:t>
            </w:r>
          </w:p>
        </w:tc>
      </w:tr>
      <w:tr w:rsidR="002F4AE9" w:rsidRPr="00972B74" w14:paraId="7FAC11BE" w14:textId="77777777" w:rsidTr="007D6940">
        <w:tc>
          <w:tcPr>
            <w:tcW w:w="3118" w:type="dxa"/>
          </w:tcPr>
          <w:p w14:paraId="08747626" w14:textId="77777777" w:rsidR="002F4AE9" w:rsidRPr="00E270D8" w:rsidRDefault="002F4AE9" w:rsidP="00F82A78">
            <w:pPr>
              <w:widowControl w:val="0"/>
              <w:spacing w:before="120"/>
              <w:jc w:val="both"/>
              <w:rPr>
                <w:rFonts w:cs="Times New Roman"/>
                <w:sz w:val="28"/>
                <w:szCs w:val="28"/>
                <w:lang w:val="vi-VN"/>
              </w:rPr>
            </w:pPr>
            <w:r w:rsidRPr="00E270D8">
              <w:rPr>
                <w:rFonts w:cs="Times New Roman"/>
                <w:sz w:val="28"/>
                <w:szCs w:val="28"/>
                <w:lang w:val="vi-VN"/>
              </w:rPr>
              <w:t xml:space="preserve">d) Có quy định việc kiểm </w:t>
            </w:r>
            <w:r w:rsidRPr="00E270D8">
              <w:rPr>
                <w:rFonts w:cs="Times New Roman"/>
                <w:sz w:val="28"/>
                <w:szCs w:val="28"/>
                <w:lang w:val="vi-VN"/>
              </w:rPr>
              <w:lastRenderedPageBreak/>
              <w:t xml:space="preserve">tra, đánh giá, xác minh thực tế của cơ quan nhà nước không? </w:t>
            </w:r>
          </w:p>
        </w:tc>
        <w:tc>
          <w:tcPr>
            <w:tcW w:w="11340" w:type="dxa"/>
          </w:tcPr>
          <w:p w14:paraId="76E53A23"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lastRenderedPageBreak/>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52F4429B" w14:textId="77777777" w:rsidR="002F4AE9" w:rsidRPr="00972B74" w:rsidRDefault="002F4AE9" w:rsidP="007D6940">
            <w:pPr>
              <w:widowControl w:val="0"/>
              <w:jc w:val="both"/>
              <w:rPr>
                <w:rFonts w:cs="Times New Roman"/>
                <w:sz w:val="28"/>
                <w:szCs w:val="28"/>
              </w:rPr>
            </w:pPr>
          </w:p>
        </w:tc>
      </w:tr>
      <w:tr w:rsidR="002F4AE9" w:rsidRPr="00972B74" w14:paraId="17F25B38" w14:textId="77777777" w:rsidTr="007D6940">
        <w:tc>
          <w:tcPr>
            <w:tcW w:w="3118" w:type="dxa"/>
          </w:tcPr>
          <w:p w14:paraId="13EB919D" w14:textId="25D885FD" w:rsidR="002F4AE9" w:rsidRPr="00972B74" w:rsidRDefault="002F4AE9" w:rsidP="00F82A78">
            <w:pPr>
              <w:widowControl w:val="0"/>
              <w:spacing w:before="120" w:after="120"/>
              <w:rPr>
                <w:rFonts w:cs="Times New Roman"/>
                <w:sz w:val="28"/>
                <w:szCs w:val="28"/>
              </w:rPr>
            </w:pPr>
            <w:r w:rsidRPr="00972B74">
              <w:rPr>
                <w:rFonts w:cs="Times New Roman"/>
                <w:b/>
                <w:sz w:val="28"/>
                <w:szCs w:val="28"/>
              </w:rPr>
              <w:lastRenderedPageBreak/>
              <w:t>3. Cách thức thực hiện</w:t>
            </w:r>
          </w:p>
        </w:tc>
        <w:tc>
          <w:tcPr>
            <w:tcW w:w="11340" w:type="dxa"/>
          </w:tcPr>
          <w:p w14:paraId="4F3DFBD1" w14:textId="77777777" w:rsidR="002F4AE9" w:rsidRPr="00972B74" w:rsidRDefault="002F4AE9" w:rsidP="007D6940">
            <w:pPr>
              <w:widowControl w:val="0"/>
              <w:jc w:val="both"/>
              <w:rPr>
                <w:rFonts w:cs="Times New Roman"/>
                <w:sz w:val="28"/>
                <w:szCs w:val="28"/>
              </w:rPr>
            </w:pPr>
          </w:p>
        </w:tc>
      </w:tr>
      <w:tr w:rsidR="002F4AE9" w:rsidRPr="00972B74" w14:paraId="382802A5" w14:textId="77777777" w:rsidTr="007D6940">
        <w:tc>
          <w:tcPr>
            <w:tcW w:w="3118" w:type="dxa"/>
          </w:tcPr>
          <w:p w14:paraId="47A22219" w14:textId="77777777" w:rsidR="002F4AE9" w:rsidRPr="00972B74" w:rsidRDefault="002F4AE9" w:rsidP="007D6940">
            <w:pPr>
              <w:widowControl w:val="0"/>
              <w:spacing w:before="120" w:after="120"/>
              <w:rPr>
                <w:rFonts w:cs="Times New Roman"/>
                <w:b/>
                <w:sz w:val="28"/>
                <w:szCs w:val="28"/>
              </w:rPr>
            </w:pPr>
            <w:r w:rsidRPr="00972B74">
              <w:rPr>
                <w:rFonts w:cs="Times New Roman"/>
                <w:sz w:val="28"/>
                <w:szCs w:val="28"/>
              </w:rPr>
              <w:t xml:space="preserve">a) Nộp hồ sơ: </w:t>
            </w:r>
          </w:p>
        </w:tc>
        <w:tc>
          <w:tcPr>
            <w:tcW w:w="11340" w:type="dxa"/>
          </w:tcPr>
          <w:p w14:paraId="3203001C" w14:textId="77777777" w:rsidR="002F4AE9" w:rsidRPr="00972B74" w:rsidRDefault="002F4AE9" w:rsidP="007D6940">
            <w:pPr>
              <w:widowControl w:val="0"/>
              <w:spacing w:before="120" w:after="120"/>
              <w:rPr>
                <w:rFonts w:cs="Times New Roman"/>
                <w:sz w:val="28"/>
                <w:szCs w:val="28"/>
              </w:rPr>
            </w:pPr>
            <w:r w:rsidRPr="00972B74">
              <w:rPr>
                <w:rFonts w:cs="Times New Roman"/>
                <w:sz w:val="28"/>
                <w:szCs w:val="28"/>
              </w:rPr>
              <w:t>Có được quy định rõ ràng, cụ th</w:t>
            </w:r>
            <w:r>
              <w:rPr>
                <w:rFonts w:cs="Times New Roman"/>
                <w:sz w:val="28"/>
                <w:szCs w:val="28"/>
              </w:rPr>
              <w:t>ể không? Có [x]       Không [ ]</w:t>
            </w:r>
          </w:p>
        </w:tc>
      </w:tr>
      <w:tr w:rsidR="002F4AE9" w:rsidRPr="00972B74" w14:paraId="494EA420" w14:textId="77777777" w:rsidTr="007D6940">
        <w:tc>
          <w:tcPr>
            <w:tcW w:w="3118" w:type="dxa"/>
          </w:tcPr>
          <w:p w14:paraId="71FA50ED" w14:textId="77777777" w:rsidR="002F4AE9" w:rsidRDefault="002F4AE9" w:rsidP="00F82A78">
            <w:pPr>
              <w:widowControl w:val="0"/>
              <w:spacing w:before="120"/>
              <w:rPr>
                <w:rFonts w:cs="Times New Roman"/>
                <w:sz w:val="28"/>
                <w:szCs w:val="28"/>
              </w:rPr>
            </w:pPr>
            <w:r w:rsidRPr="00972B74">
              <w:rPr>
                <w:rFonts w:cs="Times New Roman"/>
                <w:sz w:val="28"/>
                <w:szCs w:val="28"/>
              </w:rPr>
              <w:t xml:space="preserve">Trực tiếp [x]       </w:t>
            </w:r>
          </w:p>
          <w:p w14:paraId="2AFF7DE6" w14:textId="77777777" w:rsidR="002F4AE9" w:rsidRDefault="002F4AE9" w:rsidP="007D6940">
            <w:pPr>
              <w:widowControl w:val="0"/>
              <w:rPr>
                <w:rFonts w:cs="Times New Roman"/>
                <w:sz w:val="28"/>
                <w:szCs w:val="28"/>
              </w:rPr>
            </w:pPr>
            <w:r w:rsidRPr="00972B74">
              <w:rPr>
                <w:rFonts w:cs="Times New Roman"/>
                <w:sz w:val="28"/>
                <w:szCs w:val="28"/>
              </w:rPr>
              <w:t xml:space="preserve">Bưu chính [x]       </w:t>
            </w:r>
          </w:p>
          <w:p w14:paraId="268DA651" w14:textId="77777777" w:rsidR="002F4AE9" w:rsidRPr="00972B74" w:rsidRDefault="002F4AE9" w:rsidP="007D6940">
            <w:pPr>
              <w:widowControl w:val="0"/>
              <w:rPr>
                <w:rFonts w:cs="Times New Roman"/>
                <w:sz w:val="28"/>
                <w:szCs w:val="28"/>
              </w:rPr>
            </w:pPr>
            <w:r w:rsidRPr="00972B74">
              <w:rPr>
                <w:rFonts w:cs="Times New Roman"/>
                <w:sz w:val="28"/>
                <w:szCs w:val="28"/>
              </w:rPr>
              <w:t>Điện tử [x]</w:t>
            </w:r>
          </w:p>
          <w:p w14:paraId="23322906" w14:textId="77777777" w:rsidR="002F4AE9" w:rsidRPr="00972B74" w:rsidRDefault="002F4AE9" w:rsidP="007D6940">
            <w:pPr>
              <w:widowControl w:val="0"/>
              <w:rPr>
                <w:rFonts w:cs="Times New Roman"/>
                <w:sz w:val="28"/>
                <w:szCs w:val="28"/>
              </w:rPr>
            </w:pPr>
            <w:r w:rsidRPr="00972B74">
              <w:rPr>
                <w:rFonts w:cs="Times New Roman"/>
                <w:sz w:val="28"/>
                <w:szCs w:val="28"/>
              </w:rPr>
              <w:t>b) Nhận kết quả:</w:t>
            </w:r>
          </w:p>
          <w:p w14:paraId="565C9C7A" w14:textId="77777777" w:rsidR="002F4AE9" w:rsidRDefault="002F4AE9" w:rsidP="007D6940">
            <w:pPr>
              <w:widowControl w:val="0"/>
              <w:rPr>
                <w:rFonts w:cs="Times New Roman"/>
                <w:sz w:val="28"/>
                <w:szCs w:val="28"/>
              </w:rPr>
            </w:pPr>
            <w:r w:rsidRPr="00972B74">
              <w:rPr>
                <w:rFonts w:cs="Times New Roman"/>
                <w:sz w:val="28"/>
                <w:szCs w:val="28"/>
              </w:rPr>
              <w:t xml:space="preserve">Trực tiếp [x]       </w:t>
            </w:r>
          </w:p>
          <w:p w14:paraId="39EBD13B" w14:textId="77777777" w:rsidR="002F4AE9" w:rsidRDefault="002F4AE9" w:rsidP="007D6940">
            <w:pPr>
              <w:widowControl w:val="0"/>
              <w:rPr>
                <w:rFonts w:cs="Times New Roman"/>
                <w:sz w:val="28"/>
                <w:szCs w:val="28"/>
              </w:rPr>
            </w:pPr>
            <w:r w:rsidRPr="00972B74">
              <w:rPr>
                <w:rFonts w:cs="Times New Roman"/>
                <w:sz w:val="28"/>
                <w:szCs w:val="28"/>
              </w:rPr>
              <w:t xml:space="preserve">Bưu chính [x]       </w:t>
            </w:r>
          </w:p>
          <w:p w14:paraId="26C6A744" w14:textId="77777777" w:rsidR="002F4AE9" w:rsidRPr="00972B74" w:rsidRDefault="002F4AE9" w:rsidP="007D6940">
            <w:pPr>
              <w:widowControl w:val="0"/>
              <w:rPr>
                <w:rFonts w:cs="Times New Roman"/>
                <w:sz w:val="28"/>
                <w:szCs w:val="28"/>
              </w:rPr>
            </w:pPr>
            <w:r w:rsidRPr="00972B74">
              <w:rPr>
                <w:rFonts w:cs="Times New Roman"/>
                <w:sz w:val="28"/>
                <w:szCs w:val="28"/>
              </w:rPr>
              <w:t>Điện tử [x]</w:t>
            </w:r>
          </w:p>
        </w:tc>
        <w:tc>
          <w:tcPr>
            <w:tcW w:w="11340" w:type="dxa"/>
          </w:tcPr>
          <w:p w14:paraId="2E0BA595" w14:textId="63DC7A1B" w:rsidR="002F4AE9" w:rsidRDefault="002F4AE9" w:rsidP="00F82A78">
            <w:pPr>
              <w:widowControl w:val="0"/>
              <w:spacing w:before="120"/>
              <w:jc w:val="both"/>
              <w:rPr>
                <w:rFonts w:cs="Times New Roman"/>
                <w:sz w:val="28"/>
                <w:szCs w:val="28"/>
              </w:rPr>
            </w:pPr>
            <w:r w:rsidRPr="00972B74">
              <w:rPr>
                <w:rFonts w:cs="Times New Roman"/>
                <w:sz w:val="28"/>
                <w:szCs w:val="28"/>
              </w:rPr>
              <w:t xml:space="preserve">Nêu rõ lý do: </w:t>
            </w:r>
            <w:r w:rsidR="00C71A61">
              <w:rPr>
                <w:rFonts w:cs="Times New Roman"/>
                <w:sz w:val="28"/>
                <w:szCs w:val="28"/>
              </w:rPr>
              <w:t>C</w:t>
            </w:r>
            <w:r>
              <w:rPr>
                <w:rFonts w:cs="Times New Roman"/>
                <w:sz w:val="28"/>
                <w:szCs w:val="28"/>
              </w:rPr>
              <w:t xml:space="preserve">ơ quan, tổ chức, đơn vị, địa phương </w:t>
            </w:r>
            <w:r w:rsidRPr="00972B74">
              <w:rPr>
                <w:rFonts w:cs="Times New Roman"/>
                <w:sz w:val="28"/>
                <w:szCs w:val="28"/>
              </w:rPr>
              <w:t xml:space="preserve">được lựa chọn hình thức phù hợp; kết quả là </w:t>
            </w:r>
            <w:r w:rsidR="00C71A61">
              <w:rPr>
                <w:rFonts w:cs="Times New Roman"/>
                <w:sz w:val="28"/>
                <w:szCs w:val="28"/>
              </w:rPr>
              <w:t>điều chỉnh thông tin</w:t>
            </w:r>
            <w:r>
              <w:rPr>
                <w:rFonts w:cs="Times New Roman"/>
                <w:sz w:val="28"/>
                <w:szCs w:val="28"/>
              </w:rPr>
              <w:t xml:space="preserve"> </w:t>
            </w:r>
            <w:r w:rsidR="00C71A61">
              <w:rPr>
                <w:rFonts w:cs="Times New Roman"/>
                <w:sz w:val="28"/>
                <w:szCs w:val="28"/>
              </w:rPr>
              <w:t xml:space="preserve">Quyết định khen thưởng </w:t>
            </w:r>
            <w:r w:rsidRPr="00972B74">
              <w:rPr>
                <w:rFonts w:cs="Times New Roman"/>
                <w:sz w:val="28"/>
                <w:szCs w:val="28"/>
              </w:rPr>
              <w:t xml:space="preserve">hoặc văn bản trả lời không </w:t>
            </w:r>
            <w:r>
              <w:rPr>
                <w:rFonts w:cs="Times New Roman"/>
                <w:sz w:val="28"/>
                <w:szCs w:val="28"/>
              </w:rPr>
              <w:t xml:space="preserve">thực hiện </w:t>
            </w:r>
            <w:r w:rsidR="00C71A61">
              <w:rPr>
                <w:rFonts w:cs="Times New Roman"/>
                <w:sz w:val="28"/>
                <w:szCs w:val="28"/>
              </w:rPr>
              <w:t>điều chỉnh</w:t>
            </w:r>
            <w:r>
              <w:rPr>
                <w:rFonts w:cs="Times New Roman"/>
                <w:sz w:val="28"/>
                <w:szCs w:val="28"/>
              </w:rPr>
              <w:t xml:space="preserve"> có </w:t>
            </w:r>
            <w:r w:rsidRPr="00972B74">
              <w:rPr>
                <w:rFonts w:cs="Times New Roman"/>
                <w:sz w:val="28"/>
                <w:szCs w:val="28"/>
              </w:rPr>
              <w:t>nêu rõ lý do; việc tiếp nhận, trả kết quả thực hiện theo quy định về giải quyết thủ tục hành chính và môi trường điện tử.</w:t>
            </w:r>
          </w:p>
          <w:p w14:paraId="0FDC22B8" w14:textId="77777777" w:rsidR="002F4AE9" w:rsidRDefault="002F4AE9" w:rsidP="007D6940">
            <w:pPr>
              <w:widowControl w:val="0"/>
              <w:jc w:val="both"/>
              <w:rPr>
                <w:rFonts w:cs="Times New Roman"/>
                <w:sz w:val="28"/>
                <w:szCs w:val="28"/>
              </w:rPr>
            </w:pPr>
            <w:r>
              <w:rPr>
                <w:rFonts w:cs="Times New Roman"/>
                <w:sz w:val="28"/>
                <w:szCs w:val="28"/>
              </w:rPr>
              <w:t xml:space="preserve">Có được quy định phù hợp và tạo thuận lợi, tiết kiệm chi phí cho cơ quan nhà nước, cá nhân, tổ chức khi thực hiện không? Có [x]       Không </w:t>
            </w:r>
            <w:proofErr w:type="gramStart"/>
            <w:r>
              <w:rPr>
                <w:rFonts w:cs="Times New Roman"/>
                <w:sz w:val="28"/>
                <w:szCs w:val="28"/>
              </w:rPr>
              <w:t>[ ]</w:t>
            </w:r>
            <w:proofErr w:type="gramEnd"/>
          </w:p>
          <w:p w14:paraId="0B2C9B4E" w14:textId="5DFBD207" w:rsidR="002F4AE9" w:rsidRPr="00972B74" w:rsidRDefault="002F4AE9" w:rsidP="00C71A61">
            <w:pPr>
              <w:widowControl w:val="0"/>
              <w:jc w:val="both"/>
              <w:rPr>
                <w:rFonts w:cs="Times New Roman"/>
                <w:sz w:val="28"/>
                <w:szCs w:val="28"/>
              </w:rPr>
            </w:pPr>
            <w:r>
              <w:rPr>
                <w:rFonts w:cs="Times New Roman"/>
                <w:sz w:val="28"/>
                <w:szCs w:val="28"/>
              </w:rPr>
              <w:t xml:space="preserve">Nêu rõ lý do: Thuận lợi cho tập thể (Mẫu văn bản), cá nhân, hộ gia đình (Mẫu đơn); </w:t>
            </w:r>
            <w:r w:rsidR="00C71A61">
              <w:rPr>
                <w:rFonts w:cs="Times New Roman"/>
                <w:sz w:val="28"/>
                <w:szCs w:val="28"/>
              </w:rPr>
              <w:t xml:space="preserve">Cơ quan, tổ chức, đơn vị, địa phương </w:t>
            </w:r>
            <w:r>
              <w:rPr>
                <w:rFonts w:cs="Times New Roman"/>
                <w:sz w:val="28"/>
                <w:szCs w:val="28"/>
              </w:rPr>
              <w:t xml:space="preserve">lập hồ sơ đề nghị; </w:t>
            </w:r>
            <w:r w:rsidR="00C71A61">
              <w:rPr>
                <w:rFonts w:cs="Times New Roman"/>
                <w:sz w:val="28"/>
                <w:szCs w:val="28"/>
              </w:rPr>
              <w:t>Sở Nội vụ tiếp nhận, thẩm định, đề nghị; Chủ tịch Ủy ban nhân dân</w:t>
            </w:r>
            <w:r>
              <w:rPr>
                <w:rFonts w:cs="Times New Roman"/>
                <w:sz w:val="28"/>
                <w:szCs w:val="28"/>
              </w:rPr>
              <w:t xml:space="preserve"> tỉnh xem xét, quyết định; </w:t>
            </w:r>
            <w:r w:rsidR="00C71A61">
              <w:rPr>
                <w:rFonts w:cs="Times New Roman"/>
                <w:sz w:val="28"/>
                <w:szCs w:val="28"/>
              </w:rPr>
              <w:t xml:space="preserve">Sở Nội vụ </w:t>
            </w:r>
            <w:r>
              <w:rPr>
                <w:rFonts w:cs="Times New Roman"/>
                <w:sz w:val="28"/>
                <w:szCs w:val="28"/>
              </w:rPr>
              <w:t>trả kết quả thực hiện.</w:t>
            </w:r>
          </w:p>
        </w:tc>
      </w:tr>
      <w:tr w:rsidR="002F4AE9" w:rsidRPr="00DA2246" w14:paraId="09E96F9F" w14:textId="77777777" w:rsidTr="007D6940">
        <w:tc>
          <w:tcPr>
            <w:tcW w:w="14458" w:type="dxa"/>
            <w:gridSpan w:val="2"/>
          </w:tcPr>
          <w:p w14:paraId="68FB4094" w14:textId="77777777" w:rsidR="002F4AE9" w:rsidRPr="00DA2246" w:rsidRDefault="002F4AE9" w:rsidP="00F82A78">
            <w:pPr>
              <w:widowControl w:val="0"/>
              <w:spacing w:before="120" w:after="120"/>
              <w:rPr>
                <w:rFonts w:cs="Times New Roman"/>
                <w:sz w:val="28"/>
                <w:szCs w:val="28"/>
              </w:rPr>
            </w:pPr>
            <w:r w:rsidRPr="00DA2246">
              <w:rPr>
                <w:rFonts w:cs="Times New Roman"/>
                <w:b/>
                <w:sz w:val="28"/>
                <w:szCs w:val="28"/>
              </w:rPr>
              <w:t>4. Thành phần, số lượng hồ sơ</w:t>
            </w:r>
          </w:p>
        </w:tc>
      </w:tr>
      <w:tr w:rsidR="002F4AE9" w:rsidRPr="00972B74" w14:paraId="6692A39D" w14:textId="77777777" w:rsidTr="007D6940">
        <w:tc>
          <w:tcPr>
            <w:tcW w:w="3118" w:type="dxa"/>
          </w:tcPr>
          <w:p w14:paraId="5B6BD1EB" w14:textId="2464CA6E" w:rsidR="002F4AE9" w:rsidRPr="00972B74" w:rsidRDefault="002F4AE9" w:rsidP="00F82A78">
            <w:pPr>
              <w:widowControl w:val="0"/>
              <w:spacing w:before="120"/>
              <w:jc w:val="both"/>
              <w:rPr>
                <w:rFonts w:cs="Times New Roman"/>
                <w:sz w:val="28"/>
                <w:szCs w:val="28"/>
              </w:rPr>
            </w:pPr>
            <w:r w:rsidRPr="00972B74">
              <w:rPr>
                <w:rFonts w:cs="Times New Roman"/>
                <w:sz w:val="28"/>
                <w:szCs w:val="28"/>
              </w:rPr>
              <w:t xml:space="preserve">a) </w:t>
            </w:r>
            <w:r>
              <w:rPr>
                <w:rFonts w:cs="Times New Roman"/>
                <w:sz w:val="28"/>
                <w:szCs w:val="28"/>
              </w:rPr>
              <w:t>Tên t</w:t>
            </w:r>
            <w:r w:rsidRPr="00972B74">
              <w:rPr>
                <w:rFonts w:cs="Times New Roman"/>
                <w:sz w:val="28"/>
                <w:szCs w:val="28"/>
              </w:rPr>
              <w:t>hành phần hồ sơ</w:t>
            </w:r>
            <w:r>
              <w:rPr>
                <w:rFonts w:cs="Times New Roman"/>
                <w:sz w:val="28"/>
                <w:szCs w:val="28"/>
              </w:rPr>
              <w:t xml:space="preserve"> 1:</w:t>
            </w:r>
            <w:r w:rsidRPr="00972B74">
              <w:rPr>
                <w:rFonts w:cs="Times New Roman"/>
                <w:sz w:val="28"/>
                <w:szCs w:val="28"/>
              </w:rPr>
              <w:t xml:space="preserve"> </w:t>
            </w:r>
            <w:r w:rsidR="00C71A61" w:rsidRPr="00C71A61">
              <w:rPr>
                <w:rFonts w:ascii="Times New Roman Italic" w:hAnsi="Times New Roman Italic" w:cs="Times New Roman"/>
                <w:i/>
                <w:spacing w:val="-6"/>
                <w:sz w:val="28"/>
                <w:szCs w:val="28"/>
              </w:rPr>
              <w:t>Tờ trình của cơ quan, tổ chức, đơn vị, địa phương</w:t>
            </w:r>
            <w:r w:rsidR="00C71A61">
              <w:rPr>
                <w:rFonts w:ascii="Times New Roman Italic" w:hAnsi="Times New Roman Italic" w:cs="Times New Roman"/>
                <w:i/>
                <w:spacing w:val="-6"/>
                <w:sz w:val="28"/>
                <w:szCs w:val="28"/>
              </w:rPr>
              <w:t xml:space="preserve"> kèm theo danh sách</w:t>
            </w:r>
          </w:p>
        </w:tc>
        <w:tc>
          <w:tcPr>
            <w:tcW w:w="11340" w:type="dxa"/>
          </w:tcPr>
          <w:p w14:paraId="3BF3517F" w14:textId="6BB8B6B1" w:rsidR="00C71A61" w:rsidRDefault="002F4AE9" w:rsidP="00F82A78">
            <w:pPr>
              <w:widowControl w:val="0"/>
              <w:spacing w:before="120"/>
              <w:jc w:val="both"/>
              <w:rPr>
                <w:rFonts w:cs="Times New Roman"/>
                <w:spacing w:val="-6"/>
                <w:sz w:val="28"/>
                <w:szCs w:val="28"/>
              </w:rPr>
            </w:pPr>
            <w:r w:rsidRPr="00045E35">
              <w:rPr>
                <w:rFonts w:cs="Times New Roman"/>
                <w:spacing w:val="-6"/>
                <w:sz w:val="28"/>
                <w:szCs w:val="28"/>
              </w:rPr>
              <w:t xml:space="preserve">- Nêu rõ lý do quy định: Để </w:t>
            </w:r>
            <w:r>
              <w:rPr>
                <w:rFonts w:cs="Times New Roman"/>
                <w:spacing w:val="-6"/>
                <w:sz w:val="28"/>
                <w:szCs w:val="28"/>
              </w:rPr>
              <w:t>xác định tập thể, cá nhân, hộ gia đình</w:t>
            </w:r>
            <w:r w:rsidRPr="00045E35">
              <w:rPr>
                <w:rFonts w:cs="Times New Roman"/>
                <w:spacing w:val="-6"/>
                <w:sz w:val="28"/>
                <w:szCs w:val="28"/>
              </w:rPr>
              <w:t xml:space="preserve"> </w:t>
            </w:r>
            <w:r>
              <w:rPr>
                <w:rFonts w:cs="Times New Roman"/>
                <w:spacing w:val="-6"/>
                <w:sz w:val="28"/>
                <w:szCs w:val="28"/>
              </w:rPr>
              <w:t xml:space="preserve">đối với đề nghị </w:t>
            </w:r>
            <w:r w:rsidR="00C71A61">
              <w:rPr>
                <w:rFonts w:cs="Times New Roman"/>
                <w:sz w:val="28"/>
                <w:szCs w:val="28"/>
              </w:rPr>
              <w:t>điều chỉnh thông tin Quyết định khen thưởng.</w:t>
            </w:r>
          </w:p>
          <w:p w14:paraId="719D05E7" w14:textId="1F51953E" w:rsidR="002F4AE9" w:rsidRDefault="002F4AE9" w:rsidP="00C71A61">
            <w:pPr>
              <w:widowControl w:val="0"/>
              <w:jc w:val="both"/>
              <w:rPr>
                <w:rFonts w:cs="Times New Roman"/>
                <w:sz w:val="28"/>
                <w:szCs w:val="28"/>
              </w:rPr>
            </w:pPr>
            <w:r>
              <w:rPr>
                <w:rFonts w:cs="Times New Roman"/>
                <w:sz w:val="28"/>
                <w:szCs w:val="28"/>
              </w:rPr>
              <w:t xml:space="preserve">- Yêu cầu về hình thức: </w:t>
            </w:r>
            <w:r w:rsidR="00C71A61">
              <w:rPr>
                <w:rFonts w:cs="Times New Roman"/>
                <w:sz w:val="28"/>
                <w:szCs w:val="28"/>
              </w:rPr>
              <w:t>Tờ trình hành chính</w:t>
            </w:r>
            <w:r>
              <w:rPr>
                <w:rFonts w:cs="Times New Roman"/>
                <w:sz w:val="28"/>
                <w:szCs w:val="28"/>
              </w:rPr>
              <w:t>.</w:t>
            </w:r>
          </w:p>
          <w:p w14:paraId="2FF86049" w14:textId="398D1498" w:rsidR="002F4AE9" w:rsidRPr="00972B74" w:rsidRDefault="002F4AE9" w:rsidP="00C71A61">
            <w:pPr>
              <w:widowControl w:val="0"/>
              <w:jc w:val="both"/>
              <w:rPr>
                <w:rFonts w:cs="Times New Roman"/>
                <w:sz w:val="28"/>
                <w:szCs w:val="28"/>
              </w:rPr>
            </w:pPr>
            <w:r>
              <w:rPr>
                <w:rFonts w:cs="Times New Roman"/>
                <w:sz w:val="28"/>
                <w:szCs w:val="28"/>
              </w:rPr>
              <w:t xml:space="preserve">- Lý do quy định: Để làm căn cứ </w:t>
            </w:r>
            <w:r w:rsidR="00C71A61">
              <w:rPr>
                <w:rFonts w:cs="Times New Roman"/>
                <w:sz w:val="28"/>
                <w:szCs w:val="28"/>
              </w:rPr>
              <w:t>điều chỉnh thông tin Quyết định khen thưởng.</w:t>
            </w:r>
          </w:p>
        </w:tc>
      </w:tr>
      <w:tr w:rsidR="002F4AE9" w:rsidRPr="00972B74" w14:paraId="6713BD33" w14:textId="77777777" w:rsidTr="007D6940">
        <w:tc>
          <w:tcPr>
            <w:tcW w:w="3118" w:type="dxa"/>
          </w:tcPr>
          <w:p w14:paraId="229BA8BC" w14:textId="77777777" w:rsidR="002F4AE9" w:rsidRDefault="002F4AE9" w:rsidP="00F82A78">
            <w:pPr>
              <w:widowControl w:val="0"/>
              <w:spacing w:before="120"/>
              <w:jc w:val="both"/>
              <w:rPr>
                <w:rFonts w:cs="Times New Roman"/>
                <w:spacing w:val="-6"/>
                <w:sz w:val="28"/>
                <w:szCs w:val="28"/>
              </w:rPr>
            </w:pPr>
            <w:r w:rsidRPr="00045E35">
              <w:rPr>
                <w:rFonts w:cs="Times New Roman"/>
                <w:spacing w:val="-6"/>
                <w:sz w:val="28"/>
                <w:szCs w:val="28"/>
              </w:rPr>
              <w:t>b) Tên thành phần hồ sơ 2:</w:t>
            </w:r>
          </w:p>
          <w:p w14:paraId="48A500F3" w14:textId="0B74A84C" w:rsidR="002F4AE9" w:rsidRPr="001C2F21" w:rsidRDefault="00C71A61" w:rsidP="002E126A">
            <w:pPr>
              <w:widowControl w:val="0"/>
              <w:spacing w:line="240" w:lineRule="auto"/>
              <w:jc w:val="both"/>
              <w:rPr>
                <w:rFonts w:ascii="Times New Roman Italic" w:hAnsi="Times New Roman Italic" w:cs="Times New Roman"/>
                <w:i/>
                <w:spacing w:val="-6"/>
                <w:sz w:val="28"/>
                <w:szCs w:val="28"/>
              </w:rPr>
            </w:pPr>
            <w:r w:rsidRPr="00C71A61">
              <w:rPr>
                <w:rFonts w:ascii="Times New Roman Italic" w:hAnsi="Times New Roman Italic" w:cs="Times New Roman"/>
                <w:i/>
                <w:spacing w:val="-6"/>
                <w:sz w:val="28"/>
                <w:szCs w:val="28"/>
              </w:rPr>
              <w:t xml:space="preserve">Tờ trình của cơ quan, tổ chức, đơn vị, địa phương đã trình khen thưởng cho cá nhân, tập thể, hộ gia </w:t>
            </w:r>
            <w:r w:rsidRPr="00C71A61">
              <w:rPr>
                <w:rFonts w:ascii="Times New Roman Italic" w:hAnsi="Times New Roman Italic" w:cs="Times New Roman"/>
                <w:i/>
                <w:spacing w:val="-6"/>
                <w:sz w:val="28"/>
                <w:szCs w:val="28"/>
              </w:rPr>
              <w:lastRenderedPageBreak/>
              <w:t>đình (nếu có)</w:t>
            </w:r>
          </w:p>
        </w:tc>
        <w:tc>
          <w:tcPr>
            <w:tcW w:w="11340" w:type="dxa"/>
          </w:tcPr>
          <w:p w14:paraId="7D223D25" w14:textId="12812093" w:rsidR="002F4AE9" w:rsidRDefault="002F4AE9" w:rsidP="00F82A78">
            <w:pPr>
              <w:widowControl w:val="0"/>
              <w:spacing w:before="120"/>
              <w:jc w:val="both"/>
              <w:rPr>
                <w:rFonts w:cs="Times New Roman"/>
                <w:spacing w:val="-6"/>
                <w:sz w:val="28"/>
                <w:szCs w:val="28"/>
              </w:rPr>
            </w:pPr>
            <w:r w:rsidRPr="00045E35">
              <w:rPr>
                <w:rFonts w:cs="Times New Roman"/>
                <w:spacing w:val="-6"/>
                <w:sz w:val="28"/>
                <w:szCs w:val="28"/>
              </w:rPr>
              <w:lastRenderedPageBreak/>
              <w:t xml:space="preserve">- Nêu rõ lý do quy định: Để làm căn cứ </w:t>
            </w:r>
            <w:r w:rsidR="00C71A61">
              <w:rPr>
                <w:rFonts w:cs="Times New Roman"/>
                <w:sz w:val="28"/>
                <w:szCs w:val="28"/>
              </w:rPr>
              <w:t>điều chỉnh thông tin Quyết định khen thưởng.</w:t>
            </w:r>
          </w:p>
          <w:p w14:paraId="2590B099" w14:textId="77777777" w:rsidR="002F4AE9" w:rsidRDefault="002F4AE9" w:rsidP="007D6940">
            <w:pPr>
              <w:widowControl w:val="0"/>
              <w:jc w:val="both"/>
              <w:rPr>
                <w:rFonts w:cs="Times New Roman"/>
                <w:sz w:val="28"/>
                <w:szCs w:val="28"/>
              </w:rPr>
            </w:pPr>
            <w:r>
              <w:rPr>
                <w:rFonts w:cs="Times New Roman"/>
                <w:sz w:val="28"/>
                <w:szCs w:val="28"/>
              </w:rPr>
              <w:t>- Yêu cầu về hình thức: Văn bản hành chính.</w:t>
            </w:r>
          </w:p>
          <w:p w14:paraId="3AD3B6AC" w14:textId="54B46A12" w:rsidR="002F4AE9" w:rsidRPr="00045E35" w:rsidRDefault="002F4AE9" w:rsidP="007D6940">
            <w:pPr>
              <w:widowControl w:val="0"/>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làm căn cứ </w:t>
            </w:r>
            <w:r w:rsidR="00C71A61">
              <w:rPr>
                <w:rFonts w:cs="Times New Roman"/>
                <w:sz w:val="28"/>
                <w:szCs w:val="28"/>
              </w:rPr>
              <w:t>điều chỉnh thông tin Quyết định khen thưởng.</w:t>
            </w:r>
          </w:p>
        </w:tc>
      </w:tr>
      <w:tr w:rsidR="00C71A61" w:rsidRPr="00972B74" w14:paraId="566D51D2" w14:textId="77777777" w:rsidTr="007D6940">
        <w:tc>
          <w:tcPr>
            <w:tcW w:w="3118" w:type="dxa"/>
          </w:tcPr>
          <w:p w14:paraId="055EBE13" w14:textId="52E16D3B" w:rsidR="00C71A61" w:rsidRDefault="00C71A61" w:rsidP="00F82A78">
            <w:pPr>
              <w:widowControl w:val="0"/>
              <w:spacing w:before="120"/>
              <w:jc w:val="both"/>
              <w:rPr>
                <w:rFonts w:cs="Times New Roman"/>
                <w:spacing w:val="-6"/>
                <w:sz w:val="28"/>
                <w:szCs w:val="28"/>
              </w:rPr>
            </w:pPr>
            <w:r>
              <w:rPr>
                <w:rFonts w:cs="Times New Roman"/>
                <w:spacing w:val="-6"/>
                <w:sz w:val="28"/>
                <w:szCs w:val="28"/>
              </w:rPr>
              <w:lastRenderedPageBreak/>
              <w:t xml:space="preserve">c) </w:t>
            </w:r>
            <w:r w:rsidRPr="00045E35">
              <w:rPr>
                <w:rFonts w:cs="Times New Roman"/>
                <w:spacing w:val="-6"/>
                <w:sz w:val="28"/>
                <w:szCs w:val="28"/>
              </w:rPr>
              <w:t xml:space="preserve">Tên thành phần hồ sơ </w:t>
            </w:r>
            <w:r>
              <w:rPr>
                <w:rFonts w:cs="Times New Roman"/>
                <w:spacing w:val="-6"/>
                <w:sz w:val="28"/>
                <w:szCs w:val="28"/>
              </w:rPr>
              <w:t>3</w:t>
            </w:r>
            <w:r w:rsidRPr="00045E35">
              <w:rPr>
                <w:rFonts w:cs="Times New Roman"/>
                <w:spacing w:val="-6"/>
                <w:sz w:val="28"/>
                <w:szCs w:val="28"/>
              </w:rPr>
              <w:t>:</w:t>
            </w:r>
          </w:p>
          <w:p w14:paraId="5F1DAEB5" w14:textId="231527FB" w:rsidR="00C71A61" w:rsidRPr="00C71A61" w:rsidRDefault="00C71A61" w:rsidP="007D6940">
            <w:pPr>
              <w:widowControl w:val="0"/>
              <w:jc w:val="both"/>
              <w:rPr>
                <w:rFonts w:ascii="Times New Roman Italic" w:hAnsi="Times New Roman Italic" w:cs="Times New Roman"/>
                <w:i/>
                <w:spacing w:val="-6"/>
                <w:sz w:val="28"/>
                <w:szCs w:val="28"/>
              </w:rPr>
            </w:pPr>
            <w:r w:rsidRPr="00C71A61">
              <w:rPr>
                <w:rFonts w:ascii="Times New Roman Italic" w:hAnsi="Times New Roman Italic" w:cs="Times New Roman"/>
                <w:i/>
                <w:spacing w:val="-6"/>
                <w:sz w:val="28"/>
                <w:szCs w:val="28"/>
              </w:rPr>
              <w:t>Bằng gốc đã in theo quyết định khen thưởng (nếu có)</w:t>
            </w:r>
          </w:p>
        </w:tc>
        <w:tc>
          <w:tcPr>
            <w:tcW w:w="11340" w:type="dxa"/>
          </w:tcPr>
          <w:p w14:paraId="558D5B95" w14:textId="77777777" w:rsidR="00C71A61" w:rsidRDefault="00C71A61" w:rsidP="00F82A78">
            <w:pPr>
              <w:widowControl w:val="0"/>
              <w:spacing w:before="120"/>
              <w:jc w:val="both"/>
              <w:rPr>
                <w:rFonts w:cs="Times New Roman"/>
                <w:spacing w:val="-6"/>
                <w:sz w:val="28"/>
                <w:szCs w:val="28"/>
              </w:rPr>
            </w:pPr>
            <w:r w:rsidRPr="00045E35">
              <w:rPr>
                <w:rFonts w:cs="Times New Roman"/>
                <w:spacing w:val="-6"/>
                <w:sz w:val="28"/>
                <w:szCs w:val="28"/>
              </w:rPr>
              <w:t xml:space="preserve">- Nêu rõ lý do quy định: Để làm căn cứ </w:t>
            </w:r>
            <w:r>
              <w:rPr>
                <w:rFonts w:cs="Times New Roman"/>
                <w:sz w:val="28"/>
                <w:szCs w:val="28"/>
              </w:rPr>
              <w:t>điều chỉnh thông tin Quyết định khen thưởng.</w:t>
            </w:r>
          </w:p>
          <w:p w14:paraId="2AFF44E9" w14:textId="7DEFA991" w:rsidR="00C71A61" w:rsidRDefault="00C71A61" w:rsidP="00C71A61">
            <w:pPr>
              <w:widowControl w:val="0"/>
              <w:jc w:val="both"/>
              <w:rPr>
                <w:rFonts w:cs="Times New Roman"/>
                <w:sz w:val="28"/>
                <w:szCs w:val="28"/>
              </w:rPr>
            </w:pPr>
            <w:r>
              <w:rPr>
                <w:rFonts w:cs="Times New Roman"/>
                <w:sz w:val="28"/>
                <w:szCs w:val="28"/>
              </w:rPr>
              <w:t>- Yêu cầu về hình thức: Hiện vật khen thưởng.</w:t>
            </w:r>
          </w:p>
          <w:p w14:paraId="10C4513D" w14:textId="1E037A0F" w:rsidR="00C71A61" w:rsidRPr="00045E35" w:rsidRDefault="00C71A61" w:rsidP="00C71A61">
            <w:pPr>
              <w:widowControl w:val="0"/>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làm căn cứ </w:t>
            </w:r>
            <w:r>
              <w:rPr>
                <w:rFonts w:cs="Times New Roman"/>
                <w:sz w:val="28"/>
                <w:szCs w:val="28"/>
              </w:rPr>
              <w:t>điều chỉnh thông tin Quyết định khen thưởng.</w:t>
            </w:r>
          </w:p>
        </w:tc>
      </w:tr>
      <w:tr w:rsidR="002F4AE9" w:rsidRPr="00E270D8" w14:paraId="58610F7E" w14:textId="77777777" w:rsidTr="007D6940">
        <w:tc>
          <w:tcPr>
            <w:tcW w:w="3118" w:type="dxa"/>
          </w:tcPr>
          <w:p w14:paraId="7B4E29C3" w14:textId="77777777" w:rsidR="002F4AE9" w:rsidRPr="00972B74" w:rsidRDefault="002F4AE9" w:rsidP="00F82A78">
            <w:pPr>
              <w:widowControl w:val="0"/>
              <w:spacing w:before="120"/>
              <w:jc w:val="both"/>
              <w:rPr>
                <w:rFonts w:cs="Times New Roman"/>
                <w:sz w:val="28"/>
                <w:szCs w:val="28"/>
              </w:rPr>
            </w:pPr>
            <w:r>
              <w:rPr>
                <w:rFonts w:cs="Times New Roman"/>
                <w:sz w:val="28"/>
                <w:szCs w:val="28"/>
              </w:rPr>
              <w:t>d</w:t>
            </w:r>
            <w:r w:rsidRPr="00972B74">
              <w:rPr>
                <w:rFonts w:cs="Times New Roman"/>
                <w:sz w:val="28"/>
                <w:szCs w:val="28"/>
              </w:rPr>
              <w:t xml:space="preserve">) </w:t>
            </w:r>
            <w:r>
              <w:rPr>
                <w:rFonts w:cs="Times New Roman"/>
                <w:sz w:val="28"/>
                <w:szCs w:val="28"/>
              </w:rPr>
              <w:t>Các g</w:t>
            </w:r>
            <w:r w:rsidRPr="00972B74">
              <w:rPr>
                <w:rFonts w:cs="Times New Roman"/>
                <w:sz w:val="28"/>
                <w:szCs w:val="28"/>
              </w:rPr>
              <w:t xml:space="preserve">iấy tờ, tài liệu </w:t>
            </w:r>
            <w:r>
              <w:rPr>
                <w:rFonts w:cs="Times New Roman"/>
                <w:sz w:val="28"/>
                <w:szCs w:val="28"/>
              </w:rPr>
              <w:t xml:space="preserve">để </w:t>
            </w:r>
            <w:r w:rsidRPr="00972B74">
              <w:rPr>
                <w:rFonts w:cs="Times New Roman"/>
                <w:sz w:val="28"/>
                <w:szCs w:val="28"/>
              </w:rPr>
              <w:t xml:space="preserve">chứng minh </w:t>
            </w:r>
            <w:r>
              <w:rPr>
                <w:rFonts w:cs="Times New Roman"/>
                <w:sz w:val="28"/>
                <w:szCs w:val="28"/>
              </w:rPr>
              <w:t>việc đáp ứng yêu cầu, điều kiện thực hiện thủ tục hành chính có được quy định rõ ràng, cụ thể ở thành phần hồ sơ của thủ tục hành chính không?</w:t>
            </w:r>
            <w:r w:rsidRPr="00972B74">
              <w:rPr>
                <w:rFonts w:cs="Times New Roman"/>
                <w:sz w:val="28"/>
                <w:szCs w:val="28"/>
              </w:rPr>
              <w:t xml:space="preserve"> </w:t>
            </w:r>
          </w:p>
        </w:tc>
        <w:tc>
          <w:tcPr>
            <w:tcW w:w="11340" w:type="dxa"/>
          </w:tcPr>
          <w:p w14:paraId="00A50EB0" w14:textId="77777777" w:rsidR="002F4AE9" w:rsidRPr="00E270D8" w:rsidRDefault="002F4AE9" w:rsidP="00F82A78">
            <w:pPr>
              <w:widowControl w:val="0"/>
              <w:spacing w:before="120"/>
              <w:jc w:val="both"/>
              <w:rPr>
                <w:rFonts w:cs="Times New Roman"/>
                <w:sz w:val="28"/>
                <w:szCs w:val="28"/>
              </w:rPr>
            </w:pPr>
            <w:r w:rsidRPr="00E270D8">
              <w:rPr>
                <w:rFonts w:cs="Times New Roman"/>
                <w:sz w:val="28"/>
                <w:szCs w:val="28"/>
              </w:rPr>
              <w:t xml:space="preserve">Có [x]       Không </w:t>
            </w:r>
            <w:proofErr w:type="gramStart"/>
            <w:r w:rsidRPr="00E270D8">
              <w:rPr>
                <w:rFonts w:cs="Times New Roman"/>
                <w:sz w:val="28"/>
                <w:szCs w:val="28"/>
              </w:rPr>
              <w:t>[ ]</w:t>
            </w:r>
            <w:proofErr w:type="gramEnd"/>
          </w:p>
          <w:p w14:paraId="57311854" w14:textId="60E36686" w:rsidR="002F4AE9" w:rsidRPr="00E270D8" w:rsidRDefault="002F4AE9" w:rsidP="007D6940">
            <w:pPr>
              <w:widowControl w:val="0"/>
              <w:jc w:val="both"/>
              <w:rPr>
                <w:rFonts w:cs="Times New Roman"/>
                <w:sz w:val="28"/>
                <w:szCs w:val="28"/>
              </w:rPr>
            </w:pPr>
            <w:r w:rsidRPr="00E270D8">
              <w:rPr>
                <w:rFonts w:cs="Times New Roman"/>
                <w:sz w:val="28"/>
                <w:szCs w:val="28"/>
              </w:rPr>
              <w:t xml:space="preserve">Nêu rõ: Thủ tục yêu cầu thành phần hồ sơ </w:t>
            </w:r>
            <w:r w:rsidRPr="006B5A19">
              <w:rPr>
                <w:rFonts w:cs="Times New Roman"/>
                <w:i/>
                <w:sz w:val="28"/>
                <w:szCs w:val="28"/>
              </w:rPr>
              <w:t>(</w:t>
            </w:r>
            <w:r w:rsidR="00C71A61" w:rsidRPr="00C71A61">
              <w:rPr>
                <w:rFonts w:ascii="Times New Roman Italic" w:hAnsi="Times New Roman Italic" w:cs="Times New Roman"/>
                <w:i/>
                <w:spacing w:val="-6"/>
                <w:sz w:val="28"/>
                <w:szCs w:val="28"/>
              </w:rPr>
              <w:t>Tờ trình</w:t>
            </w:r>
            <w:r w:rsidR="00C71A61">
              <w:rPr>
                <w:rFonts w:ascii="Times New Roman Italic" w:hAnsi="Times New Roman Italic" w:cs="Times New Roman"/>
                <w:i/>
                <w:spacing w:val="-6"/>
                <w:sz w:val="28"/>
                <w:szCs w:val="28"/>
              </w:rPr>
              <w:t xml:space="preserve"> đề nghị điều chỉnh; Tờ trình trước đâ</w:t>
            </w:r>
            <w:r w:rsidR="002E126A">
              <w:rPr>
                <w:rFonts w:ascii="Times New Roman Italic" w:hAnsi="Times New Roman Italic" w:cs="Times New Roman"/>
                <w:i/>
                <w:spacing w:val="-6"/>
                <w:sz w:val="28"/>
                <w:szCs w:val="28"/>
              </w:rPr>
              <w:t>y (nếu có); Bằng sai thông tin</w:t>
            </w:r>
            <w:r w:rsidRPr="006B5A19">
              <w:rPr>
                <w:rFonts w:ascii="Times New Roman Italic" w:hAnsi="Times New Roman Italic" w:cs="Times New Roman"/>
                <w:i/>
                <w:spacing w:val="-6"/>
                <w:sz w:val="28"/>
                <w:szCs w:val="28"/>
              </w:rPr>
              <w:t>),</w:t>
            </w:r>
            <w:r w:rsidRPr="00E270D8">
              <w:rPr>
                <w:rFonts w:ascii="Times New Roman Italic" w:hAnsi="Times New Roman Italic" w:cs="Times New Roman"/>
                <w:i/>
                <w:spacing w:val="-6"/>
                <w:sz w:val="28"/>
                <w:szCs w:val="28"/>
              </w:rPr>
              <w:t xml:space="preserve"> </w:t>
            </w:r>
            <w:r w:rsidRPr="00E270D8">
              <w:rPr>
                <w:rFonts w:ascii="Times New Roman Italic" w:hAnsi="Times New Roman Italic" w:cs="Times New Roman"/>
                <w:spacing w:val="-6"/>
                <w:sz w:val="28"/>
                <w:szCs w:val="28"/>
              </w:rPr>
              <w:t>không yêu cầu giấy tờ, tài liệu khác để chứng minh.</w:t>
            </w:r>
          </w:p>
          <w:p w14:paraId="117F36AC" w14:textId="77777777" w:rsidR="002F4AE9" w:rsidRPr="00E270D8" w:rsidRDefault="002F4AE9" w:rsidP="007D6940">
            <w:pPr>
              <w:widowControl w:val="0"/>
              <w:jc w:val="both"/>
              <w:rPr>
                <w:rFonts w:cs="Times New Roman"/>
                <w:sz w:val="28"/>
                <w:szCs w:val="28"/>
              </w:rPr>
            </w:pPr>
          </w:p>
        </w:tc>
      </w:tr>
      <w:tr w:rsidR="002F4AE9" w:rsidRPr="00E270D8" w14:paraId="3DDD7C7E" w14:textId="77777777" w:rsidTr="007D6940">
        <w:tc>
          <w:tcPr>
            <w:tcW w:w="3118" w:type="dxa"/>
          </w:tcPr>
          <w:p w14:paraId="1E9C38A8" w14:textId="77777777" w:rsidR="002F4AE9" w:rsidRPr="00E270D8" w:rsidRDefault="002F4AE9" w:rsidP="00F82A78">
            <w:pPr>
              <w:widowControl w:val="0"/>
              <w:spacing w:before="120"/>
              <w:jc w:val="both"/>
              <w:rPr>
                <w:rFonts w:cs="Times New Roman"/>
                <w:sz w:val="28"/>
                <w:szCs w:val="28"/>
              </w:rPr>
            </w:pPr>
            <w:r w:rsidRPr="00E270D8">
              <w:rPr>
                <w:rFonts w:cs="Times New Roman"/>
                <w:sz w:val="28"/>
                <w:szCs w:val="28"/>
              </w:rPr>
              <w:t>đ) Số lượng bộ hồ sơ: 01 bộ</w:t>
            </w:r>
          </w:p>
        </w:tc>
        <w:tc>
          <w:tcPr>
            <w:tcW w:w="11340" w:type="dxa"/>
          </w:tcPr>
          <w:p w14:paraId="6A363D60" w14:textId="77777777" w:rsidR="002F4AE9" w:rsidRPr="00E270D8" w:rsidRDefault="002F4AE9" w:rsidP="007D6940">
            <w:pPr>
              <w:widowControl w:val="0"/>
              <w:rPr>
                <w:rFonts w:cs="Times New Roman"/>
                <w:sz w:val="28"/>
                <w:szCs w:val="28"/>
              </w:rPr>
            </w:pPr>
          </w:p>
        </w:tc>
      </w:tr>
      <w:tr w:rsidR="002F4AE9" w:rsidRPr="00972B74" w14:paraId="46E84352" w14:textId="77777777" w:rsidTr="007D6940">
        <w:tc>
          <w:tcPr>
            <w:tcW w:w="14458" w:type="dxa"/>
            <w:gridSpan w:val="2"/>
          </w:tcPr>
          <w:p w14:paraId="74FDC7D6"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5. Thời hạn giải quyết</w:t>
            </w:r>
          </w:p>
        </w:tc>
      </w:tr>
      <w:tr w:rsidR="002F4AE9" w:rsidRPr="00972B74" w14:paraId="133B2E6A" w14:textId="77777777" w:rsidTr="007D6940">
        <w:tc>
          <w:tcPr>
            <w:tcW w:w="3118" w:type="dxa"/>
          </w:tcPr>
          <w:p w14:paraId="576B6DE4" w14:textId="77777777" w:rsidR="002F4AE9" w:rsidRPr="00972B74" w:rsidRDefault="002F4AE9" w:rsidP="00F82A78">
            <w:pPr>
              <w:widowControl w:val="0"/>
              <w:spacing w:before="120"/>
              <w:rPr>
                <w:rFonts w:cs="Times New Roman"/>
                <w:b/>
                <w:sz w:val="28"/>
                <w:szCs w:val="28"/>
              </w:rPr>
            </w:pPr>
            <w:r w:rsidRPr="00972B74">
              <w:rPr>
                <w:rFonts w:cs="Times New Roman"/>
                <w:sz w:val="28"/>
                <w:szCs w:val="28"/>
              </w:rPr>
              <w:t xml:space="preserve">a) Có được quy định rõ ràng, cụ thể và phù hợp không? </w:t>
            </w:r>
          </w:p>
        </w:tc>
        <w:tc>
          <w:tcPr>
            <w:tcW w:w="11340" w:type="dxa"/>
          </w:tcPr>
          <w:p w14:paraId="4F639A25"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3B1D60DF" w14:textId="6D895ED1" w:rsidR="002F4AE9" w:rsidRPr="00972B74" w:rsidRDefault="002F4AE9" w:rsidP="007D6940">
            <w:pPr>
              <w:widowControl w:val="0"/>
              <w:jc w:val="both"/>
              <w:rPr>
                <w:rFonts w:cs="Times New Roman"/>
                <w:sz w:val="28"/>
                <w:szCs w:val="28"/>
              </w:rPr>
            </w:pPr>
            <w:r w:rsidRPr="00972B74">
              <w:rPr>
                <w:rFonts w:cs="Times New Roman"/>
                <w:sz w:val="28"/>
                <w:szCs w:val="28"/>
              </w:rPr>
              <w:t xml:space="preserve">Thời hạn giải quyết thủ tục hành chính: </w:t>
            </w:r>
            <w:r w:rsidR="00C71A61" w:rsidRPr="009E57F5">
              <w:rPr>
                <w:rFonts w:cs="Times New Roman"/>
                <w:color w:val="FF0000"/>
                <w:sz w:val="28"/>
                <w:szCs w:val="28"/>
              </w:rPr>
              <w:t>15</w:t>
            </w:r>
            <w:r w:rsidRPr="009E57F5">
              <w:rPr>
                <w:rFonts w:cs="Times New Roman"/>
                <w:color w:val="FF0000"/>
                <w:sz w:val="28"/>
                <w:szCs w:val="28"/>
              </w:rPr>
              <w:t xml:space="preserve"> ngày </w:t>
            </w:r>
            <w:r w:rsidRPr="00972B74">
              <w:rPr>
                <w:rFonts w:cs="Times New Roman"/>
                <w:sz w:val="28"/>
                <w:szCs w:val="28"/>
              </w:rPr>
              <w:t>làm việc kể từ ngày nhận đủ hồ sơ hợp lệ.</w:t>
            </w:r>
          </w:p>
          <w:p w14:paraId="711A2646" w14:textId="5A61EC80" w:rsidR="002F4AE9" w:rsidRPr="00972B74" w:rsidRDefault="002F4AE9" w:rsidP="00453A31">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P</w:t>
            </w:r>
            <w:r w:rsidRPr="00972B74">
              <w:rPr>
                <w:rFonts w:cs="Times New Roman"/>
                <w:sz w:val="28"/>
                <w:szCs w:val="28"/>
              </w:rPr>
              <w:t xml:space="preserve">hù hợp </w:t>
            </w:r>
            <w:r>
              <w:rPr>
                <w:rFonts w:cs="Times New Roman"/>
                <w:sz w:val="28"/>
                <w:szCs w:val="28"/>
              </w:rPr>
              <w:t>đề nghị Thủ trưởng các cơ quan</w:t>
            </w:r>
            <w:r w:rsidR="00453A31">
              <w:rPr>
                <w:rFonts w:cs="Times New Roman"/>
                <w:sz w:val="28"/>
                <w:szCs w:val="28"/>
              </w:rPr>
              <w:t>, tổ chức, đơn vị, địa phương; của Sở Nội vụ và Chủ tịch Ủy ban nhân dân tỉnh.</w:t>
            </w:r>
          </w:p>
        </w:tc>
      </w:tr>
      <w:tr w:rsidR="002F4AE9" w:rsidRPr="00972B74" w14:paraId="0EAF7241" w14:textId="77777777" w:rsidTr="007D6940">
        <w:tc>
          <w:tcPr>
            <w:tcW w:w="3118" w:type="dxa"/>
          </w:tcPr>
          <w:p w14:paraId="60704A09" w14:textId="77777777" w:rsidR="002F4AE9" w:rsidRPr="00972B74" w:rsidRDefault="002F4AE9" w:rsidP="00F82A78">
            <w:pPr>
              <w:widowControl w:val="0"/>
              <w:spacing w:before="120"/>
              <w:jc w:val="both"/>
              <w:rPr>
                <w:rFonts w:cs="Times New Roman"/>
                <w:b/>
                <w:sz w:val="28"/>
                <w:szCs w:val="28"/>
              </w:rPr>
            </w:pPr>
            <w:r w:rsidRPr="00972B74">
              <w:rPr>
                <w:rFonts w:cs="Times New Roman"/>
                <w:sz w:val="28"/>
                <w:szCs w:val="28"/>
              </w:rPr>
              <w:t xml:space="preserve">b) Trường hợp nhiều cơ quan giải quyết, có quy định thời hạn từng cơ quan không? </w:t>
            </w:r>
          </w:p>
        </w:tc>
        <w:tc>
          <w:tcPr>
            <w:tcW w:w="11340" w:type="dxa"/>
          </w:tcPr>
          <w:p w14:paraId="4ED51795"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t>Có [</w:t>
            </w:r>
            <w:r>
              <w:rPr>
                <w:rFonts w:cs="Times New Roman"/>
                <w:sz w:val="28"/>
                <w:szCs w:val="28"/>
              </w:rPr>
              <w:t>x</w:t>
            </w:r>
            <w:r w:rsidRPr="00972B74">
              <w:rPr>
                <w:rFonts w:cs="Times New Roman"/>
                <w:sz w:val="28"/>
                <w:szCs w:val="28"/>
              </w:rPr>
              <w:t>]       Không []</w:t>
            </w:r>
          </w:p>
          <w:p w14:paraId="5FF68093" w14:textId="77777777" w:rsidR="002F4AE9" w:rsidRPr="00972B74" w:rsidRDefault="002F4AE9" w:rsidP="007D6940">
            <w:pPr>
              <w:widowControl w:val="0"/>
              <w:rPr>
                <w:rFonts w:cs="Times New Roman"/>
                <w:sz w:val="28"/>
                <w:szCs w:val="28"/>
              </w:rPr>
            </w:pPr>
            <w:r w:rsidRPr="00972B74">
              <w:rPr>
                <w:rFonts w:cs="Times New Roman"/>
                <w:sz w:val="28"/>
                <w:szCs w:val="28"/>
              </w:rPr>
              <w:t>Lý do</w:t>
            </w:r>
            <w:r>
              <w:rPr>
                <w:rFonts w:cs="Times New Roman"/>
                <w:sz w:val="28"/>
                <w:szCs w:val="28"/>
              </w:rPr>
              <w:t xml:space="preserve"> quy định</w:t>
            </w:r>
            <w:r w:rsidRPr="00972B74">
              <w:rPr>
                <w:rFonts w:cs="Times New Roman"/>
                <w:sz w:val="28"/>
                <w:szCs w:val="28"/>
              </w:rPr>
              <w:t xml:space="preserve">: </w:t>
            </w:r>
            <w:r>
              <w:rPr>
                <w:rFonts w:cs="Times New Roman"/>
                <w:sz w:val="28"/>
                <w:szCs w:val="28"/>
              </w:rPr>
              <w:t>Rõ ràng, minh bạch trong giải quyết thủ tục hành chính, đảm bảo liên thông từ cơ quan đề nghị đến người có thẩm quyền ra quyết định.</w:t>
            </w:r>
          </w:p>
        </w:tc>
      </w:tr>
      <w:tr w:rsidR="002F4AE9" w:rsidRPr="00972B74" w14:paraId="640491BB" w14:textId="77777777" w:rsidTr="007D6940">
        <w:tc>
          <w:tcPr>
            <w:tcW w:w="14458" w:type="dxa"/>
            <w:gridSpan w:val="2"/>
          </w:tcPr>
          <w:p w14:paraId="7BBEDBD6"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6. Đối tượng thực hiện</w:t>
            </w:r>
          </w:p>
        </w:tc>
      </w:tr>
      <w:tr w:rsidR="002F4AE9" w:rsidRPr="00972B74" w14:paraId="318DEFDE" w14:textId="77777777" w:rsidTr="007D6940">
        <w:tc>
          <w:tcPr>
            <w:tcW w:w="3118" w:type="dxa"/>
          </w:tcPr>
          <w:p w14:paraId="1E57AFD7"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a) Đối tượng thực hiện:</w:t>
            </w:r>
          </w:p>
        </w:tc>
        <w:tc>
          <w:tcPr>
            <w:tcW w:w="11340" w:type="dxa"/>
          </w:tcPr>
          <w:p w14:paraId="25019D14"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t xml:space="preserve">- Tổ chức: Trong nước [x]       Nước ngoài </w:t>
            </w:r>
            <w:proofErr w:type="gramStart"/>
            <w:r w:rsidRPr="00972B74">
              <w:rPr>
                <w:rFonts w:cs="Times New Roman"/>
                <w:sz w:val="28"/>
                <w:szCs w:val="28"/>
              </w:rPr>
              <w:t>[ ]</w:t>
            </w:r>
            <w:proofErr w:type="gramEnd"/>
          </w:p>
          <w:p w14:paraId="49F3D72A" w14:textId="77777777" w:rsidR="002F4AE9" w:rsidRPr="00972B74" w:rsidRDefault="002F4AE9" w:rsidP="007D6940">
            <w:pPr>
              <w:widowControl w:val="0"/>
              <w:rPr>
                <w:rFonts w:cs="Times New Roman"/>
                <w:sz w:val="28"/>
                <w:szCs w:val="28"/>
              </w:rPr>
            </w:pPr>
            <w:r w:rsidRPr="00972B74">
              <w:rPr>
                <w:rFonts w:cs="Times New Roman"/>
                <w:sz w:val="28"/>
                <w:szCs w:val="28"/>
              </w:rPr>
              <w:lastRenderedPageBreak/>
              <w:t xml:space="preserve">- Cá nhân: Trong nước [x]       Nước ngoài </w:t>
            </w:r>
            <w:proofErr w:type="gramStart"/>
            <w:r w:rsidRPr="00972B74">
              <w:rPr>
                <w:rFonts w:cs="Times New Roman"/>
                <w:sz w:val="28"/>
                <w:szCs w:val="28"/>
              </w:rPr>
              <w:t>[ ]</w:t>
            </w:r>
            <w:proofErr w:type="gramEnd"/>
          </w:p>
          <w:p w14:paraId="2A924A5D" w14:textId="174CBFF9" w:rsidR="002F4AE9" w:rsidRPr="00972B74" w:rsidRDefault="002F4AE9" w:rsidP="007D6940">
            <w:pPr>
              <w:widowControl w:val="0"/>
              <w:jc w:val="both"/>
              <w:rPr>
                <w:rFonts w:cs="Times New Roman"/>
                <w:sz w:val="28"/>
                <w:szCs w:val="28"/>
              </w:rPr>
            </w:pPr>
            <w:r w:rsidRPr="00972B74">
              <w:rPr>
                <w:rFonts w:cs="Times New Roman"/>
                <w:sz w:val="28"/>
                <w:szCs w:val="28"/>
              </w:rPr>
              <w:t xml:space="preserve">Mô tả rõ: </w:t>
            </w:r>
            <w:r>
              <w:rPr>
                <w:rFonts w:cs="Times New Roman"/>
                <w:sz w:val="28"/>
                <w:szCs w:val="28"/>
              </w:rPr>
              <w:t>Tập thể, cá nhân, hộ gia đình có nh</w:t>
            </w:r>
            <w:r w:rsidR="00C71A61">
              <w:rPr>
                <w:rFonts w:cs="Times New Roman"/>
                <w:sz w:val="28"/>
                <w:szCs w:val="28"/>
              </w:rPr>
              <w:t>u</w:t>
            </w:r>
            <w:r>
              <w:rPr>
                <w:rFonts w:cs="Times New Roman"/>
                <w:sz w:val="28"/>
                <w:szCs w:val="28"/>
              </w:rPr>
              <w:t xml:space="preserve"> cầu </w:t>
            </w:r>
            <w:r w:rsidR="00C71A61">
              <w:rPr>
                <w:rFonts w:cs="Times New Roman"/>
                <w:sz w:val="28"/>
                <w:szCs w:val="28"/>
              </w:rPr>
              <w:t>điều chỉnh thông tin Quyết định khen thưởng</w:t>
            </w:r>
            <w:r>
              <w:rPr>
                <w:rFonts w:cs="Times New Roman"/>
                <w:sz w:val="28"/>
                <w:szCs w:val="28"/>
              </w:rPr>
              <w:t>.</w:t>
            </w:r>
          </w:p>
          <w:p w14:paraId="493B9F09" w14:textId="77777777" w:rsidR="002F4AE9" w:rsidRPr="00972B74" w:rsidRDefault="002F4AE9" w:rsidP="007D6940">
            <w:pPr>
              <w:widowControl w:val="0"/>
              <w:rPr>
                <w:rFonts w:cs="Times New Roman"/>
                <w:sz w:val="28"/>
                <w:szCs w:val="28"/>
              </w:rPr>
            </w:pPr>
            <w:r w:rsidRPr="00972B74">
              <w:rPr>
                <w:rFonts w:cs="Times New Roman"/>
                <w:sz w:val="28"/>
                <w:szCs w:val="28"/>
              </w:rPr>
              <w:t xml:space="preserve">Có thể mở rộng/thu hẹp đối tượng không? Có </w:t>
            </w:r>
            <w:proofErr w:type="gramStart"/>
            <w:r w:rsidRPr="00972B74">
              <w:rPr>
                <w:rFonts w:cs="Times New Roman"/>
                <w:sz w:val="28"/>
                <w:szCs w:val="28"/>
              </w:rPr>
              <w:t>[ ]</w:t>
            </w:r>
            <w:proofErr w:type="gramEnd"/>
            <w:r w:rsidRPr="00972B74">
              <w:rPr>
                <w:rFonts w:cs="Times New Roman"/>
                <w:sz w:val="28"/>
                <w:szCs w:val="28"/>
              </w:rPr>
              <w:t xml:space="preserve">       Không [x]</w:t>
            </w:r>
          </w:p>
          <w:p w14:paraId="0F510087" w14:textId="1470DCE0" w:rsidR="002F4AE9" w:rsidRPr="00972B74" w:rsidRDefault="002F4AE9" w:rsidP="00C71A61">
            <w:pPr>
              <w:widowControl w:val="0"/>
              <w:jc w:val="both"/>
              <w:rPr>
                <w:rFonts w:cs="Times New Roman"/>
                <w:sz w:val="28"/>
                <w:szCs w:val="28"/>
              </w:rPr>
            </w:pPr>
            <w:r>
              <w:rPr>
                <w:rFonts w:cs="Times New Roman"/>
                <w:sz w:val="28"/>
                <w:szCs w:val="28"/>
              </w:rPr>
              <w:t>Lý do: Đ</w:t>
            </w:r>
            <w:r w:rsidRPr="00972B74">
              <w:rPr>
                <w:rFonts w:cs="Times New Roman"/>
                <w:sz w:val="28"/>
                <w:szCs w:val="28"/>
              </w:rPr>
              <w:t xml:space="preserve">ối tượng thực hiện phải </w:t>
            </w:r>
            <w:r>
              <w:rPr>
                <w:rFonts w:cs="Times New Roman"/>
                <w:sz w:val="28"/>
                <w:szCs w:val="28"/>
              </w:rPr>
              <w:t>đúng là tập thể, cá nhân, hộ gia đình đã được khen</w:t>
            </w:r>
            <w:r w:rsidR="00C71A61">
              <w:rPr>
                <w:rFonts w:cs="Times New Roman"/>
                <w:sz w:val="28"/>
                <w:szCs w:val="28"/>
              </w:rPr>
              <w:t xml:space="preserve"> thưởng, có hiện vật, Quyết định cần điều chỉnh thông tin.</w:t>
            </w:r>
          </w:p>
        </w:tc>
      </w:tr>
      <w:tr w:rsidR="002F4AE9" w:rsidRPr="00972B74" w14:paraId="0DC9F203" w14:textId="77777777" w:rsidTr="007D6940">
        <w:tc>
          <w:tcPr>
            <w:tcW w:w="3118" w:type="dxa"/>
          </w:tcPr>
          <w:p w14:paraId="2D37F3A9"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lastRenderedPageBreak/>
              <w:t xml:space="preserve">b) Phạm vi áp dụng: </w:t>
            </w:r>
          </w:p>
        </w:tc>
        <w:tc>
          <w:tcPr>
            <w:tcW w:w="11340" w:type="dxa"/>
          </w:tcPr>
          <w:p w14:paraId="568B7655"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t>Toàn quốc [</w:t>
            </w:r>
            <w:r>
              <w:rPr>
                <w:rFonts w:cs="Times New Roman"/>
                <w:sz w:val="28"/>
                <w:szCs w:val="28"/>
              </w:rPr>
              <w:t>x</w:t>
            </w:r>
            <w:r w:rsidRPr="00972B74">
              <w:rPr>
                <w:rFonts w:cs="Times New Roman"/>
                <w:sz w:val="28"/>
                <w:szCs w:val="28"/>
              </w:rPr>
              <w:t xml:space="preserve">]       Vùng </w:t>
            </w:r>
            <w:proofErr w:type="gramStart"/>
            <w:r w:rsidRPr="00972B74">
              <w:rPr>
                <w:rFonts w:cs="Times New Roman"/>
                <w:sz w:val="28"/>
                <w:szCs w:val="28"/>
              </w:rPr>
              <w:t>[ ]</w:t>
            </w:r>
            <w:proofErr w:type="gramEnd"/>
            <w:r w:rsidRPr="00972B74">
              <w:rPr>
                <w:rFonts w:cs="Times New Roman"/>
                <w:sz w:val="28"/>
                <w:szCs w:val="28"/>
              </w:rPr>
              <w:t xml:space="preserve">       Địa phương [x]; Nông thôn [x]       Đô thị [x]       Miền núi [x]       Biên giới [x] nếu có địa bàn áp dụng.</w:t>
            </w:r>
          </w:p>
          <w:p w14:paraId="3F476FD9" w14:textId="77777777" w:rsidR="002F4AE9" w:rsidRDefault="002F4AE9" w:rsidP="007D6940">
            <w:pPr>
              <w:widowControl w:val="0"/>
              <w:jc w:val="both"/>
              <w:rPr>
                <w:rFonts w:cs="Times New Roman"/>
                <w:sz w:val="28"/>
                <w:szCs w:val="28"/>
              </w:rPr>
            </w:pPr>
            <w:r>
              <w:rPr>
                <w:rFonts w:cs="Times New Roman"/>
                <w:sz w:val="28"/>
                <w:szCs w:val="28"/>
              </w:rPr>
              <w:t>Lý do quy định</w:t>
            </w:r>
            <w:r w:rsidRPr="00972B74">
              <w:rPr>
                <w:rFonts w:cs="Times New Roman"/>
                <w:sz w:val="28"/>
                <w:szCs w:val="28"/>
              </w:rPr>
              <w:t xml:space="preserve">: </w:t>
            </w:r>
            <w:r>
              <w:rPr>
                <w:rFonts w:cs="Times New Roman"/>
                <w:sz w:val="28"/>
                <w:szCs w:val="28"/>
              </w:rPr>
              <w:t>Đối tượng áp dụng theo dự thảo bao gồm tập thể, cá nhân, hộ gia đình cá nhân trên địa bàn tỉnh; cá nhân, tập thể ngoài tỉnh đang công tác tại các Bộ, ban, ngành Trung ương.</w:t>
            </w:r>
          </w:p>
          <w:p w14:paraId="329AB0EC" w14:textId="77777777" w:rsidR="002F4AE9" w:rsidRDefault="002F4AE9" w:rsidP="007D6940">
            <w:pPr>
              <w:widowControl w:val="0"/>
              <w:rPr>
                <w:rFonts w:cs="Times New Roman"/>
                <w:sz w:val="28"/>
                <w:szCs w:val="28"/>
              </w:rPr>
            </w:pPr>
            <w:r>
              <w:rPr>
                <w:rFonts w:cs="Times New Roman"/>
                <w:sz w:val="28"/>
                <w:szCs w:val="28"/>
              </w:rPr>
              <w:t xml:space="preserve">- </w:t>
            </w:r>
            <w:r w:rsidRPr="00907ABC">
              <w:rPr>
                <w:rFonts w:cs="Times New Roman"/>
                <w:sz w:val="28"/>
                <w:szCs w:val="28"/>
              </w:rPr>
              <w:t>Có thể</w:t>
            </w:r>
            <w:r>
              <w:rPr>
                <w:rFonts w:cs="Times New Roman"/>
                <w:sz w:val="28"/>
                <w:szCs w:val="28"/>
              </w:rPr>
              <w:t xml:space="preserve"> mở rộng/thu hẹp phạm vi áp dụng không?</w:t>
            </w:r>
          </w:p>
          <w:p w14:paraId="73822672" w14:textId="77777777" w:rsidR="002F4AE9" w:rsidRDefault="002F4AE9"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6309E603" w14:textId="2B8B43D3" w:rsidR="002F4AE9" w:rsidRPr="00972B74" w:rsidRDefault="002F4AE9" w:rsidP="00C71A61">
            <w:pPr>
              <w:widowControl w:val="0"/>
              <w:jc w:val="both"/>
              <w:rPr>
                <w:rFonts w:cs="Times New Roman"/>
                <w:sz w:val="28"/>
                <w:szCs w:val="28"/>
              </w:rPr>
            </w:pPr>
            <w:r>
              <w:rPr>
                <w:rFonts w:cs="Times New Roman"/>
                <w:sz w:val="28"/>
                <w:szCs w:val="28"/>
              </w:rPr>
              <w:t>Nêu rõ lý do: Phạm vi</w:t>
            </w:r>
            <w:r w:rsidR="00C71A61">
              <w:rPr>
                <w:rFonts w:cs="Times New Roman"/>
                <w:sz w:val="28"/>
                <w:szCs w:val="28"/>
              </w:rPr>
              <w:t xml:space="preserve"> áp dụng </w:t>
            </w:r>
            <w:r>
              <w:rPr>
                <w:rFonts w:cs="Times New Roman"/>
                <w:color w:val="000000"/>
                <w:sz w:val="28"/>
                <w:szCs w:val="28"/>
              </w:rPr>
              <w:t xml:space="preserve">thuộc thẩm quyền của </w:t>
            </w:r>
            <w:r w:rsidR="00C71A61">
              <w:rPr>
                <w:rFonts w:cs="Times New Roman"/>
                <w:color w:val="000000"/>
                <w:sz w:val="28"/>
                <w:szCs w:val="28"/>
              </w:rPr>
              <w:t>Chủ tịch Ủy ban nhân dân tỉnh.</w:t>
            </w:r>
          </w:p>
        </w:tc>
      </w:tr>
      <w:tr w:rsidR="002F4AE9" w:rsidRPr="00972B74" w14:paraId="5A3C8E10" w14:textId="77777777" w:rsidTr="007D6940">
        <w:tc>
          <w:tcPr>
            <w:tcW w:w="14458" w:type="dxa"/>
            <w:gridSpan w:val="2"/>
          </w:tcPr>
          <w:p w14:paraId="1756064E" w14:textId="2315F84F" w:rsidR="002F4AE9" w:rsidRPr="00972B74" w:rsidRDefault="002F4AE9" w:rsidP="00F82A78">
            <w:pPr>
              <w:widowControl w:val="0"/>
              <w:spacing w:before="120" w:after="120"/>
              <w:rPr>
                <w:rFonts w:cs="Times New Roman"/>
                <w:sz w:val="28"/>
                <w:szCs w:val="28"/>
              </w:rPr>
            </w:pPr>
            <w:r w:rsidRPr="00972B74">
              <w:rPr>
                <w:rFonts w:cs="Times New Roman"/>
                <w:sz w:val="28"/>
                <w:szCs w:val="28"/>
              </w:rPr>
              <w:t xml:space="preserve">Dự kiến số lượng đối tượng thực hiện/1 năm: </w:t>
            </w:r>
            <w:r>
              <w:rPr>
                <w:rFonts w:cs="Times New Roman"/>
                <w:sz w:val="28"/>
                <w:szCs w:val="28"/>
              </w:rPr>
              <w:t xml:space="preserve">khoảng </w:t>
            </w:r>
            <w:r w:rsidR="00453A31">
              <w:rPr>
                <w:rFonts w:cs="Times New Roman"/>
                <w:sz w:val="28"/>
                <w:szCs w:val="28"/>
              </w:rPr>
              <w:t>50</w:t>
            </w:r>
            <w:r>
              <w:rPr>
                <w:rFonts w:cs="Times New Roman"/>
                <w:sz w:val="28"/>
                <w:szCs w:val="28"/>
              </w:rPr>
              <w:t xml:space="preserve"> hồ sơ.</w:t>
            </w:r>
          </w:p>
        </w:tc>
      </w:tr>
      <w:tr w:rsidR="002F4AE9" w:rsidRPr="00972B74" w14:paraId="34CEEA86" w14:textId="77777777" w:rsidTr="007D6940">
        <w:tc>
          <w:tcPr>
            <w:tcW w:w="3118" w:type="dxa"/>
          </w:tcPr>
          <w:p w14:paraId="6022F0B3" w14:textId="77777777" w:rsidR="002F4AE9" w:rsidRPr="00972B74" w:rsidRDefault="002F4AE9" w:rsidP="00F82A78">
            <w:pPr>
              <w:widowControl w:val="0"/>
              <w:spacing w:before="120"/>
              <w:jc w:val="both"/>
              <w:rPr>
                <w:rFonts w:cs="Times New Roman"/>
                <w:sz w:val="28"/>
                <w:szCs w:val="28"/>
              </w:rPr>
            </w:pPr>
            <w:r w:rsidRPr="00972B74">
              <w:rPr>
                <w:rFonts w:cs="Times New Roman"/>
                <w:b/>
                <w:sz w:val="28"/>
                <w:szCs w:val="28"/>
              </w:rPr>
              <w:t>7. Cơ quan gi</w:t>
            </w:r>
            <w:r w:rsidRPr="00972B74">
              <w:rPr>
                <w:rFonts w:cs="Times New Roman"/>
                <w:b/>
                <w:spacing w:val="-4"/>
                <w:sz w:val="28"/>
                <w:szCs w:val="28"/>
              </w:rPr>
              <w:t>ải quyết</w:t>
            </w:r>
          </w:p>
        </w:tc>
        <w:tc>
          <w:tcPr>
            <w:tcW w:w="11340" w:type="dxa"/>
          </w:tcPr>
          <w:p w14:paraId="3778EAA7" w14:textId="77777777" w:rsidR="002F4AE9" w:rsidRPr="00972B74" w:rsidRDefault="002F4AE9" w:rsidP="007D6940">
            <w:pPr>
              <w:widowControl w:val="0"/>
              <w:rPr>
                <w:rFonts w:cs="Times New Roman"/>
                <w:sz w:val="28"/>
                <w:szCs w:val="28"/>
              </w:rPr>
            </w:pPr>
          </w:p>
        </w:tc>
      </w:tr>
      <w:tr w:rsidR="002F4AE9" w:rsidRPr="00972B74" w14:paraId="00D798D2" w14:textId="77777777" w:rsidTr="007D6940">
        <w:tc>
          <w:tcPr>
            <w:tcW w:w="3118" w:type="dxa"/>
          </w:tcPr>
          <w:p w14:paraId="0107F911" w14:textId="77777777" w:rsidR="002F4AE9" w:rsidRPr="00972B74" w:rsidRDefault="002F4AE9" w:rsidP="00F82A78">
            <w:pPr>
              <w:widowControl w:val="0"/>
              <w:spacing w:before="120"/>
              <w:jc w:val="both"/>
              <w:rPr>
                <w:rFonts w:cs="Times New Roman"/>
                <w:b/>
                <w:sz w:val="28"/>
                <w:szCs w:val="28"/>
              </w:rPr>
            </w:pPr>
            <w:r w:rsidRPr="00972B74">
              <w:rPr>
                <w:rFonts w:cs="Times New Roman"/>
                <w:sz w:val="28"/>
                <w:szCs w:val="28"/>
              </w:rPr>
              <w:t xml:space="preserve">a) Có được quy định rõ ràng, cụ thể không? </w:t>
            </w:r>
          </w:p>
        </w:tc>
        <w:tc>
          <w:tcPr>
            <w:tcW w:w="11340" w:type="dxa"/>
          </w:tcPr>
          <w:p w14:paraId="29EAA13F" w14:textId="1E4E4322" w:rsidR="002F4AE9" w:rsidRPr="00972B74" w:rsidRDefault="002E126A" w:rsidP="00F82A78">
            <w:pPr>
              <w:widowControl w:val="0"/>
              <w:spacing w:before="120"/>
              <w:rPr>
                <w:rFonts w:cs="Times New Roman"/>
                <w:sz w:val="28"/>
                <w:szCs w:val="28"/>
              </w:rPr>
            </w:pPr>
            <w:r>
              <w:rPr>
                <w:rFonts w:cs="Times New Roman"/>
                <w:sz w:val="28"/>
                <w:szCs w:val="28"/>
              </w:rPr>
              <w:t>Có [x]       Không [</w:t>
            </w:r>
            <w:r w:rsidR="002F4AE9" w:rsidRPr="00972B74">
              <w:rPr>
                <w:rFonts w:cs="Times New Roman"/>
                <w:sz w:val="28"/>
                <w:szCs w:val="28"/>
              </w:rPr>
              <w:t>]</w:t>
            </w:r>
          </w:p>
          <w:p w14:paraId="2938BDD7" w14:textId="403B70C6" w:rsidR="002F4AE9" w:rsidRPr="00972B74" w:rsidRDefault="002F4AE9" w:rsidP="00453A31">
            <w:pPr>
              <w:widowControl w:val="0"/>
              <w:jc w:val="both"/>
              <w:rPr>
                <w:rFonts w:cs="Times New Roman"/>
                <w:sz w:val="28"/>
                <w:szCs w:val="28"/>
              </w:rPr>
            </w:pPr>
            <w:r w:rsidRPr="00972B74">
              <w:rPr>
                <w:rFonts w:cs="Times New Roman"/>
                <w:sz w:val="28"/>
                <w:szCs w:val="28"/>
              </w:rPr>
              <w:t xml:space="preserve">Lý do: </w:t>
            </w:r>
            <w:r w:rsidR="00453A31">
              <w:rPr>
                <w:rFonts w:cs="Times New Roman"/>
                <w:sz w:val="28"/>
                <w:szCs w:val="28"/>
              </w:rPr>
              <w:t>Sở Nội vụ</w:t>
            </w:r>
            <w:r>
              <w:rPr>
                <w:rFonts w:cs="Times New Roman"/>
                <w:color w:val="000000"/>
                <w:sz w:val="28"/>
                <w:szCs w:val="28"/>
              </w:rPr>
              <w:t xml:space="preserve"> hoặc </w:t>
            </w:r>
            <w:r>
              <w:rPr>
                <w:rFonts w:cs="Times New Roman"/>
                <w:sz w:val="28"/>
                <w:szCs w:val="28"/>
              </w:rPr>
              <w:t xml:space="preserve">Trung tâm Phục vụ hành chính công </w:t>
            </w:r>
            <w:r w:rsidR="00453A31">
              <w:rPr>
                <w:rFonts w:cs="Times New Roman"/>
                <w:sz w:val="28"/>
                <w:szCs w:val="28"/>
              </w:rPr>
              <w:t>tỉnh</w:t>
            </w:r>
            <w:r>
              <w:rPr>
                <w:rFonts w:cs="Times New Roman"/>
                <w:sz w:val="28"/>
                <w:szCs w:val="28"/>
              </w:rPr>
              <w:t xml:space="preserve"> là </w:t>
            </w:r>
            <w:r w:rsidRPr="00972B74">
              <w:rPr>
                <w:rFonts w:cs="Times New Roman"/>
                <w:sz w:val="28"/>
                <w:szCs w:val="28"/>
              </w:rPr>
              <w:t xml:space="preserve">cơ quan </w:t>
            </w:r>
            <w:r>
              <w:rPr>
                <w:rFonts w:cs="Times New Roman"/>
                <w:sz w:val="28"/>
                <w:szCs w:val="28"/>
              </w:rPr>
              <w:t xml:space="preserve">tiếp nhận hồ sơ, </w:t>
            </w:r>
            <w:r w:rsidRPr="00972B74">
              <w:rPr>
                <w:rFonts w:cs="Times New Roman"/>
                <w:sz w:val="28"/>
                <w:szCs w:val="28"/>
              </w:rPr>
              <w:t>trả kết q</w:t>
            </w:r>
            <w:r>
              <w:rPr>
                <w:rFonts w:cs="Times New Roman"/>
                <w:sz w:val="28"/>
                <w:szCs w:val="28"/>
              </w:rPr>
              <w:t xml:space="preserve">uả; </w:t>
            </w:r>
            <w:r w:rsidR="00453A31">
              <w:rPr>
                <w:rFonts w:cs="Times New Roman"/>
                <w:sz w:val="28"/>
                <w:szCs w:val="28"/>
              </w:rPr>
              <w:t>Sở Nội vụ</w:t>
            </w:r>
            <w:r>
              <w:rPr>
                <w:rFonts w:cs="Times New Roman"/>
                <w:sz w:val="28"/>
                <w:szCs w:val="28"/>
              </w:rPr>
              <w:t xml:space="preserve"> là cơ quan giải quyết thủ tục hành chính.</w:t>
            </w:r>
          </w:p>
        </w:tc>
      </w:tr>
      <w:tr w:rsidR="002F4AE9" w:rsidRPr="00972B74" w14:paraId="5A7553D6" w14:textId="77777777" w:rsidTr="007D6940">
        <w:tc>
          <w:tcPr>
            <w:tcW w:w="3118" w:type="dxa"/>
          </w:tcPr>
          <w:p w14:paraId="6A0E527E" w14:textId="77777777" w:rsidR="002F4AE9" w:rsidRPr="00972B74" w:rsidRDefault="002F4AE9" w:rsidP="00F82A78">
            <w:pPr>
              <w:widowControl w:val="0"/>
              <w:spacing w:before="120"/>
              <w:jc w:val="both"/>
              <w:rPr>
                <w:rFonts w:cs="Times New Roman"/>
                <w:b/>
                <w:sz w:val="28"/>
                <w:szCs w:val="28"/>
              </w:rPr>
            </w:pPr>
            <w:r w:rsidRPr="00972B74">
              <w:rPr>
                <w:rFonts w:cs="Times New Roman"/>
                <w:sz w:val="28"/>
                <w:szCs w:val="28"/>
              </w:rPr>
              <w:t xml:space="preserve">b) Có thể mở rộng ủy quyền hoặc phân cấp thực hiện không? </w:t>
            </w:r>
          </w:p>
        </w:tc>
        <w:tc>
          <w:tcPr>
            <w:tcW w:w="11340" w:type="dxa"/>
          </w:tcPr>
          <w:p w14:paraId="427F95B0" w14:textId="77777777" w:rsidR="002F4AE9" w:rsidRPr="00972B74" w:rsidRDefault="002F4AE9" w:rsidP="00F82A78">
            <w:pPr>
              <w:widowControl w:val="0"/>
              <w:spacing w:before="12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[x]</w:t>
            </w:r>
          </w:p>
          <w:p w14:paraId="339E4978" w14:textId="4EF6840A" w:rsidR="002F4AE9" w:rsidRPr="00972B74" w:rsidRDefault="002F4AE9" w:rsidP="005B126A">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D</w:t>
            </w:r>
            <w:r w:rsidRPr="00972B74">
              <w:rPr>
                <w:rFonts w:cs="Times New Roman"/>
                <w:sz w:val="28"/>
                <w:szCs w:val="28"/>
              </w:rPr>
              <w:t xml:space="preserve">ự thảo đã giao </w:t>
            </w:r>
            <w:r w:rsidR="005B126A">
              <w:rPr>
                <w:rFonts w:cs="Times New Roman"/>
                <w:color w:val="000000"/>
                <w:sz w:val="28"/>
                <w:szCs w:val="28"/>
              </w:rPr>
              <w:t>Sở Nội vụ</w:t>
            </w:r>
            <w:r>
              <w:rPr>
                <w:rFonts w:cs="Times New Roman"/>
                <w:color w:val="000000"/>
                <w:sz w:val="28"/>
                <w:szCs w:val="28"/>
              </w:rPr>
              <w:t xml:space="preserve"> </w:t>
            </w:r>
            <w:r>
              <w:rPr>
                <w:rFonts w:cs="Times New Roman"/>
                <w:sz w:val="28"/>
                <w:szCs w:val="28"/>
              </w:rPr>
              <w:t xml:space="preserve">là đầu mối tiếp nhận, </w:t>
            </w:r>
            <w:r w:rsidR="005B126A">
              <w:rPr>
                <w:rFonts w:cs="Times New Roman"/>
                <w:sz w:val="28"/>
                <w:szCs w:val="28"/>
              </w:rPr>
              <w:t xml:space="preserve">thẩm định, </w:t>
            </w:r>
            <w:r>
              <w:rPr>
                <w:rFonts w:cs="Times New Roman"/>
                <w:sz w:val="28"/>
                <w:szCs w:val="28"/>
              </w:rPr>
              <w:t>đề nghị theo chức năng, nhiệm vụ được giao.</w:t>
            </w:r>
          </w:p>
        </w:tc>
      </w:tr>
      <w:tr w:rsidR="002F4AE9" w:rsidRPr="00972B74" w14:paraId="3B591AA6" w14:textId="77777777" w:rsidTr="007D6940">
        <w:tc>
          <w:tcPr>
            <w:tcW w:w="14458" w:type="dxa"/>
            <w:gridSpan w:val="2"/>
          </w:tcPr>
          <w:p w14:paraId="621E3160"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8. Phí, lệ phí và các chi phí khác (nếu có)</w:t>
            </w:r>
          </w:p>
        </w:tc>
      </w:tr>
      <w:tr w:rsidR="002F4AE9" w:rsidRPr="00972B74" w14:paraId="57CE4E06" w14:textId="77777777" w:rsidTr="007D6940">
        <w:tc>
          <w:tcPr>
            <w:tcW w:w="3118" w:type="dxa"/>
          </w:tcPr>
          <w:p w14:paraId="646025EC"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a) Có quy định về phí, lệ phí và chi phí khác không?</w:t>
            </w:r>
          </w:p>
        </w:tc>
        <w:tc>
          <w:tcPr>
            <w:tcW w:w="11340" w:type="dxa"/>
          </w:tcPr>
          <w:p w14:paraId="579BC3D9" w14:textId="04946DD2" w:rsidR="002F4AE9" w:rsidRPr="00972B74" w:rsidRDefault="002E126A" w:rsidP="00F82A78">
            <w:pPr>
              <w:widowControl w:val="0"/>
              <w:spacing w:before="120"/>
              <w:rPr>
                <w:rFonts w:cs="Times New Roman"/>
                <w:sz w:val="28"/>
                <w:szCs w:val="28"/>
              </w:rPr>
            </w:pPr>
            <w:r>
              <w:rPr>
                <w:rFonts w:cs="Times New Roman"/>
                <w:sz w:val="28"/>
                <w:szCs w:val="28"/>
              </w:rPr>
              <w:t>Lệ phí: Không [x]       Có [</w:t>
            </w:r>
            <w:r w:rsidR="002F4AE9" w:rsidRPr="00972B74">
              <w:rPr>
                <w:rFonts w:cs="Times New Roman"/>
                <w:sz w:val="28"/>
                <w:szCs w:val="28"/>
              </w:rPr>
              <w:t>]</w:t>
            </w:r>
          </w:p>
          <w:p w14:paraId="0DB53201" w14:textId="6A797157" w:rsidR="002F4AE9" w:rsidRPr="00972B74" w:rsidRDefault="002E126A" w:rsidP="007D6940">
            <w:pPr>
              <w:widowControl w:val="0"/>
              <w:rPr>
                <w:rFonts w:cs="Times New Roman"/>
                <w:sz w:val="28"/>
                <w:szCs w:val="28"/>
              </w:rPr>
            </w:pPr>
            <w:r>
              <w:rPr>
                <w:rFonts w:cs="Times New Roman"/>
                <w:sz w:val="28"/>
                <w:szCs w:val="28"/>
              </w:rPr>
              <w:t>Phí: Không [x]       Có [</w:t>
            </w:r>
            <w:r w:rsidR="002F4AE9" w:rsidRPr="00972B74">
              <w:rPr>
                <w:rFonts w:cs="Times New Roman"/>
                <w:sz w:val="28"/>
                <w:szCs w:val="28"/>
              </w:rPr>
              <w:t>]</w:t>
            </w:r>
          </w:p>
          <w:p w14:paraId="7B4BFF7D" w14:textId="4015F274" w:rsidR="002F4AE9" w:rsidRPr="00972B74" w:rsidRDefault="002F4AE9" w:rsidP="007D6940">
            <w:pPr>
              <w:widowControl w:val="0"/>
              <w:rPr>
                <w:rFonts w:cs="Times New Roman"/>
                <w:sz w:val="28"/>
                <w:szCs w:val="28"/>
              </w:rPr>
            </w:pPr>
            <w:r w:rsidRPr="00972B74">
              <w:rPr>
                <w:rFonts w:cs="Times New Roman"/>
                <w:sz w:val="28"/>
                <w:szCs w:val="28"/>
              </w:rPr>
              <w:t>Chi phí khác do dự thảo</w:t>
            </w:r>
            <w:r w:rsidR="002E126A">
              <w:rPr>
                <w:rFonts w:cs="Times New Roman"/>
                <w:sz w:val="28"/>
                <w:szCs w:val="28"/>
              </w:rPr>
              <w:t xml:space="preserve"> quy định: Không [x]       Có [</w:t>
            </w:r>
            <w:r w:rsidRPr="00972B74">
              <w:rPr>
                <w:rFonts w:cs="Times New Roman"/>
                <w:sz w:val="28"/>
                <w:szCs w:val="28"/>
              </w:rPr>
              <w:t>]</w:t>
            </w:r>
          </w:p>
          <w:p w14:paraId="2D956848" w14:textId="77777777" w:rsidR="002F4AE9" w:rsidRPr="00972B74" w:rsidRDefault="002F4AE9" w:rsidP="007D6940">
            <w:pPr>
              <w:widowControl w:val="0"/>
              <w:jc w:val="both"/>
              <w:rPr>
                <w:rFonts w:cs="Times New Roman"/>
                <w:sz w:val="28"/>
                <w:szCs w:val="28"/>
              </w:rPr>
            </w:pPr>
            <w:r w:rsidRPr="00972B74">
              <w:rPr>
                <w:rFonts w:cs="Times New Roman"/>
                <w:sz w:val="28"/>
                <w:szCs w:val="28"/>
              </w:rPr>
              <w:lastRenderedPageBreak/>
              <w:t xml:space="preserve">Dự thảo không quy định phí, lệ phí hoặc chi phí khác. </w:t>
            </w:r>
          </w:p>
        </w:tc>
      </w:tr>
      <w:tr w:rsidR="002F4AE9" w:rsidRPr="00972B74" w14:paraId="21843E7A" w14:textId="77777777" w:rsidTr="007D6940">
        <w:tc>
          <w:tcPr>
            <w:tcW w:w="3118" w:type="dxa"/>
          </w:tcPr>
          <w:p w14:paraId="20941B0B"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lastRenderedPageBreak/>
              <w:t xml:space="preserve">b) Quy định về cách thức, thời điểm nộp phí, lệ phí và các chi phí khác (nếu có) có hợp lý không? </w:t>
            </w:r>
          </w:p>
        </w:tc>
        <w:tc>
          <w:tcPr>
            <w:tcW w:w="11340" w:type="dxa"/>
          </w:tcPr>
          <w:p w14:paraId="6CDE26D2"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Không [x]       Có [ ]</w:t>
            </w:r>
          </w:p>
        </w:tc>
      </w:tr>
      <w:tr w:rsidR="002F4AE9" w:rsidRPr="00972B74" w14:paraId="75C9865D" w14:textId="77777777" w:rsidTr="007D6940">
        <w:tc>
          <w:tcPr>
            <w:tcW w:w="3118" w:type="dxa"/>
          </w:tcPr>
          <w:p w14:paraId="695D8F48"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9. Mẫu đơn, tờ khai</w:t>
            </w:r>
          </w:p>
        </w:tc>
        <w:tc>
          <w:tcPr>
            <w:tcW w:w="11340" w:type="dxa"/>
          </w:tcPr>
          <w:p w14:paraId="454EA981" w14:textId="77777777" w:rsidR="002F4AE9" w:rsidRPr="00972B74" w:rsidRDefault="002F4AE9" w:rsidP="007D6940">
            <w:pPr>
              <w:widowControl w:val="0"/>
              <w:rPr>
                <w:rFonts w:cs="Times New Roman"/>
                <w:sz w:val="28"/>
                <w:szCs w:val="28"/>
              </w:rPr>
            </w:pPr>
          </w:p>
        </w:tc>
      </w:tr>
      <w:tr w:rsidR="002F4AE9" w:rsidRPr="00972B74" w14:paraId="78FD90F7" w14:textId="77777777" w:rsidTr="007D6940">
        <w:tc>
          <w:tcPr>
            <w:tcW w:w="3118" w:type="dxa"/>
          </w:tcPr>
          <w:p w14:paraId="4F348915" w14:textId="77777777" w:rsidR="002F4AE9" w:rsidRPr="00972B74" w:rsidRDefault="002F4AE9" w:rsidP="00F82A78">
            <w:pPr>
              <w:widowControl w:val="0"/>
              <w:spacing w:before="120"/>
              <w:jc w:val="both"/>
              <w:rPr>
                <w:rFonts w:cs="Times New Roman"/>
                <w:b/>
                <w:sz w:val="28"/>
                <w:szCs w:val="28"/>
              </w:rPr>
            </w:pPr>
            <w:r w:rsidRPr="00972B74">
              <w:rPr>
                <w:rFonts w:cs="Times New Roman"/>
                <w:sz w:val="28"/>
                <w:szCs w:val="28"/>
              </w:rPr>
              <w:t>a) Có quy định về mẫu đơn, tờ khai không?</w:t>
            </w:r>
          </w:p>
        </w:tc>
        <w:tc>
          <w:tcPr>
            <w:tcW w:w="11340" w:type="dxa"/>
          </w:tcPr>
          <w:p w14:paraId="2D7BC8AA"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00CDFA07" w14:textId="56E71082" w:rsidR="002F4AE9" w:rsidRPr="00972B74" w:rsidRDefault="002F4AE9" w:rsidP="005B126A">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M</w:t>
            </w:r>
            <w:r w:rsidRPr="00972B74">
              <w:rPr>
                <w:rFonts w:cs="Times New Roman"/>
                <w:sz w:val="28"/>
                <w:szCs w:val="28"/>
              </w:rPr>
              <w:t xml:space="preserve">ẫu </w:t>
            </w:r>
            <w:r>
              <w:rPr>
                <w:rFonts w:cs="Times New Roman"/>
                <w:sz w:val="28"/>
                <w:szCs w:val="28"/>
              </w:rPr>
              <w:t xml:space="preserve">Văn bản đề nghị của tập thể; mẫu đơn của cá nhân, hộ gia đình </w:t>
            </w:r>
            <w:r w:rsidRPr="00972B74">
              <w:rPr>
                <w:rFonts w:cs="Times New Roman"/>
                <w:sz w:val="28"/>
                <w:szCs w:val="28"/>
              </w:rPr>
              <w:t xml:space="preserve">giúp </w:t>
            </w:r>
            <w:r>
              <w:rPr>
                <w:rFonts w:cs="Times New Roman"/>
                <w:sz w:val="28"/>
                <w:szCs w:val="28"/>
              </w:rPr>
              <w:t xml:space="preserve">đảm bảo về đối tượng, rõ ràng về </w:t>
            </w:r>
            <w:r w:rsidR="005B126A">
              <w:rPr>
                <w:rFonts w:cs="Times New Roman"/>
                <w:sz w:val="28"/>
                <w:szCs w:val="28"/>
              </w:rPr>
              <w:t>thông tin đề nghị điều chỉnh</w:t>
            </w:r>
            <w:r>
              <w:rPr>
                <w:rFonts w:cs="Times New Roman"/>
                <w:sz w:val="28"/>
                <w:szCs w:val="28"/>
              </w:rPr>
              <w:t xml:space="preserve"> và quá trình lưu trữ hồ sơ.</w:t>
            </w:r>
          </w:p>
        </w:tc>
      </w:tr>
      <w:tr w:rsidR="002F4AE9" w:rsidRPr="00A94BB0" w14:paraId="1D726766" w14:textId="77777777" w:rsidTr="007D6940">
        <w:tc>
          <w:tcPr>
            <w:tcW w:w="3118" w:type="dxa"/>
          </w:tcPr>
          <w:p w14:paraId="4F0CAE0D" w14:textId="77777777" w:rsidR="002F4AE9" w:rsidRDefault="002F4AE9" w:rsidP="00F82A78">
            <w:pPr>
              <w:widowControl w:val="0"/>
              <w:spacing w:before="120"/>
              <w:jc w:val="both"/>
              <w:rPr>
                <w:rFonts w:cs="Times New Roman"/>
                <w:sz w:val="28"/>
                <w:szCs w:val="28"/>
              </w:rPr>
            </w:pPr>
            <w:r>
              <w:rPr>
                <w:rFonts w:cs="Times New Roman"/>
                <w:sz w:val="28"/>
                <w:szCs w:val="28"/>
              </w:rPr>
              <w:t>b) Tên mẫu đơn, tờ khai</w:t>
            </w:r>
            <w:r w:rsidRPr="00972B74">
              <w:rPr>
                <w:rFonts w:cs="Times New Roman"/>
                <w:sz w:val="28"/>
                <w:szCs w:val="28"/>
              </w:rPr>
              <w:t>:</w:t>
            </w:r>
            <w:r>
              <w:rPr>
                <w:rFonts w:cs="Times New Roman"/>
                <w:sz w:val="28"/>
                <w:szCs w:val="28"/>
              </w:rPr>
              <w:t xml:space="preserve"> </w:t>
            </w:r>
          </w:p>
          <w:p w14:paraId="32AF5D4D" w14:textId="7166B41E" w:rsidR="005B126A" w:rsidRPr="005B126A" w:rsidRDefault="005B126A" w:rsidP="005B126A">
            <w:pPr>
              <w:widowControl w:val="0"/>
              <w:jc w:val="both"/>
              <w:rPr>
                <w:rFonts w:cs="Times New Roman"/>
                <w:b/>
                <w:i/>
                <w:sz w:val="28"/>
                <w:szCs w:val="28"/>
              </w:rPr>
            </w:pPr>
            <w:r w:rsidRPr="005B126A">
              <w:rPr>
                <w:rFonts w:cs="Times New Roman"/>
                <w:i/>
                <w:sz w:val="28"/>
                <w:szCs w:val="28"/>
              </w:rPr>
              <w:t>Mẫu văn bản đề nghị điều chỉnh thông tin quyết định khen thưởng (áp dụng đối với tập thể)</w:t>
            </w:r>
            <w:r>
              <w:rPr>
                <w:rFonts w:cs="Times New Roman"/>
                <w:i/>
                <w:sz w:val="28"/>
                <w:szCs w:val="28"/>
              </w:rPr>
              <w:t xml:space="preserve">; </w:t>
            </w:r>
            <w:r w:rsidRPr="005B126A">
              <w:rPr>
                <w:rFonts w:cs="Times New Roman"/>
                <w:i/>
                <w:sz w:val="28"/>
                <w:szCs w:val="28"/>
              </w:rPr>
              <w:t>Mẫu đơn đề nghị điều chỉnh thông tin quyết định khen thưởng (áp dụng đối với cá nhân, hộ gia đình)</w:t>
            </w:r>
          </w:p>
        </w:tc>
        <w:tc>
          <w:tcPr>
            <w:tcW w:w="11340" w:type="dxa"/>
          </w:tcPr>
          <w:p w14:paraId="0C9B24DF" w14:textId="77777777" w:rsidR="002F4AE9" w:rsidRDefault="002F4AE9" w:rsidP="00F82A78">
            <w:pPr>
              <w:widowControl w:val="0"/>
              <w:spacing w:before="120"/>
              <w:jc w:val="both"/>
              <w:rPr>
                <w:rFonts w:cs="Times New Roman"/>
                <w:sz w:val="28"/>
                <w:szCs w:val="28"/>
              </w:rPr>
            </w:pPr>
            <w:r>
              <w:rPr>
                <w:rFonts w:cs="Times New Roman"/>
                <w:sz w:val="28"/>
                <w:szCs w:val="28"/>
              </w:rPr>
              <w:t>- Nêu rõ những nội dung (nhóm) thông tin cần cung cấp trong mẫu đơn, tờ khai:</w:t>
            </w:r>
          </w:p>
          <w:p w14:paraId="3455F5F9" w14:textId="7EF52357" w:rsidR="005B126A" w:rsidRPr="005B126A" w:rsidRDefault="002F4AE9" w:rsidP="005B126A">
            <w:pPr>
              <w:widowControl w:val="0"/>
              <w:jc w:val="both"/>
              <w:rPr>
                <w:rFonts w:cs="Times New Roman"/>
                <w:sz w:val="28"/>
                <w:szCs w:val="28"/>
              </w:rPr>
            </w:pPr>
            <w:r>
              <w:rPr>
                <w:rFonts w:cs="Times New Roman"/>
                <w:sz w:val="28"/>
                <w:szCs w:val="28"/>
              </w:rPr>
              <w:t>+ Nội dung thông tin</w:t>
            </w:r>
            <w:r w:rsidRPr="00972B74">
              <w:rPr>
                <w:rFonts w:cs="Times New Roman"/>
                <w:sz w:val="28"/>
                <w:szCs w:val="28"/>
              </w:rPr>
              <w:t xml:space="preserve">: </w:t>
            </w:r>
            <w:r w:rsidR="005B126A" w:rsidRPr="005B126A">
              <w:rPr>
                <w:rFonts w:cs="Times New Roman"/>
                <w:sz w:val="28"/>
                <w:szCs w:val="28"/>
              </w:rPr>
              <w:t xml:space="preserve">Tên tập thể </w:t>
            </w:r>
            <w:r w:rsidR="005B126A">
              <w:rPr>
                <w:rFonts w:cs="Times New Roman"/>
                <w:sz w:val="28"/>
                <w:szCs w:val="28"/>
              </w:rPr>
              <w:t xml:space="preserve">(cá nhân, hộ gia đình) </w:t>
            </w:r>
            <w:r w:rsidR="005B126A" w:rsidRPr="005B126A">
              <w:rPr>
                <w:rFonts w:cs="Times New Roman"/>
                <w:sz w:val="28"/>
                <w:szCs w:val="28"/>
              </w:rPr>
              <w:t>đề nghị điều chỉnh; Thuộc/trực thuộc; Địa chỉ hiện nay</w:t>
            </w:r>
            <w:r w:rsidR="005B126A">
              <w:rPr>
                <w:rFonts w:cs="Times New Roman"/>
                <w:sz w:val="28"/>
                <w:szCs w:val="28"/>
              </w:rPr>
              <w:t xml:space="preserve"> (Căn cước công dân)</w:t>
            </w:r>
            <w:r w:rsidR="005B126A" w:rsidRPr="005B126A">
              <w:rPr>
                <w:rFonts w:cs="Times New Roman"/>
                <w:sz w:val="28"/>
                <w:szCs w:val="28"/>
              </w:rPr>
              <w:t>; Điện thoại liên hệ; Đã được tặng thưởng; Theo Quyết định số; Đơn vị trình khen; Thông tin khen thưởng bị sai; Đề nghị điều chỉnh thông tin thành…</w:t>
            </w:r>
          </w:p>
          <w:p w14:paraId="21C873C7" w14:textId="7F1A7627" w:rsidR="002F4AE9" w:rsidRPr="00A94BB0" w:rsidRDefault="002F4AE9" w:rsidP="007D6940">
            <w:pPr>
              <w:widowControl w:val="0"/>
              <w:jc w:val="both"/>
              <w:rPr>
                <w:rFonts w:cs="Times New Roman"/>
                <w:sz w:val="28"/>
                <w:szCs w:val="28"/>
              </w:rPr>
            </w:pPr>
            <w:r>
              <w:rPr>
                <w:rFonts w:cs="Times New Roman"/>
                <w:sz w:val="28"/>
                <w:szCs w:val="28"/>
              </w:rPr>
              <w:t xml:space="preserve">Lý do quy định: Là căn cứ để thẩm định, </w:t>
            </w:r>
            <w:r w:rsidR="005B126A">
              <w:rPr>
                <w:rFonts w:cs="Times New Roman"/>
                <w:sz w:val="28"/>
                <w:szCs w:val="28"/>
              </w:rPr>
              <w:t>đề nghị điều chỉnh thông tin Quyết định khen thưởng</w:t>
            </w:r>
            <w:r>
              <w:rPr>
                <w:rFonts w:cs="Times New Roman"/>
                <w:sz w:val="28"/>
                <w:szCs w:val="28"/>
              </w:rPr>
              <w:t xml:space="preserve">, đảm bảo chính xác tên tập thể, cá nhân, hộ gia đình được in trong </w:t>
            </w:r>
            <w:r w:rsidR="005B126A">
              <w:rPr>
                <w:rFonts w:cs="Times New Roman"/>
                <w:sz w:val="28"/>
                <w:szCs w:val="28"/>
              </w:rPr>
              <w:t>Quyết định điều chỉnh thông tin và hiện vật khen thưởng.</w:t>
            </w:r>
          </w:p>
          <w:p w14:paraId="220E662C" w14:textId="77777777" w:rsidR="002F4AE9" w:rsidRPr="00A94BB0" w:rsidRDefault="002F4AE9" w:rsidP="007D6940">
            <w:pPr>
              <w:widowControl w:val="0"/>
              <w:rPr>
                <w:rFonts w:cs="Times New Roman"/>
                <w:sz w:val="28"/>
                <w:szCs w:val="28"/>
                <w:lang w:val="vi-VN"/>
              </w:rPr>
            </w:pPr>
            <w:r>
              <w:rPr>
                <w:rFonts w:cs="Times New Roman"/>
                <w:sz w:val="28"/>
                <w:szCs w:val="28"/>
              </w:rPr>
              <w:t xml:space="preserve">- </w:t>
            </w:r>
            <w:r w:rsidRPr="00A94BB0">
              <w:rPr>
                <w:rFonts w:cs="Times New Roman"/>
                <w:sz w:val="28"/>
                <w:szCs w:val="28"/>
                <w:lang w:val="vi-VN"/>
              </w:rPr>
              <w:t>Có quy định việc xác nhận tại đơn không? Có []       Không [</w:t>
            </w:r>
            <w:r>
              <w:rPr>
                <w:rFonts w:cs="Times New Roman"/>
                <w:sz w:val="28"/>
                <w:szCs w:val="28"/>
              </w:rPr>
              <w:t>x</w:t>
            </w:r>
            <w:r w:rsidRPr="00A94BB0">
              <w:rPr>
                <w:rFonts w:cs="Times New Roman"/>
                <w:sz w:val="28"/>
                <w:szCs w:val="28"/>
                <w:lang w:val="vi-VN"/>
              </w:rPr>
              <w:t>]</w:t>
            </w:r>
          </w:p>
        </w:tc>
      </w:tr>
      <w:tr w:rsidR="002F4AE9" w:rsidRPr="00A94BB0" w14:paraId="6901709E" w14:textId="77777777" w:rsidTr="007D6940">
        <w:tc>
          <w:tcPr>
            <w:tcW w:w="3118" w:type="dxa"/>
          </w:tcPr>
          <w:p w14:paraId="48F57D7C" w14:textId="77777777" w:rsidR="002F4AE9" w:rsidRDefault="002F4AE9" w:rsidP="00F82A78">
            <w:pPr>
              <w:widowControl w:val="0"/>
              <w:spacing w:before="120"/>
              <w:jc w:val="both"/>
              <w:rPr>
                <w:rFonts w:cs="Times New Roman"/>
                <w:sz w:val="28"/>
                <w:szCs w:val="28"/>
              </w:rPr>
            </w:pPr>
            <w:r>
              <w:rPr>
                <w:rFonts w:cs="Times New Roman"/>
                <w:sz w:val="28"/>
                <w:szCs w:val="28"/>
              </w:rPr>
              <w:t>c) Ngôn ngữ</w:t>
            </w:r>
          </w:p>
        </w:tc>
        <w:tc>
          <w:tcPr>
            <w:tcW w:w="11340" w:type="dxa"/>
          </w:tcPr>
          <w:p w14:paraId="0CDBD830" w14:textId="77777777" w:rsidR="002F4AE9" w:rsidRDefault="002F4AE9" w:rsidP="00F82A78">
            <w:pPr>
              <w:widowControl w:val="0"/>
              <w:spacing w:before="120"/>
              <w:jc w:val="both"/>
              <w:rPr>
                <w:rFonts w:cs="Times New Roman"/>
                <w:sz w:val="28"/>
                <w:szCs w:val="28"/>
              </w:rPr>
            </w:pPr>
            <w:r>
              <w:rPr>
                <w:rFonts w:cs="Times New Roman"/>
                <w:sz w:val="28"/>
                <w:szCs w:val="28"/>
              </w:rPr>
              <w:t xml:space="preserve">- Tiếng Việt </w:t>
            </w:r>
            <w:r w:rsidRPr="00972B74">
              <w:rPr>
                <w:rFonts w:cs="Times New Roman"/>
                <w:sz w:val="28"/>
                <w:szCs w:val="28"/>
              </w:rPr>
              <w:t xml:space="preserve">[x]       </w:t>
            </w:r>
            <w:r>
              <w:rPr>
                <w:rFonts w:cs="Times New Roman"/>
                <w:sz w:val="28"/>
                <w:szCs w:val="28"/>
              </w:rPr>
              <w:t>Song ngữ</w:t>
            </w:r>
            <w:r w:rsidRPr="00972B74">
              <w:rPr>
                <w:rFonts w:cs="Times New Roman"/>
                <w:sz w:val="28"/>
                <w:szCs w:val="28"/>
              </w:rPr>
              <w:t xml:space="preserve"> [ ]</w:t>
            </w:r>
          </w:p>
        </w:tc>
      </w:tr>
      <w:tr w:rsidR="002F4AE9" w:rsidRPr="00972B74" w14:paraId="786C0BD7" w14:textId="77777777" w:rsidTr="007D6940">
        <w:tc>
          <w:tcPr>
            <w:tcW w:w="14458" w:type="dxa"/>
            <w:gridSpan w:val="2"/>
          </w:tcPr>
          <w:p w14:paraId="774A4CAA"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10. Yêu cầu, điều kiện</w:t>
            </w:r>
          </w:p>
        </w:tc>
      </w:tr>
      <w:tr w:rsidR="002F4AE9" w:rsidRPr="00972B74" w14:paraId="269D0D9D" w14:textId="77777777" w:rsidTr="007D6940">
        <w:tc>
          <w:tcPr>
            <w:tcW w:w="3118" w:type="dxa"/>
          </w:tcPr>
          <w:p w14:paraId="640F417F" w14:textId="77777777" w:rsidR="002F4AE9" w:rsidRPr="00972B74" w:rsidRDefault="002F4AE9" w:rsidP="00F82A78">
            <w:pPr>
              <w:widowControl w:val="0"/>
              <w:spacing w:before="120"/>
              <w:rPr>
                <w:rFonts w:cs="Times New Roman"/>
                <w:b/>
                <w:sz w:val="28"/>
                <w:szCs w:val="28"/>
              </w:rPr>
            </w:pPr>
            <w:r w:rsidRPr="00972B74">
              <w:rPr>
                <w:rFonts w:cs="Times New Roman"/>
                <w:sz w:val="28"/>
                <w:szCs w:val="28"/>
              </w:rPr>
              <w:t xml:space="preserve">Có quy định yêu cầu, điều kiện không? </w:t>
            </w:r>
          </w:p>
        </w:tc>
        <w:tc>
          <w:tcPr>
            <w:tcW w:w="11340" w:type="dxa"/>
          </w:tcPr>
          <w:p w14:paraId="385091DC" w14:textId="77777777" w:rsidR="002F4AE9" w:rsidRPr="00972B74" w:rsidRDefault="002F4AE9" w:rsidP="00F82A78">
            <w:pPr>
              <w:widowControl w:val="0"/>
              <w:spacing w:before="12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 xml:space="preserve"> ]</w:t>
            </w:r>
          </w:p>
          <w:p w14:paraId="05F86DE8" w14:textId="77777777" w:rsidR="002F4AE9" w:rsidRPr="00972B74" w:rsidRDefault="002F4AE9" w:rsidP="007D6940">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Đ</w:t>
            </w:r>
            <w:r w:rsidRPr="00972B74">
              <w:rPr>
                <w:rFonts w:cs="Times New Roman"/>
                <w:sz w:val="28"/>
                <w:szCs w:val="28"/>
              </w:rPr>
              <w:t xml:space="preserve">ược xác định theo </w:t>
            </w:r>
            <w:r>
              <w:rPr>
                <w:rFonts w:cs="Times New Roman"/>
                <w:sz w:val="28"/>
                <w:szCs w:val="28"/>
              </w:rPr>
              <w:t>pháp luật về thi đua, khen thưởng.</w:t>
            </w:r>
          </w:p>
        </w:tc>
      </w:tr>
      <w:tr w:rsidR="002F4AE9" w:rsidRPr="00972B74" w14:paraId="45D6F7B8" w14:textId="77777777" w:rsidTr="007D6940">
        <w:tc>
          <w:tcPr>
            <w:tcW w:w="14458" w:type="dxa"/>
            <w:gridSpan w:val="2"/>
          </w:tcPr>
          <w:p w14:paraId="260FC3CB"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11. Kết quả thực hiện</w:t>
            </w:r>
          </w:p>
        </w:tc>
      </w:tr>
      <w:tr w:rsidR="002F4AE9" w:rsidRPr="00972B74" w14:paraId="08B9F1D8" w14:textId="77777777" w:rsidTr="007D6940">
        <w:tc>
          <w:tcPr>
            <w:tcW w:w="3118" w:type="dxa"/>
          </w:tcPr>
          <w:p w14:paraId="62EA37CA" w14:textId="77777777" w:rsidR="002F4AE9" w:rsidRPr="00972B74" w:rsidRDefault="002F4AE9" w:rsidP="00F82A78">
            <w:pPr>
              <w:widowControl w:val="0"/>
              <w:spacing w:before="120"/>
              <w:rPr>
                <w:rFonts w:cs="Times New Roman"/>
                <w:sz w:val="28"/>
                <w:szCs w:val="28"/>
              </w:rPr>
            </w:pPr>
            <w:r w:rsidRPr="00972B74">
              <w:rPr>
                <w:rFonts w:cs="Times New Roman"/>
                <w:sz w:val="28"/>
                <w:szCs w:val="28"/>
              </w:rPr>
              <w:lastRenderedPageBreak/>
              <w:t>a) Hình thức kết quả:</w:t>
            </w:r>
          </w:p>
        </w:tc>
        <w:tc>
          <w:tcPr>
            <w:tcW w:w="11340" w:type="dxa"/>
          </w:tcPr>
          <w:p w14:paraId="4E6B3A71" w14:textId="2DF70258" w:rsidR="002F4AE9" w:rsidRPr="00972B74" w:rsidRDefault="002E126A" w:rsidP="00F82A78">
            <w:pPr>
              <w:widowControl w:val="0"/>
              <w:spacing w:before="120"/>
              <w:rPr>
                <w:rFonts w:cs="Times New Roman"/>
                <w:sz w:val="28"/>
                <w:szCs w:val="28"/>
              </w:rPr>
            </w:pPr>
            <w:r>
              <w:rPr>
                <w:rFonts w:cs="Times New Roman"/>
                <w:sz w:val="28"/>
                <w:szCs w:val="28"/>
              </w:rPr>
              <w:t xml:space="preserve">- Giấy phép </w:t>
            </w:r>
            <w:proofErr w:type="gramStart"/>
            <w:r>
              <w:rPr>
                <w:rFonts w:cs="Times New Roman"/>
                <w:sz w:val="28"/>
                <w:szCs w:val="28"/>
              </w:rPr>
              <w:t>[</w:t>
            </w:r>
            <w:r w:rsidR="002F4AE9" w:rsidRPr="00972B74">
              <w:rPr>
                <w:rFonts w:cs="Times New Roman"/>
                <w:sz w:val="28"/>
                <w:szCs w:val="28"/>
              </w:rPr>
              <w:t xml:space="preserve">]   </w:t>
            </w:r>
            <w:proofErr w:type="gramEnd"/>
            <w:r w:rsidR="002F4AE9" w:rsidRPr="00972B74">
              <w:rPr>
                <w:rFonts w:cs="Times New Roman"/>
                <w:sz w:val="28"/>
                <w:szCs w:val="28"/>
              </w:rPr>
              <w:t xml:space="preserve">Giấy </w:t>
            </w:r>
            <w:r>
              <w:rPr>
                <w:rFonts w:cs="Times New Roman"/>
                <w:sz w:val="28"/>
                <w:szCs w:val="28"/>
              </w:rPr>
              <w:t>chứng nhận []   Giấy đăng ký []   Chứng chỉ []   Thẻ [</w:t>
            </w:r>
            <w:r w:rsidR="002F4AE9" w:rsidRPr="00972B74">
              <w:rPr>
                <w:rFonts w:cs="Times New Roman"/>
                <w:sz w:val="28"/>
                <w:szCs w:val="28"/>
              </w:rPr>
              <w:t>]</w:t>
            </w:r>
          </w:p>
          <w:p w14:paraId="02ADD6C6" w14:textId="77777777" w:rsidR="002F4AE9" w:rsidRPr="00972B74" w:rsidRDefault="002F4AE9" w:rsidP="007D6940">
            <w:pPr>
              <w:widowControl w:val="0"/>
              <w:rPr>
                <w:rFonts w:cs="Times New Roman"/>
                <w:sz w:val="28"/>
                <w:szCs w:val="28"/>
              </w:rPr>
            </w:pPr>
            <w:r w:rsidRPr="00972B74">
              <w:rPr>
                <w:rFonts w:cs="Times New Roman"/>
                <w:sz w:val="28"/>
                <w:szCs w:val="28"/>
              </w:rPr>
              <w:t>- Quyết định hành chính [x]</w:t>
            </w:r>
          </w:p>
          <w:p w14:paraId="6215159C" w14:textId="77777777" w:rsidR="002F4AE9" w:rsidRDefault="002F4AE9" w:rsidP="007D6940">
            <w:pPr>
              <w:widowControl w:val="0"/>
              <w:rPr>
                <w:rFonts w:cs="Times New Roman"/>
                <w:sz w:val="28"/>
                <w:szCs w:val="28"/>
              </w:rPr>
            </w:pPr>
            <w:r w:rsidRPr="00972B74">
              <w:rPr>
                <w:rFonts w:cs="Times New Roman"/>
                <w:sz w:val="28"/>
                <w:szCs w:val="28"/>
              </w:rPr>
              <w:t xml:space="preserve">- Văn bản xác nhận/chấp thuận [] </w:t>
            </w:r>
          </w:p>
          <w:p w14:paraId="5DEAFDE7" w14:textId="77777777" w:rsidR="002F4AE9" w:rsidRDefault="002F4AE9" w:rsidP="007D6940">
            <w:pPr>
              <w:widowControl w:val="0"/>
              <w:rPr>
                <w:rFonts w:cs="Times New Roman"/>
                <w:sz w:val="28"/>
                <w:szCs w:val="28"/>
              </w:rPr>
            </w:pPr>
            <w:r>
              <w:rPr>
                <w:rFonts w:cs="Times New Roman"/>
                <w:sz w:val="28"/>
                <w:szCs w:val="28"/>
              </w:rPr>
              <w:t xml:space="preserve">- Loại khác </w:t>
            </w:r>
            <w:r w:rsidRPr="00972B74">
              <w:rPr>
                <w:rFonts w:cs="Times New Roman"/>
                <w:sz w:val="28"/>
                <w:szCs w:val="28"/>
              </w:rPr>
              <w:t>[</w:t>
            </w:r>
            <w:r>
              <w:rPr>
                <w:rFonts w:cs="Times New Roman"/>
                <w:sz w:val="28"/>
                <w:szCs w:val="28"/>
              </w:rPr>
              <w:t>x</w:t>
            </w:r>
            <w:r w:rsidRPr="00972B74">
              <w:rPr>
                <w:rFonts w:cs="Times New Roman"/>
                <w:sz w:val="28"/>
                <w:szCs w:val="28"/>
              </w:rPr>
              <w:t xml:space="preserve">] </w:t>
            </w:r>
            <w:r>
              <w:rPr>
                <w:rFonts w:cs="Times New Roman"/>
                <w:sz w:val="28"/>
                <w:szCs w:val="28"/>
              </w:rPr>
              <w:t>Đề nghị nêu rõ: Hiện vật khen thưởng được cấp lại.</w:t>
            </w:r>
          </w:p>
          <w:p w14:paraId="1B1B7DE8" w14:textId="77777777" w:rsidR="002F4AE9" w:rsidRPr="00972B74" w:rsidRDefault="002F4AE9" w:rsidP="007D6940">
            <w:pPr>
              <w:widowControl w:val="0"/>
              <w:rPr>
                <w:rFonts w:cs="Times New Roman"/>
                <w:sz w:val="28"/>
                <w:szCs w:val="28"/>
              </w:rPr>
            </w:pPr>
            <w:r w:rsidRPr="00972B74">
              <w:rPr>
                <w:rFonts w:cs="Times New Roman"/>
                <w:sz w:val="28"/>
                <w:szCs w:val="28"/>
              </w:rPr>
              <w:t>Kết quả thực hiện TTHC: Bản giấy [x]       Bản điện tử [</w:t>
            </w:r>
            <w:r>
              <w:rPr>
                <w:rFonts w:cs="Times New Roman"/>
                <w:sz w:val="28"/>
                <w:szCs w:val="28"/>
              </w:rPr>
              <w:t>x</w:t>
            </w:r>
            <w:r w:rsidRPr="00972B74">
              <w:rPr>
                <w:rFonts w:cs="Times New Roman"/>
                <w:sz w:val="28"/>
                <w:szCs w:val="28"/>
              </w:rPr>
              <w:t>]</w:t>
            </w:r>
          </w:p>
        </w:tc>
      </w:tr>
      <w:tr w:rsidR="002F4AE9" w:rsidRPr="00972B74" w14:paraId="1A02AB37" w14:textId="77777777" w:rsidTr="007D6940">
        <w:tc>
          <w:tcPr>
            <w:tcW w:w="3118" w:type="dxa"/>
          </w:tcPr>
          <w:p w14:paraId="607FA6A9"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 xml:space="preserve">b) Kết quả có được mẫu hóa phù hợp không? </w:t>
            </w:r>
          </w:p>
        </w:tc>
        <w:tc>
          <w:tcPr>
            <w:tcW w:w="11340" w:type="dxa"/>
          </w:tcPr>
          <w:p w14:paraId="1C298E45" w14:textId="77777777" w:rsidR="002F4AE9" w:rsidRPr="00972B74" w:rsidRDefault="002F4AE9" w:rsidP="00F82A78">
            <w:pPr>
              <w:widowControl w:val="0"/>
              <w:spacing w:before="120"/>
              <w:rPr>
                <w:rFonts w:cs="Times New Roman"/>
                <w:sz w:val="28"/>
                <w:szCs w:val="28"/>
              </w:rPr>
            </w:pPr>
            <w:r>
              <w:rPr>
                <w:rFonts w:cs="Times New Roman"/>
                <w:sz w:val="28"/>
                <w:szCs w:val="28"/>
              </w:rPr>
              <w:t>Có [x]       Không [</w:t>
            </w:r>
            <w:r w:rsidRPr="00972B74">
              <w:rPr>
                <w:rFonts w:cs="Times New Roman"/>
                <w:sz w:val="28"/>
                <w:szCs w:val="28"/>
              </w:rPr>
              <w:t>]</w:t>
            </w:r>
          </w:p>
          <w:p w14:paraId="01439DA0" w14:textId="357ED48A" w:rsidR="002F4AE9" w:rsidRPr="00972B74" w:rsidRDefault="002F4AE9" w:rsidP="005B126A">
            <w:pPr>
              <w:widowControl w:val="0"/>
              <w:jc w:val="both"/>
              <w:rPr>
                <w:rFonts w:cs="Times New Roman"/>
                <w:sz w:val="28"/>
                <w:szCs w:val="28"/>
              </w:rPr>
            </w:pPr>
            <w:r w:rsidRPr="00972B74">
              <w:rPr>
                <w:rFonts w:cs="Times New Roman"/>
                <w:sz w:val="28"/>
                <w:szCs w:val="28"/>
              </w:rPr>
              <w:t xml:space="preserve">Lý do: </w:t>
            </w:r>
            <w:r w:rsidR="005B126A">
              <w:rPr>
                <w:rFonts w:cs="Times New Roman"/>
                <w:sz w:val="28"/>
                <w:szCs w:val="28"/>
              </w:rPr>
              <w:t xml:space="preserve">Quyết định hành chính theo quy định; </w:t>
            </w:r>
            <w:r>
              <w:rPr>
                <w:rFonts w:cs="Times New Roman"/>
                <w:sz w:val="28"/>
                <w:szCs w:val="28"/>
              </w:rPr>
              <w:t>Hiện vật</w:t>
            </w:r>
            <w:r w:rsidRPr="00972B74">
              <w:rPr>
                <w:rFonts w:cs="Times New Roman"/>
                <w:sz w:val="28"/>
                <w:szCs w:val="28"/>
              </w:rPr>
              <w:t xml:space="preserve"> </w:t>
            </w:r>
            <w:r w:rsidR="005B126A">
              <w:rPr>
                <w:rFonts w:cs="Times New Roman"/>
                <w:sz w:val="28"/>
                <w:szCs w:val="28"/>
              </w:rPr>
              <w:t xml:space="preserve">khen thưởng </w:t>
            </w:r>
            <w:r w:rsidRPr="00972B74">
              <w:rPr>
                <w:rFonts w:cs="Times New Roman"/>
                <w:sz w:val="28"/>
                <w:szCs w:val="28"/>
              </w:rPr>
              <w:t xml:space="preserve">thực hiện theo </w:t>
            </w:r>
            <w:r>
              <w:rPr>
                <w:rFonts w:cs="Times New Roman"/>
                <w:sz w:val="28"/>
                <w:szCs w:val="28"/>
              </w:rPr>
              <w:t>mẫu tại Quyết định của Thủ tướng Chính phủ</w:t>
            </w:r>
            <w:r w:rsidRPr="00972B74">
              <w:rPr>
                <w:rFonts w:cs="Times New Roman"/>
                <w:sz w:val="28"/>
                <w:szCs w:val="28"/>
              </w:rPr>
              <w:t>, bảo đảm t</w:t>
            </w:r>
            <w:r>
              <w:rPr>
                <w:rFonts w:cs="Times New Roman"/>
                <w:sz w:val="28"/>
                <w:szCs w:val="28"/>
              </w:rPr>
              <w:t>hống nhất, dễ theo dõi, lưu trữ.</w:t>
            </w:r>
          </w:p>
        </w:tc>
      </w:tr>
      <w:tr w:rsidR="002F4AE9" w:rsidRPr="00972B74" w14:paraId="3400465C" w14:textId="77777777" w:rsidTr="007D6940">
        <w:tc>
          <w:tcPr>
            <w:tcW w:w="3118" w:type="dxa"/>
          </w:tcPr>
          <w:p w14:paraId="736F1746"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 xml:space="preserve">c) Thời hạn có giá trị hiệu lực: </w:t>
            </w:r>
          </w:p>
        </w:tc>
        <w:tc>
          <w:tcPr>
            <w:tcW w:w="11340" w:type="dxa"/>
          </w:tcPr>
          <w:p w14:paraId="07DCC9EA" w14:textId="496619C7" w:rsidR="002F4AE9" w:rsidRPr="00972B74" w:rsidRDefault="002E126A" w:rsidP="00F82A78">
            <w:pPr>
              <w:widowControl w:val="0"/>
              <w:spacing w:before="120"/>
              <w:rPr>
                <w:rFonts w:cs="Times New Roman"/>
                <w:sz w:val="28"/>
                <w:szCs w:val="28"/>
              </w:rPr>
            </w:pPr>
            <w:r>
              <w:rPr>
                <w:rFonts w:cs="Times New Roman"/>
                <w:sz w:val="28"/>
                <w:szCs w:val="28"/>
              </w:rPr>
              <w:t xml:space="preserve">Có </w:t>
            </w:r>
            <w:proofErr w:type="gramStart"/>
            <w:r>
              <w:rPr>
                <w:rFonts w:cs="Times New Roman"/>
                <w:sz w:val="28"/>
                <w:szCs w:val="28"/>
              </w:rPr>
              <w:t>[</w:t>
            </w:r>
            <w:r w:rsidR="002F4AE9" w:rsidRPr="00972B74">
              <w:rPr>
                <w:rFonts w:cs="Times New Roman"/>
                <w:sz w:val="28"/>
                <w:szCs w:val="28"/>
              </w:rPr>
              <w:t xml:space="preserve">]   </w:t>
            </w:r>
            <w:proofErr w:type="gramEnd"/>
            <w:r w:rsidR="002F4AE9" w:rsidRPr="00972B74">
              <w:rPr>
                <w:rFonts w:cs="Times New Roman"/>
                <w:sz w:val="28"/>
                <w:szCs w:val="28"/>
              </w:rPr>
              <w:t xml:space="preserve">    Không [x]</w:t>
            </w:r>
          </w:p>
          <w:p w14:paraId="3C3ABA0D" w14:textId="77777777" w:rsidR="002F4AE9" w:rsidRPr="00972B74" w:rsidRDefault="002F4AE9" w:rsidP="007D6940">
            <w:pPr>
              <w:widowControl w:val="0"/>
              <w:rPr>
                <w:rFonts w:cs="Times New Roman"/>
                <w:sz w:val="28"/>
                <w:szCs w:val="28"/>
              </w:rPr>
            </w:pPr>
            <w:r w:rsidRPr="00972B74">
              <w:rPr>
                <w:rFonts w:cs="Times New Roman"/>
                <w:sz w:val="28"/>
                <w:szCs w:val="28"/>
              </w:rPr>
              <w:t>K</w:t>
            </w:r>
            <w:r>
              <w:rPr>
                <w:rFonts w:cs="Times New Roman"/>
                <w:sz w:val="28"/>
                <w:szCs w:val="28"/>
              </w:rPr>
              <w:t>hông quy định thời hạn hiệu lực.</w:t>
            </w:r>
          </w:p>
        </w:tc>
      </w:tr>
      <w:tr w:rsidR="002F4AE9" w:rsidRPr="00972B74" w14:paraId="77BDB612" w14:textId="77777777" w:rsidTr="007D6940">
        <w:tc>
          <w:tcPr>
            <w:tcW w:w="3118" w:type="dxa"/>
          </w:tcPr>
          <w:p w14:paraId="099815C3" w14:textId="77777777" w:rsidR="002F4AE9" w:rsidRPr="00972B74" w:rsidRDefault="002F4AE9" w:rsidP="00F82A78">
            <w:pPr>
              <w:widowControl w:val="0"/>
              <w:spacing w:before="120"/>
              <w:jc w:val="both"/>
              <w:rPr>
                <w:rFonts w:cs="Times New Roman"/>
                <w:sz w:val="28"/>
                <w:szCs w:val="28"/>
              </w:rPr>
            </w:pPr>
            <w:r w:rsidRPr="00972B74">
              <w:rPr>
                <w:rFonts w:cs="Times New Roman"/>
                <w:sz w:val="28"/>
                <w:szCs w:val="28"/>
              </w:rPr>
              <w:t xml:space="preserve">d) Phạm vi hiệu lực: </w:t>
            </w:r>
          </w:p>
        </w:tc>
        <w:tc>
          <w:tcPr>
            <w:tcW w:w="11340" w:type="dxa"/>
          </w:tcPr>
          <w:p w14:paraId="2A878141" w14:textId="264B0CBC" w:rsidR="002F4AE9" w:rsidRPr="00972B74" w:rsidRDefault="002F4AE9" w:rsidP="00F82A78">
            <w:pPr>
              <w:widowControl w:val="0"/>
              <w:spacing w:before="120"/>
              <w:rPr>
                <w:rFonts w:cs="Times New Roman"/>
                <w:sz w:val="28"/>
                <w:szCs w:val="28"/>
              </w:rPr>
            </w:pPr>
            <w:r w:rsidRPr="00972B74">
              <w:rPr>
                <w:rFonts w:cs="Times New Roman"/>
                <w:sz w:val="28"/>
                <w:szCs w:val="28"/>
              </w:rPr>
              <w:t>Toà</w:t>
            </w:r>
            <w:r w:rsidR="002E126A">
              <w:rPr>
                <w:rFonts w:cs="Times New Roman"/>
                <w:sz w:val="28"/>
                <w:szCs w:val="28"/>
              </w:rPr>
              <w:t xml:space="preserve">n quốc </w:t>
            </w:r>
            <w:proofErr w:type="gramStart"/>
            <w:r w:rsidR="002E126A">
              <w:rPr>
                <w:rFonts w:cs="Times New Roman"/>
                <w:sz w:val="28"/>
                <w:szCs w:val="28"/>
              </w:rPr>
              <w:t>[</w:t>
            </w:r>
            <w:r>
              <w:rPr>
                <w:rFonts w:cs="Times New Roman"/>
                <w:sz w:val="28"/>
                <w:szCs w:val="28"/>
              </w:rPr>
              <w:t xml:space="preserve">]   </w:t>
            </w:r>
            <w:proofErr w:type="gramEnd"/>
            <w:r>
              <w:rPr>
                <w:rFonts w:cs="Times New Roman"/>
                <w:sz w:val="28"/>
                <w:szCs w:val="28"/>
              </w:rPr>
              <w:t xml:space="preserve">    Địa phương [x]</w:t>
            </w:r>
          </w:p>
          <w:p w14:paraId="2B7662EC" w14:textId="77777777" w:rsidR="002F4AE9" w:rsidRPr="00972B74" w:rsidRDefault="002F4AE9" w:rsidP="007D6940">
            <w:pPr>
              <w:widowControl w:val="0"/>
              <w:rPr>
                <w:rFonts w:cs="Times New Roman"/>
                <w:sz w:val="28"/>
                <w:szCs w:val="28"/>
              </w:rPr>
            </w:pPr>
            <w:r w:rsidRPr="00972B74">
              <w:rPr>
                <w:rFonts w:cs="Times New Roman"/>
                <w:sz w:val="28"/>
                <w:szCs w:val="28"/>
              </w:rPr>
              <w:t xml:space="preserve">Lý do: </w:t>
            </w:r>
            <w:r>
              <w:rPr>
                <w:rFonts w:cs="Times New Roman"/>
                <w:sz w:val="28"/>
                <w:szCs w:val="28"/>
              </w:rPr>
              <w:t>Thủ tục</w:t>
            </w:r>
            <w:r w:rsidRPr="00972B74">
              <w:rPr>
                <w:rFonts w:cs="Times New Roman"/>
                <w:sz w:val="28"/>
                <w:szCs w:val="28"/>
              </w:rPr>
              <w:t xml:space="preserve"> áp dụng trên địa bàn tỉnh Tuyên Quang</w:t>
            </w:r>
            <w:r>
              <w:rPr>
                <w:rFonts w:cs="Times New Roman"/>
                <w:sz w:val="28"/>
                <w:szCs w:val="28"/>
              </w:rPr>
              <w:t>.</w:t>
            </w:r>
          </w:p>
        </w:tc>
      </w:tr>
      <w:tr w:rsidR="002F4AE9" w:rsidRPr="00972B74" w14:paraId="2252D27F" w14:textId="77777777" w:rsidTr="007D6940">
        <w:tc>
          <w:tcPr>
            <w:tcW w:w="14458" w:type="dxa"/>
            <w:gridSpan w:val="2"/>
          </w:tcPr>
          <w:p w14:paraId="43FED589" w14:textId="77777777" w:rsidR="002F4AE9" w:rsidRPr="00972B74" w:rsidRDefault="002F4AE9" w:rsidP="00F82A78">
            <w:pPr>
              <w:widowControl w:val="0"/>
              <w:spacing w:before="120" w:after="120"/>
              <w:rPr>
                <w:rFonts w:cs="Times New Roman"/>
                <w:sz w:val="28"/>
                <w:szCs w:val="28"/>
              </w:rPr>
            </w:pPr>
            <w:r w:rsidRPr="00972B74">
              <w:rPr>
                <w:rFonts w:cs="Times New Roman"/>
                <w:b/>
                <w:sz w:val="28"/>
                <w:szCs w:val="28"/>
              </w:rPr>
              <w:t>IV. THÔNG TIN LIÊN HỆ</w:t>
            </w:r>
          </w:p>
        </w:tc>
      </w:tr>
      <w:tr w:rsidR="002F4AE9" w:rsidRPr="00972B74" w14:paraId="30E44E49" w14:textId="77777777" w:rsidTr="007D6940">
        <w:tc>
          <w:tcPr>
            <w:tcW w:w="14458" w:type="dxa"/>
            <w:gridSpan w:val="2"/>
          </w:tcPr>
          <w:p w14:paraId="5E6210ED" w14:textId="77777777" w:rsidR="002F4AE9" w:rsidRPr="00972B74" w:rsidRDefault="002F4AE9" w:rsidP="00DA66C1">
            <w:pPr>
              <w:widowControl w:val="0"/>
              <w:spacing w:before="120"/>
              <w:rPr>
                <w:rFonts w:cs="Times New Roman"/>
                <w:b/>
                <w:sz w:val="28"/>
                <w:szCs w:val="28"/>
              </w:rPr>
            </w:pPr>
            <w:r w:rsidRPr="00972B74">
              <w:rPr>
                <w:rFonts w:cs="Times New Roman"/>
                <w:b/>
                <w:sz w:val="28"/>
                <w:szCs w:val="28"/>
              </w:rPr>
              <w:t xml:space="preserve">Họ và tên người điền: </w:t>
            </w:r>
            <w:r w:rsidRPr="00972B74">
              <w:rPr>
                <w:rFonts w:cs="Times New Roman"/>
                <w:sz w:val="28"/>
                <w:szCs w:val="28"/>
              </w:rPr>
              <w:t xml:space="preserve">Nguyễn </w:t>
            </w:r>
            <w:r>
              <w:rPr>
                <w:rFonts w:cs="Times New Roman"/>
                <w:sz w:val="28"/>
                <w:szCs w:val="28"/>
              </w:rPr>
              <w:t>Anh Tuấn</w:t>
            </w:r>
          </w:p>
          <w:p w14:paraId="7330362D" w14:textId="77777777" w:rsidR="002F4AE9" w:rsidRPr="00972B74" w:rsidRDefault="002F4AE9" w:rsidP="00DA66C1">
            <w:pPr>
              <w:widowControl w:val="0"/>
              <w:rPr>
                <w:rFonts w:cs="Times New Roman"/>
                <w:sz w:val="28"/>
                <w:szCs w:val="28"/>
              </w:rPr>
            </w:pPr>
            <w:r w:rsidRPr="00972B74">
              <w:rPr>
                <w:rFonts w:cs="Times New Roman"/>
                <w:b/>
                <w:sz w:val="28"/>
                <w:szCs w:val="28"/>
              </w:rPr>
              <w:t xml:space="preserve">Điện thoại: </w:t>
            </w:r>
            <w:r>
              <w:rPr>
                <w:rFonts w:cs="Times New Roman"/>
                <w:sz w:val="28"/>
                <w:szCs w:val="28"/>
              </w:rPr>
              <w:t>0912.430.424</w:t>
            </w:r>
          </w:p>
          <w:p w14:paraId="1B9B53A3" w14:textId="77777777" w:rsidR="002F4AE9" w:rsidRPr="00972B74" w:rsidRDefault="002F4AE9" w:rsidP="00DA66C1">
            <w:pPr>
              <w:widowControl w:val="0"/>
              <w:rPr>
                <w:rFonts w:cs="Times New Roman"/>
                <w:sz w:val="28"/>
                <w:szCs w:val="28"/>
              </w:rPr>
            </w:pPr>
            <w:r w:rsidRPr="00972B74">
              <w:rPr>
                <w:rFonts w:cs="Times New Roman"/>
                <w:b/>
                <w:sz w:val="28"/>
                <w:szCs w:val="28"/>
              </w:rPr>
              <w:t xml:space="preserve">Email: </w:t>
            </w:r>
            <w:r w:rsidRPr="00E80B66">
              <w:rPr>
                <w:rFonts w:cs="Times New Roman"/>
                <w:sz w:val="28"/>
                <w:szCs w:val="28"/>
              </w:rPr>
              <w:t>tuantdkttq</w:t>
            </w:r>
            <w:r w:rsidRPr="00972B74">
              <w:rPr>
                <w:rFonts w:cs="Times New Roman"/>
                <w:sz w:val="28"/>
                <w:szCs w:val="28"/>
              </w:rPr>
              <w:t>@gmail.com</w:t>
            </w:r>
          </w:p>
        </w:tc>
      </w:tr>
    </w:tbl>
    <w:p w14:paraId="1188719E" w14:textId="77777777" w:rsidR="00F30336" w:rsidRDefault="00F30336" w:rsidP="002B61F8">
      <w:pPr>
        <w:widowControl w:val="0"/>
        <w:spacing w:after="80"/>
        <w:jc w:val="center"/>
        <w:rPr>
          <w:b/>
        </w:rPr>
      </w:pPr>
    </w:p>
    <w:p w14:paraId="46E09E43" w14:textId="77777777" w:rsidR="007622A3" w:rsidRDefault="007622A3" w:rsidP="002B61F8">
      <w:pPr>
        <w:widowControl w:val="0"/>
        <w:spacing w:after="80"/>
        <w:jc w:val="center"/>
        <w:rPr>
          <w:b/>
        </w:rPr>
      </w:pPr>
    </w:p>
    <w:p w14:paraId="7F3BB212" w14:textId="6185567F" w:rsidR="00BB3D82" w:rsidRDefault="00BB3D82" w:rsidP="002B61F8">
      <w:pPr>
        <w:widowControl w:val="0"/>
      </w:pPr>
    </w:p>
    <w:p w14:paraId="53542299" w14:textId="65A04D2C" w:rsidR="00FD17B1" w:rsidRDefault="00FD17B1" w:rsidP="002B61F8">
      <w:pPr>
        <w:widowControl w:val="0"/>
      </w:pPr>
    </w:p>
    <w:p w14:paraId="51BD8D11" w14:textId="6DAF125E" w:rsidR="00FD17B1" w:rsidRDefault="00FD17B1" w:rsidP="002B61F8">
      <w:pPr>
        <w:widowControl w:val="0"/>
      </w:pPr>
    </w:p>
    <w:p w14:paraId="70608DEA" w14:textId="2B675CEA" w:rsidR="00FD17B1" w:rsidRDefault="00FD17B1" w:rsidP="002B61F8">
      <w:pPr>
        <w:widowControl w:val="0"/>
      </w:pPr>
    </w:p>
    <w:p w14:paraId="37644577" w14:textId="58D9211B" w:rsidR="00FD17B1" w:rsidRDefault="00FD17B1" w:rsidP="002B61F8">
      <w:pPr>
        <w:widowControl w:val="0"/>
      </w:pPr>
    </w:p>
    <w:p w14:paraId="1CD7EBB7" w14:textId="06D4505E" w:rsidR="00FD17B1" w:rsidRDefault="00FD17B1" w:rsidP="002B61F8">
      <w:pPr>
        <w:widowControl w:val="0"/>
      </w:pPr>
    </w:p>
    <w:p w14:paraId="1A1BDD26" w14:textId="527C36BB" w:rsidR="00FD17B1" w:rsidRDefault="00FD17B1" w:rsidP="002B61F8">
      <w:pPr>
        <w:widowControl w:val="0"/>
      </w:pPr>
    </w:p>
    <w:p w14:paraId="024C9022" w14:textId="756CD1D1" w:rsidR="00FD17B1" w:rsidRDefault="00FD17B1" w:rsidP="002B61F8">
      <w:pPr>
        <w:widowControl w:val="0"/>
      </w:pPr>
    </w:p>
    <w:p w14:paraId="6ABA44AC" w14:textId="2FC2D101" w:rsidR="00FD17B1" w:rsidRDefault="00FD17B1" w:rsidP="002B61F8">
      <w:pPr>
        <w:widowControl w:val="0"/>
      </w:pPr>
    </w:p>
    <w:p w14:paraId="463467C1" w14:textId="3EED431E" w:rsidR="00FD17B1" w:rsidRDefault="00FD17B1" w:rsidP="00DA66C1">
      <w:pPr>
        <w:widowControl w:val="0"/>
        <w:spacing w:line="240" w:lineRule="auto"/>
        <w:jc w:val="center"/>
      </w:pPr>
      <w:r w:rsidRPr="00B35612">
        <w:rPr>
          <w:b/>
          <w:sz w:val="28"/>
          <w:szCs w:val="28"/>
        </w:rPr>
        <w:t xml:space="preserve">THỦ TỤC HÀNH CHÍNH </w:t>
      </w:r>
      <w:r>
        <w:rPr>
          <w:b/>
          <w:sz w:val="28"/>
          <w:szCs w:val="28"/>
        </w:rPr>
        <w:t>5</w:t>
      </w:r>
      <w:r w:rsidRPr="00B35612">
        <w:rPr>
          <w:b/>
          <w:sz w:val="28"/>
          <w:szCs w:val="28"/>
        </w:rPr>
        <w:t>:</w:t>
      </w:r>
      <w:r>
        <w:rPr>
          <w:b/>
        </w:rPr>
        <w:t xml:space="preserve"> </w:t>
      </w:r>
      <w:r>
        <w:rPr>
          <w:b/>
        </w:rPr>
        <w:br/>
      </w:r>
      <w:r w:rsidRPr="00FD17B1">
        <w:rPr>
          <w:rFonts w:ascii="Times New Roman Bold" w:hAnsi="Times New Roman Bold"/>
          <w:b/>
          <w:sz w:val="28"/>
          <w:szCs w:val="28"/>
          <w:lang w:val="vi-VN"/>
        </w:rPr>
        <w:t xml:space="preserve">Thủ tục điều chỉnh thông tin quyết định khen thưởng thuộc thẩm quyền </w:t>
      </w:r>
      <w:r>
        <w:rPr>
          <w:rFonts w:ascii="Times New Roman Bold" w:hAnsi="Times New Roman Bold"/>
          <w:b/>
          <w:sz w:val="28"/>
          <w:szCs w:val="28"/>
          <w:lang w:val="vi-VN"/>
        </w:rPr>
        <w:br/>
      </w:r>
      <w:r w:rsidRPr="00FD17B1">
        <w:rPr>
          <w:rFonts w:ascii="Times New Roman Bold" w:hAnsi="Times New Roman Bold"/>
          <w:b/>
          <w:sz w:val="28"/>
          <w:szCs w:val="28"/>
          <w:lang w:val="vi-VN"/>
        </w:rPr>
        <w:t>của cơ quan, tổ chức, đơn vị, địa phương thuộc tỉnh</w:t>
      </w:r>
      <w:r w:rsidRPr="00FD17B1">
        <w:rPr>
          <w:b/>
          <w:sz w:val="28"/>
          <w:szCs w:val="28"/>
        </w:rPr>
        <w:br/>
      </w:r>
    </w:p>
    <w:tbl>
      <w:tblPr>
        <w:tblStyle w:val="TableGrid"/>
        <w:tblW w:w="14458" w:type="dxa"/>
        <w:tblInd w:w="279" w:type="dxa"/>
        <w:tblLook w:val="04A0" w:firstRow="1" w:lastRow="0" w:firstColumn="1" w:lastColumn="0" w:noHBand="0" w:noVBand="1"/>
      </w:tblPr>
      <w:tblGrid>
        <w:gridCol w:w="3118"/>
        <w:gridCol w:w="11340"/>
      </w:tblGrid>
      <w:tr w:rsidR="00FD17B1" w:rsidRPr="00972B74" w14:paraId="54D751CB" w14:textId="77777777" w:rsidTr="007D6940">
        <w:tc>
          <w:tcPr>
            <w:tcW w:w="14458" w:type="dxa"/>
            <w:gridSpan w:val="2"/>
          </w:tcPr>
          <w:p w14:paraId="637D3140" w14:textId="77777777" w:rsidR="00FD17B1" w:rsidRPr="00972B74" w:rsidRDefault="00FD17B1" w:rsidP="007D6940">
            <w:pPr>
              <w:widowControl w:val="0"/>
              <w:spacing w:before="120" w:after="120"/>
              <w:jc w:val="both"/>
              <w:rPr>
                <w:rFonts w:cs="Times New Roman"/>
                <w:sz w:val="28"/>
                <w:szCs w:val="28"/>
              </w:rPr>
            </w:pPr>
            <w:r w:rsidRPr="00972B74">
              <w:rPr>
                <w:rFonts w:cs="Times New Roman"/>
                <w:b/>
                <w:sz w:val="28"/>
                <w:szCs w:val="28"/>
              </w:rPr>
              <w:t>I. SỰ CẦN THIẾT CỦA QUY ĐỊNH VỀ THỦ TỤC HÀNH CHÍNH TẠI DỰ THẢO VĂN BẢN</w:t>
            </w:r>
          </w:p>
        </w:tc>
      </w:tr>
      <w:tr w:rsidR="00FD17B1" w:rsidRPr="00972B74" w14:paraId="43A68299" w14:textId="77777777" w:rsidTr="007D6940">
        <w:tc>
          <w:tcPr>
            <w:tcW w:w="3118" w:type="dxa"/>
          </w:tcPr>
          <w:p w14:paraId="6369C803" w14:textId="77777777" w:rsidR="00FD17B1" w:rsidRPr="003578D4" w:rsidRDefault="00FD17B1" w:rsidP="007D6940">
            <w:pPr>
              <w:widowControl w:val="0"/>
              <w:spacing w:before="120" w:line="240" w:lineRule="auto"/>
              <w:jc w:val="both"/>
              <w:rPr>
                <w:rFonts w:ascii="Times New Roman Bold" w:hAnsi="Times New Roman Bold" w:cs="Times New Roman"/>
                <w:b/>
                <w:spacing w:val="-8"/>
                <w:sz w:val="28"/>
                <w:szCs w:val="28"/>
              </w:rPr>
            </w:pPr>
            <w:r w:rsidRPr="003578D4">
              <w:rPr>
                <w:rFonts w:ascii="Times New Roman Bold" w:hAnsi="Times New Roman Bold" w:cs="Times New Roman"/>
                <w:b/>
                <w:spacing w:val="-8"/>
                <w:sz w:val="28"/>
                <w:szCs w:val="28"/>
              </w:rPr>
              <w:t>1. Nội dung cụ thể trong ngành, lĩnh vực mà Nhà nước cần quản lý hoặc các biện pháp phát triển kinh tế - xã hội, ngân sách, quốc phòng, an ninh?</w:t>
            </w:r>
          </w:p>
        </w:tc>
        <w:tc>
          <w:tcPr>
            <w:tcW w:w="11340" w:type="dxa"/>
          </w:tcPr>
          <w:p w14:paraId="6C2B112D" w14:textId="640154F3" w:rsidR="00FD17B1" w:rsidRPr="00FD17B1" w:rsidRDefault="00FD17B1" w:rsidP="007D6940">
            <w:pPr>
              <w:widowControl w:val="0"/>
              <w:spacing w:before="120" w:line="240" w:lineRule="auto"/>
              <w:jc w:val="both"/>
              <w:rPr>
                <w:rFonts w:cs="Times New Roman"/>
                <w:spacing w:val="-2"/>
                <w:sz w:val="28"/>
                <w:szCs w:val="28"/>
              </w:rPr>
            </w:pPr>
            <w:r w:rsidRPr="00FD17B1">
              <w:rPr>
                <w:rFonts w:cs="Times New Roman"/>
                <w:spacing w:val="-2"/>
                <w:sz w:val="28"/>
                <w:szCs w:val="28"/>
              </w:rPr>
              <w:t>a) Dự thảo quy định h</w:t>
            </w:r>
            <w:r w:rsidRPr="00FD17B1">
              <w:rPr>
                <w:rFonts w:cs="Times New Roman"/>
                <w:color w:val="000000"/>
                <w:spacing w:val="-2"/>
                <w:sz w:val="28"/>
                <w:szCs w:val="28"/>
                <w:lang w:val="vi-VN"/>
              </w:rPr>
              <w:t xml:space="preserve">ồ sơ, thủ tục </w:t>
            </w:r>
            <w:r w:rsidRPr="00FD17B1">
              <w:rPr>
                <w:rFonts w:cs="Times New Roman"/>
                <w:spacing w:val="-2"/>
                <w:sz w:val="28"/>
                <w:szCs w:val="28"/>
                <w:lang w:val="vi-VN"/>
              </w:rPr>
              <w:t xml:space="preserve">điều chỉnh thông tin quyết định khen thưởng </w:t>
            </w:r>
            <w:r w:rsidRPr="00FD17B1">
              <w:rPr>
                <w:rFonts w:cs="Times New Roman"/>
                <w:color w:val="000000"/>
                <w:spacing w:val="-2"/>
                <w:sz w:val="28"/>
                <w:szCs w:val="28"/>
                <w:lang w:val="vi-VN"/>
              </w:rPr>
              <w:t xml:space="preserve">thuộc thẩm quyền của </w:t>
            </w:r>
            <w:r w:rsidRPr="00FD17B1">
              <w:rPr>
                <w:rFonts w:cs="Times New Roman"/>
                <w:spacing w:val="-2"/>
                <w:sz w:val="28"/>
                <w:szCs w:val="28"/>
                <w:lang w:val="vi-VN"/>
              </w:rPr>
              <w:t>cơ quan, tổ chức, đơn vị, địa phương thuộc tỉnh</w:t>
            </w:r>
            <w:r w:rsidRPr="00FD17B1">
              <w:rPr>
                <w:rFonts w:cs="Times New Roman"/>
                <w:spacing w:val="-2"/>
                <w:sz w:val="28"/>
                <w:szCs w:val="28"/>
              </w:rPr>
              <w:t xml:space="preserve"> </w:t>
            </w:r>
            <w:r w:rsidRPr="00FD17B1">
              <w:rPr>
                <w:rFonts w:cs="Times New Roman"/>
                <w:color w:val="000000"/>
                <w:spacing w:val="-2"/>
                <w:sz w:val="28"/>
                <w:szCs w:val="28"/>
              </w:rPr>
              <w:t>bảo đảm thực hiện các quy định của pháp luật về thi đua, khen thưởng</w:t>
            </w:r>
            <w:r w:rsidRPr="00FD17B1">
              <w:rPr>
                <w:rFonts w:cs="Times New Roman"/>
                <w:spacing w:val="-2"/>
                <w:sz w:val="28"/>
                <w:szCs w:val="28"/>
                <w:lang w:val="vi-VN"/>
              </w:rPr>
              <w:t>.</w:t>
            </w:r>
            <w:r w:rsidRPr="00FD17B1">
              <w:rPr>
                <w:rFonts w:cs="Times New Roman"/>
                <w:spacing w:val="-2"/>
                <w:sz w:val="28"/>
                <w:szCs w:val="28"/>
              </w:rPr>
              <w:t xml:space="preserve"> </w:t>
            </w:r>
            <w:r w:rsidRPr="00FD17B1">
              <w:rPr>
                <w:rFonts w:cs="Times New Roman"/>
                <w:spacing w:val="-2"/>
                <w:sz w:val="28"/>
                <w:szCs w:val="28"/>
                <w:lang w:val="vi-VN"/>
              </w:rPr>
              <w:t xml:space="preserve">Quy định xác lập quy trình tiếp nhận, thẩm định, đề nghị điều chỉnh thông tin quyết định khen thưởng </w:t>
            </w:r>
            <w:r w:rsidRPr="00FD17B1">
              <w:rPr>
                <w:rFonts w:cs="Times New Roman"/>
                <w:color w:val="000000"/>
                <w:spacing w:val="-2"/>
                <w:sz w:val="28"/>
                <w:szCs w:val="28"/>
                <w:lang w:val="vi-VN"/>
              </w:rPr>
              <w:t xml:space="preserve">thuộc thẩm quyền của </w:t>
            </w:r>
            <w:r w:rsidRPr="00FD17B1">
              <w:rPr>
                <w:rFonts w:cs="Times New Roman"/>
                <w:spacing w:val="-2"/>
                <w:sz w:val="28"/>
                <w:szCs w:val="28"/>
                <w:lang w:val="vi-VN"/>
              </w:rPr>
              <w:t>của cơ quan, tổ chức, đơn vị, địa phương thuộc tỉnh</w:t>
            </w:r>
            <w:r w:rsidRPr="00FD17B1">
              <w:rPr>
                <w:rFonts w:cs="Times New Roman"/>
                <w:color w:val="000000"/>
                <w:spacing w:val="-2"/>
                <w:sz w:val="28"/>
                <w:szCs w:val="28"/>
              </w:rPr>
              <w:t>.</w:t>
            </w:r>
          </w:p>
          <w:p w14:paraId="4B3ECF60" w14:textId="77777777" w:rsidR="00FD17B1" w:rsidRPr="00972B74" w:rsidRDefault="00FD17B1"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Lý do Nhà nước cần quy định: Quy định hồ sơ, thủ tục để đảm bảo thống nhất, công khai, minh bạch, đúng </w:t>
            </w:r>
            <w:r>
              <w:rPr>
                <w:rFonts w:cs="Times New Roman"/>
                <w:sz w:val="28"/>
                <w:szCs w:val="28"/>
              </w:rPr>
              <w:t>quy định</w:t>
            </w:r>
            <w:r w:rsidRPr="00972B74">
              <w:rPr>
                <w:rFonts w:cs="Times New Roman"/>
                <w:sz w:val="28"/>
                <w:szCs w:val="28"/>
                <w:lang w:val="vi-VN"/>
              </w:rPr>
              <w:t xml:space="preserve"> trong thực hiện quy định của pháp luật về thi đua, khen thưởng.</w:t>
            </w:r>
          </w:p>
        </w:tc>
      </w:tr>
      <w:tr w:rsidR="00FD17B1" w:rsidRPr="007D6940" w14:paraId="6287A1D8" w14:textId="77777777" w:rsidTr="007D6940">
        <w:tc>
          <w:tcPr>
            <w:tcW w:w="3118" w:type="dxa"/>
          </w:tcPr>
          <w:p w14:paraId="65ECF08F" w14:textId="77777777" w:rsidR="00FD17B1" w:rsidRPr="003578D4" w:rsidRDefault="00FD17B1" w:rsidP="007D6940">
            <w:pPr>
              <w:widowControl w:val="0"/>
              <w:spacing w:before="120" w:line="240" w:lineRule="auto"/>
              <w:jc w:val="both"/>
              <w:rPr>
                <w:rFonts w:ascii="Times New Roman Bold" w:hAnsi="Times New Roman Bold" w:cs="Times New Roman"/>
                <w:spacing w:val="-4"/>
                <w:sz w:val="28"/>
                <w:szCs w:val="28"/>
                <w:lang w:val="vi-VN"/>
              </w:rPr>
            </w:pPr>
            <w:r w:rsidRPr="003578D4">
              <w:rPr>
                <w:rFonts w:ascii="Times New Roman Bold" w:hAnsi="Times New Roman Bold" w:cs="Times New Roman"/>
                <w:b/>
                <w:spacing w:val="-4"/>
                <w:sz w:val="28"/>
                <w:szCs w:val="28"/>
                <w:lang w:val="vi-VN"/>
              </w:rPr>
              <w:t>2. Nội dung quyền, nghĩa vụ và lợi ích hợp pháp cụ thể của cá nhân, tổ chức cần được bảo đảm?</w:t>
            </w:r>
          </w:p>
          <w:p w14:paraId="4DD59B01" w14:textId="77777777" w:rsidR="00FD17B1" w:rsidRPr="00972B74" w:rsidRDefault="00FD17B1" w:rsidP="007D6940">
            <w:pPr>
              <w:widowControl w:val="0"/>
              <w:spacing w:before="120" w:line="240" w:lineRule="auto"/>
              <w:jc w:val="both"/>
              <w:rPr>
                <w:rFonts w:cs="Times New Roman"/>
                <w:b/>
                <w:sz w:val="28"/>
                <w:szCs w:val="28"/>
                <w:lang w:val="vi-VN"/>
              </w:rPr>
            </w:pPr>
          </w:p>
        </w:tc>
        <w:tc>
          <w:tcPr>
            <w:tcW w:w="11340" w:type="dxa"/>
          </w:tcPr>
          <w:p w14:paraId="16A85546" w14:textId="77777777" w:rsidR="00FD17B1" w:rsidRPr="003578D4" w:rsidRDefault="00FD17B1" w:rsidP="007D6940">
            <w:pPr>
              <w:widowControl w:val="0"/>
              <w:spacing w:before="120" w:line="240" w:lineRule="auto"/>
              <w:jc w:val="both"/>
              <w:rPr>
                <w:rFonts w:cs="Times New Roman"/>
                <w:sz w:val="28"/>
                <w:szCs w:val="28"/>
                <w:lang w:val="vi-VN"/>
              </w:rPr>
            </w:pPr>
            <w:r w:rsidRPr="00972B74">
              <w:rPr>
                <w:rFonts w:cs="Times New Roman"/>
                <w:sz w:val="28"/>
                <w:szCs w:val="28"/>
                <w:lang w:val="vi-VN"/>
              </w:rPr>
              <w:t xml:space="preserve">a) Quy định hồ sơ, thủ tục nhằm bảo đảm quyền lợi </w:t>
            </w:r>
            <w:r w:rsidRPr="00FD1939">
              <w:rPr>
                <w:rFonts w:cs="Times New Roman"/>
                <w:sz w:val="28"/>
                <w:szCs w:val="28"/>
                <w:lang w:val="vi-VN"/>
              </w:rPr>
              <w:t xml:space="preserve">hợp pháp </w:t>
            </w:r>
            <w:r w:rsidRPr="00972B74">
              <w:rPr>
                <w:rFonts w:cs="Times New Roman"/>
                <w:sz w:val="28"/>
                <w:szCs w:val="28"/>
                <w:lang w:val="vi-VN"/>
              </w:rPr>
              <w:t xml:space="preserve">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khi </w:t>
            </w:r>
            <w:r w:rsidRPr="00972B74">
              <w:rPr>
                <w:rFonts w:cs="Times New Roman"/>
                <w:color w:val="000000"/>
                <w:sz w:val="28"/>
                <w:szCs w:val="28"/>
                <w:lang w:val="vi-VN"/>
              </w:rPr>
              <w:t xml:space="preserve">đề nghị </w:t>
            </w:r>
            <w:r w:rsidRPr="002F4AE9">
              <w:rPr>
                <w:rFonts w:cs="Times New Roman"/>
                <w:sz w:val="28"/>
                <w:szCs w:val="28"/>
                <w:lang w:val="vi-VN"/>
              </w:rPr>
              <w:t>điều chỉnh t</w:t>
            </w:r>
            <w:r>
              <w:rPr>
                <w:rFonts w:cs="Times New Roman"/>
                <w:sz w:val="28"/>
                <w:szCs w:val="28"/>
                <w:lang w:val="vi-VN"/>
              </w:rPr>
              <w:t>hông tin quyết định khen thưởng</w:t>
            </w:r>
            <w:r w:rsidRPr="00FD1939">
              <w:rPr>
                <w:rFonts w:cs="Times New Roman"/>
                <w:sz w:val="28"/>
                <w:szCs w:val="28"/>
                <w:lang w:val="vi-VN"/>
              </w:rPr>
              <w:t xml:space="preserve">; quyền của tổ chức </w:t>
            </w:r>
            <w:r w:rsidRPr="00972B74">
              <w:rPr>
                <w:rFonts w:cs="Times New Roman"/>
                <w:sz w:val="28"/>
                <w:szCs w:val="28"/>
                <w:lang w:val="vi-VN"/>
              </w:rPr>
              <w:t>được nộp hồ sơ bằng hình thức trực tiếp, trực tuyến hoặc qua dịch vụ bưu chính công ích</w:t>
            </w:r>
            <w:r w:rsidRPr="00FD1939">
              <w:rPr>
                <w:rFonts w:cs="Times New Roman"/>
                <w:sz w:val="28"/>
                <w:szCs w:val="28"/>
                <w:lang w:val="vi-VN"/>
              </w:rPr>
              <w:t xml:space="preserve">. </w:t>
            </w:r>
            <w:r w:rsidRPr="00972B74">
              <w:rPr>
                <w:rFonts w:cs="Times New Roman"/>
                <w:sz w:val="28"/>
                <w:szCs w:val="28"/>
                <w:lang w:val="vi-VN"/>
              </w:rPr>
              <w:t>Đồng thời, thủ tục xác đị</w:t>
            </w:r>
            <w:r>
              <w:rPr>
                <w:rFonts w:cs="Times New Roman"/>
                <w:sz w:val="28"/>
                <w:szCs w:val="28"/>
                <w:lang w:val="vi-VN"/>
              </w:rPr>
              <w:t xml:space="preserve">nh nghĩa vụ kê khai trung thực, </w:t>
            </w:r>
            <w:r w:rsidRPr="00972B74">
              <w:rPr>
                <w:rFonts w:cs="Times New Roman"/>
                <w:sz w:val="28"/>
                <w:szCs w:val="28"/>
                <w:lang w:val="vi-VN"/>
              </w:rPr>
              <w:t xml:space="preserve">chịu trách nhiệm về </w:t>
            </w:r>
            <w:r w:rsidRPr="00FD1939">
              <w:rPr>
                <w:rFonts w:cs="Times New Roman"/>
                <w:sz w:val="28"/>
                <w:szCs w:val="28"/>
                <w:lang w:val="vi-VN"/>
              </w:rPr>
              <w:t xml:space="preserve">tính chính xác của </w:t>
            </w:r>
            <w:r w:rsidRPr="00972B74">
              <w:rPr>
                <w:rFonts w:cs="Times New Roman"/>
                <w:sz w:val="28"/>
                <w:szCs w:val="28"/>
                <w:lang w:val="vi-VN"/>
              </w:rPr>
              <w:t>hồ sơ</w:t>
            </w:r>
            <w:r w:rsidRPr="00314250">
              <w:rPr>
                <w:rFonts w:cs="Times New Roman"/>
                <w:sz w:val="28"/>
                <w:szCs w:val="28"/>
                <w:lang w:val="vi-VN"/>
              </w:rPr>
              <w:t xml:space="preserve"> </w:t>
            </w:r>
            <w:r w:rsidRPr="003578D4">
              <w:rPr>
                <w:rFonts w:cs="Times New Roman"/>
                <w:sz w:val="28"/>
                <w:szCs w:val="28"/>
                <w:lang w:val="vi-VN"/>
              </w:rPr>
              <w:t>đề nghị.</w:t>
            </w:r>
          </w:p>
          <w:p w14:paraId="52DC2516" w14:textId="77777777" w:rsidR="00FD17B1" w:rsidRPr="00B75C37" w:rsidRDefault="00FD17B1" w:rsidP="007D6940">
            <w:pPr>
              <w:widowControl w:val="0"/>
              <w:spacing w:before="120" w:line="240" w:lineRule="auto"/>
              <w:jc w:val="both"/>
              <w:rPr>
                <w:rFonts w:cs="Times New Roman"/>
                <w:sz w:val="28"/>
                <w:szCs w:val="28"/>
                <w:lang w:val="vi-VN"/>
              </w:rPr>
            </w:pPr>
            <w:r w:rsidRPr="00FD1939">
              <w:rPr>
                <w:rFonts w:cs="Times New Roman"/>
                <w:sz w:val="28"/>
                <w:szCs w:val="28"/>
                <w:lang w:val="vi-VN"/>
              </w:rPr>
              <w:t>b</w:t>
            </w:r>
            <w:r w:rsidRPr="00972B74">
              <w:rPr>
                <w:rFonts w:cs="Times New Roman"/>
                <w:sz w:val="28"/>
                <w:szCs w:val="28"/>
                <w:lang w:val="vi-VN"/>
              </w:rPr>
              <w:t xml:space="preserve">) Lý do Nhà nước cần quy định: Quy định hồ sơ, thủ tục để đảm bảo thống nhất, công khai, minh bạch, đúng </w:t>
            </w:r>
            <w:r w:rsidRPr="00314250">
              <w:rPr>
                <w:rFonts w:cs="Times New Roman"/>
                <w:sz w:val="28"/>
                <w:szCs w:val="28"/>
                <w:lang w:val="vi-VN"/>
              </w:rPr>
              <w:t>quy định</w:t>
            </w:r>
            <w:r w:rsidRPr="00972B74">
              <w:rPr>
                <w:rFonts w:cs="Times New Roman"/>
                <w:sz w:val="28"/>
                <w:szCs w:val="28"/>
                <w:lang w:val="vi-VN"/>
              </w:rPr>
              <w:t xml:space="preserve"> trong thực hiện quy định của pháp luật về thi đua, khen thưởng.</w:t>
            </w:r>
          </w:p>
        </w:tc>
      </w:tr>
      <w:tr w:rsidR="00FD17B1" w:rsidRPr="007D6940" w14:paraId="2A31D0D6" w14:textId="77777777" w:rsidTr="007D6940">
        <w:tc>
          <w:tcPr>
            <w:tcW w:w="3118" w:type="dxa"/>
          </w:tcPr>
          <w:p w14:paraId="0858C80B" w14:textId="77777777" w:rsidR="00FD17B1" w:rsidRPr="00972B74" w:rsidRDefault="00FD17B1" w:rsidP="007D6940">
            <w:pPr>
              <w:widowControl w:val="0"/>
              <w:spacing w:before="120" w:line="240" w:lineRule="auto"/>
              <w:jc w:val="both"/>
              <w:rPr>
                <w:rFonts w:cs="Times New Roman"/>
                <w:sz w:val="28"/>
                <w:szCs w:val="28"/>
                <w:lang w:val="vi-VN"/>
              </w:rPr>
            </w:pPr>
            <w:r w:rsidRPr="00972B74">
              <w:rPr>
                <w:rFonts w:cs="Times New Roman"/>
                <w:b/>
                <w:sz w:val="28"/>
                <w:szCs w:val="28"/>
                <w:lang w:val="vi-VN"/>
              </w:rPr>
              <w:t>3. Lý do lựa chọn biện pháp quy định thủ tục hành chính?</w:t>
            </w:r>
          </w:p>
        </w:tc>
        <w:tc>
          <w:tcPr>
            <w:tcW w:w="11340" w:type="dxa"/>
          </w:tcPr>
          <w:p w14:paraId="50FF090A" w14:textId="77777777" w:rsidR="00FD17B1" w:rsidRPr="00A47917" w:rsidRDefault="00FD17B1" w:rsidP="007D6940">
            <w:pPr>
              <w:widowControl w:val="0"/>
              <w:spacing w:before="120" w:line="240" w:lineRule="auto"/>
              <w:jc w:val="both"/>
              <w:rPr>
                <w:rFonts w:cs="Times New Roman"/>
                <w:color w:val="000000"/>
                <w:sz w:val="28"/>
                <w:szCs w:val="28"/>
                <w:lang w:val="vi-VN"/>
              </w:rPr>
            </w:pPr>
            <w:r w:rsidRPr="00972B74">
              <w:rPr>
                <w:rFonts w:cs="Times New Roman"/>
                <w:sz w:val="28"/>
                <w:szCs w:val="28"/>
                <w:lang w:val="vi-VN"/>
              </w:rPr>
              <w:t xml:space="preserve">a) Nếu không quy định rõ thành phần hồ sơ, cách thức nộp, cơ quan quyết định, kết quả giải quyết </w:t>
            </w:r>
            <w:r>
              <w:rPr>
                <w:rFonts w:cs="Times New Roman"/>
                <w:sz w:val="28"/>
                <w:szCs w:val="28"/>
                <w:lang w:val="vi-VN"/>
              </w:rPr>
              <w:t xml:space="preserve">trong thực hiện </w:t>
            </w:r>
            <w:r w:rsidRPr="002F4AE9">
              <w:rPr>
                <w:rFonts w:cs="Times New Roman"/>
                <w:sz w:val="28"/>
                <w:szCs w:val="28"/>
                <w:lang w:val="vi-VN"/>
              </w:rPr>
              <w:t xml:space="preserve">điều chỉnh thông tin quyết định khen thưởng </w:t>
            </w:r>
            <w:r w:rsidRPr="00A47917">
              <w:rPr>
                <w:rFonts w:cs="Times New Roman"/>
                <w:color w:val="000000"/>
                <w:sz w:val="28"/>
                <w:szCs w:val="28"/>
                <w:lang w:val="vi-VN"/>
              </w:rPr>
              <w:t xml:space="preserve">thì không đảm bảo về quyền lợi của </w:t>
            </w:r>
            <w:r w:rsidRPr="00314250">
              <w:rPr>
                <w:rFonts w:cs="Times New Roman"/>
                <w:sz w:val="28"/>
                <w:szCs w:val="28"/>
                <w:lang w:val="vi-VN"/>
              </w:rPr>
              <w:t xml:space="preserve">tập thể, </w:t>
            </w:r>
            <w:r w:rsidRPr="00972B74">
              <w:rPr>
                <w:rFonts w:cs="Times New Roman"/>
                <w:sz w:val="28"/>
                <w:szCs w:val="28"/>
                <w:lang w:val="vi-VN"/>
              </w:rPr>
              <w:t>cá nhân</w:t>
            </w:r>
            <w:r w:rsidRPr="00314250">
              <w:rPr>
                <w:rFonts w:cs="Times New Roman"/>
                <w:sz w:val="28"/>
                <w:szCs w:val="28"/>
                <w:lang w:val="vi-VN"/>
              </w:rPr>
              <w:t>, hộ gia đình</w:t>
            </w:r>
            <w:r w:rsidRPr="00972B74">
              <w:rPr>
                <w:rFonts w:cs="Times New Roman"/>
                <w:sz w:val="28"/>
                <w:szCs w:val="28"/>
                <w:lang w:val="vi-VN"/>
              </w:rPr>
              <w:t xml:space="preserve"> </w:t>
            </w:r>
            <w:r w:rsidRPr="00A47917">
              <w:rPr>
                <w:rFonts w:cs="Times New Roman"/>
                <w:sz w:val="28"/>
                <w:szCs w:val="28"/>
                <w:lang w:val="vi-VN"/>
              </w:rPr>
              <w:t xml:space="preserve">và </w:t>
            </w:r>
            <w:r w:rsidRPr="00972B74">
              <w:rPr>
                <w:rFonts w:cs="Times New Roman"/>
                <w:sz w:val="28"/>
                <w:szCs w:val="28"/>
                <w:lang w:val="vi-VN"/>
              </w:rPr>
              <w:t>quy định của pháp luật về thi đua, khen thưởng.</w:t>
            </w:r>
          </w:p>
          <w:p w14:paraId="630AA391" w14:textId="234805F0" w:rsidR="00FD17B1" w:rsidRPr="00FD17B1" w:rsidRDefault="00FD17B1" w:rsidP="00FD17B1">
            <w:pPr>
              <w:widowControl w:val="0"/>
              <w:spacing w:before="120" w:line="240" w:lineRule="auto"/>
              <w:jc w:val="both"/>
              <w:rPr>
                <w:rFonts w:cs="Times New Roman"/>
                <w:sz w:val="28"/>
                <w:szCs w:val="28"/>
                <w:lang w:val="vi-VN"/>
              </w:rPr>
            </w:pPr>
            <w:r w:rsidRPr="00972B74">
              <w:rPr>
                <w:rFonts w:cs="Times New Roman"/>
                <w:sz w:val="28"/>
                <w:szCs w:val="28"/>
                <w:lang w:val="vi-VN"/>
              </w:rPr>
              <w:t xml:space="preserve">b) Điều, khoản quy định thủ tục hành chính tại dự thảo văn bản: </w:t>
            </w:r>
            <w:r w:rsidRPr="00A47917">
              <w:rPr>
                <w:rFonts w:cs="Times New Roman"/>
                <w:sz w:val="28"/>
                <w:szCs w:val="28"/>
                <w:lang w:val="vi-VN"/>
              </w:rPr>
              <w:t>Điều 2</w:t>
            </w:r>
            <w:r w:rsidRPr="002F4AE9">
              <w:rPr>
                <w:rFonts w:cs="Times New Roman"/>
                <w:sz w:val="28"/>
                <w:szCs w:val="28"/>
                <w:lang w:val="vi-VN"/>
              </w:rPr>
              <w:t>4</w:t>
            </w:r>
            <w:r w:rsidRPr="00FD17B1">
              <w:rPr>
                <w:rFonts w:cs="Times New Roman"/>
                <w:sz w:val="28"/>
                <w:szCs w:val="28"/>
                <w:lang w:val="vi-VN"/>
              </w:rPr>
              <w:t>b</w:t>
            </w:r>
            <w:r w:rsidRPr="00C542CB">
              <w:rPr>
                <w:rFonts w:cs="Times New Roman"/>
                <w:sz w:val="28"/>
                <w:szCs w:val="28"/>
                <w:lang w:val="vi-VN"/>
              </w:rPr>
              <w:t xml:space="preserve"> </w:t>
            </w:r>
            <w:r w:rsidRPr="00972B74">
              <w:rPr>
                <w:rFonts w:cs="Times New Roman"/>
                <w:sz w:val="28"/>
                <w:szCs w:val="28"/>
                <w:lang w:val="vi-VN"/>
              </w:rPr>
              <w:t xml:space="preserve">quy định </w:t>
            </w:r>
            <w:r w:rsidRPr="00C542CB">
              <w:rPr>
                <w:rFonts w:cs="Times New Roman"/>
                <w:sz w:val="28"/>
                <w:szCs w:val="28"/>
                <w:lang w:val="vi-VN"/>
              </w:rPr>
              <w:t xml:space="preserve">về </w:t>
            </w:r>
            <w:r w:rsidRPr="002F4AE9">
              <w:rPr>
                <w:rFonts w:cs="Times New Roman"/>
                <w:sz w:val="28"/>
                <w:szCs w:val="28"/>
                <w:lang w:val="vi-VN"/>
              </w:rPr>
              <w:t xml:space="preserve">thủ tục điều chỉnh thông tin quyết định khen thưởng thuộc thẩm quyền </w:t>
            </w:r>
            <w:r w:rsidRPr="00FD17B1">
              <w:rPr>
                <w:rFonts w:cs="Times New Roman"/>
                <w:sz w:val="28"/>
                <w:szCs w:val="28"/>
                <w:lang w:val="vi-VN"/>
              </w:rPr>
              <w:t>của cơ quan, tổ chức, đơn vị, địa phương thuộc tỉnh.</w:t>
            </w:r>
          </w:p>
        </w:tc>
      </w:tr>
      <w:tr w:rsidR="00FD17B1" w:rsidRPr="007D6940" w14:paraId="04F94CAB" w14:textId="77777777" w:rsidTr="007D6940">
        <w:tc>
          <w:tcPr>
            <w:tcW w:w="3118" w:type="dxa"/>
          </w:tcPr>
          <w:p w14:paraId="54256F71" w14:textId="77777777" w:rsidR="00FD17B1" w:rsidRPr="00972B74" w:rsidRDefault="00FD17B1" w:rsidP="007D6940">
            <w:pPr>
              <w:widowControl w:val="0"/>
              <w:jc w:val="both"/>
              <w:rPr>
                <w:rFonts w:cs="Times New Roman"/>
                <w:sz w:val="28"/>
                <w:szCs w:val="28"/>
                <w:lang w:val="vi-VN"/>
              </w:rPr>
            </w:pPr>
            <w:r w:rsidRPr="00972B74">
              <w:rPr>
                <w:rFonts w:cs="Times New Roman"/>
                <w:b/>
                <w:sz w:val="28"/>
                <w:szCs w:val="28"/>
                <w:lang w:val="vi-VN"/>
              </w:rPr>
              <w:t xml:space="preserve">4. Có biện pháp nào khác có thể sử dụng mà không phải bằng quy </w:t>
            </w:r>
            <w:r w:rsidRPr="00972B74">
              <w:rPr>
                <w:rFonts w:cs="Times New Roman"/>
                <w:b/>
                <w:sz w:val="28"/>
                <w:szCs w:val="28"/>
                <w:lang w:val="vi-VN"/>
              </w:rPr>
              <w:lastRenderedPageBreak/>
              <w:t>định thủ tục hành chính không?</w:t>
            </w:r>
          </w:p>
        </w:tc>
        <w:tc>
          <w:tcPr>
            <w:tcW w:w="11340" w:type="dxa"/>
          </w:tcPr>
          <w:p w14:paraId="3B3129C1" w14:textId="77777777" w:rsidR="00FD17B1" w:rsidRPr="00972B74" w:rsidRDefault="00FD17B1" w:rsidP="007D6940">
            <w:pPr>
              <w:widowControl w:val="0"/>
              <w:rPr>
                <w:rFonts w:cs="Times New Roman"/>
                <w:sz w:val="28"/>
                <w:szCs w:val="28"/>
                <w:lang w:val="vi-VN"/>
              </w:rPr>
            </w:pPr>
            <w:r w:rsidRPr="00972B74">
              <w:rPr>
                <w:rFonts w:cs="Times New Roman"/>
                <w:sz w:val="28"/>
                <w:szCs w:val="28"/>
                <w:lang w:val="vi-VN"/>
              </w:rPr>
              <w:lastRenderedPageBreak/>
              <w:t>Có []       Không [x ]</w:t>
            </w:r>
          </w:p>
          <w:p w14:paraId="681B9393"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 xml:space="preserve">Nếu </w:t>
            </w:r>
            <w:r w:rsidRPr="00C542CB">
              <w:rPr>
                <w:rFonts w:cs="Times New Roman"/>
                <w:sz w:val="28"/>
                <w:szCs w:val="28"/>
                <w:lang w:val="vi-VN"/>
              </w:rPr>
              <w:t>Không</w:t>
            </w:r>
            <w:r w:rsidRPr="00972B74">
              <w:rPr>
                <w:rFonts w:cs="Times New Roman"/>
                <w:sz w:val="28"/>
                <w:szCs w:val="28"/>
                <w:lang w:val="vi-VN"/>
              </w:rPr>
              <w:t xml:space="preserve">, nêu rõ </w:t>
            </w:r>
            <w:r w:rsidRPr="00C542CB">
              <w:rPr>
                <w:rFonts w:cs="Times New Roman"/>
                <w:sz w:val="28"/>
                <w:szCs w:val="28"/>
                <w:lang w:val="vi-VN"/>
              </w:rPr>
              <w:t>lý do</w:t>
            </w:r>
            <w:r w:rsidRPr="00972B74">
              <w:rPr>
                <w:rFonts w:cs="Times New Roman"/>
                <w:sz w:val="28"/>
                <w:szCs w:val="28"/>
                <w:lang w:val="vi-VN"/>
              </w:rPr>
              <w:t xml:space="preserve">: </w:t>
            </w:r>
            <w:r w:rsidRPr="00C542CB">
              <w:rPr>
                <w:rFonts w:cs="Times New Roman"/>
                <w:sz w:val="28"/>
                <w:szCs w:val="28"/>
                <w:lang w:val="vi-VN"/>
              </w:rPr>
              <w:t>C</w:t>
            </w:r>
            <w:r w:rsidRPr="00972B74">
              <w:rPr>
                <w:rFonts w:cs="Times New Roman"/>
                <w:sz w:val="28"/>
                <w:szCs w:val="28"/>
                <w:lang w:val="vi-VN"/>
              </w:rPr>
              <w:t>ần quy định thủ tục hành chính ở mức cần thiết, với 01 bộ hồ sơ, cách thức nộp đa dạng, không thu phí,</w:t>
            </w:r>
            <w:r>
              <w:rPr>
                <w:rFonts w:cs="Times New Roman"/>
                <w:sz w:val="28"/>
                <w:szCs w:val="28"/>
                <w:lang w:val="vi-VN"/>
              </w:rPr>
              <w:t xml:space="preserve"> lệ phí</w:t>
            </w:r>
            <w:r w:rsidRPr="00972B74">
              <w:rPr>
                <w:rFonts w:cs="Times New Roman"/>
                <w:sz w:val="28"/>
                <w:szCs w:val="28"/>
                <w:lang w:val="vi-VN"/>
              </w:rPr>
              <w:t>.</w:t>
            </w:r>
          </w:p>
        </w:tc>
      </w:tr>
      <w:tr w:rsidR="00FD17B1" w:rsidRPr="007D6940" w14:paraId="4E60731A" w14:textId="77777777" w:rsidTr="007D6940">
        <w:tc>
          <w:tcPr>
            <w:tcW w:w="14458" w:type="dxa"/>
            <w:gridSpan w:val="2"/>
          </w:tcPr>
          <w:p w14:paraId="6AFEDC90" w14:textId="77777777" w:rsidR="00FD17B1" w:rsidRPr="00972B74" w:rsidRDefault="00FD17B1" w:rsidP="00C45399">
            <w:pPr>
              <w:widowControl w:val="0"/>
              <w:spacing w:before="120" w:after="80"/>
              <w:jc w:val="both"/>
              <w:rPr>
                <w:rFonts w:cs="Times New Roman"/>
                <w:sz w:val="28"/>
                <w:szCs w:val="28"/>
                <w:lang w:val="vi-VN"/>
              </w:rPr>
            </w:pPr>
            <w:r w:rsidRPr="00972B74">
              <w:rPr>
                <w:rFonts w:cs="Times New Roman"/>
                <w:b/>
                <w:sz w:val="28"/>
                <w:szCs w:val="28"/>
                <w:lang w:val="vi-VN"/>
              </w:rPr>
              <w:lastRenderedPageBreak/>
              <w:t>II. ĐÁNH GIÁ TÍNH HỢP HIẾN, HỢP PHÁP CỦA THỦ TỤC HÀNH CHÍNH</w:t>
            </w:r>
          </w:p>
        </w:tc>
      </w:tr>
      <w:tr w:rsidR="00FD17B1" w:rsidRPr="007D6940" w14:paraId="00DBBF7E" w14:textId="77777777" w:rsidTr="007D6940">
        <w:tc>
          <w:tcPr>
            <w:tcW w:w="3118" w:type="dxa"/>
          </w:tcPr>
          <w:p w14:paraId="652C90C6" w14:textId="77777777" w:rsidR="00FD17B1" w:rsidRPr="00972B74" w:rsidRDefault="00FD17B1" w:rsidP="007D6940">
            <w:pPr>
              <w:widowControl w:val="0"/>
              <w:rPr>
                <w:rFonts w:cs="Times New Roman"/>
                <w:sz w:val="28"/>
                <w:szCs w:val="28"/>
                <w:lang w:val="vi-VN"/>
              </w:rPr>
            </w:pPr>
            <w:r w:rsidRPr="00972B74">
              <w:rPr>
                <w:rFonts w:cs="Times New Roman"/>
                <w:b/>
                <w:sz w:val="28"/>
                <w:szCs w:val="28"/>
                <w:lang w:val="vi-VN"/>
              </w:rPr>
              <w:t>1. Có phù hợp với Hiến pháp không?</w:t>
            </w:r>
          </w:p>
        </w:tc>
        <w:tc>
          <w:tcPr>
            <w:tcW w:w="11340" w:type="dxa"/>
          </w:tcPr>
          <w:p w14:paraId="79BADE15" w14:textId="77777777" w:rsidR="00FD17B1" w:rsidRPr="00972B74" w:rsidRDefault="00FD17B1" w:rsidP="007D6940">
            <w:pPr>
              <w:widowControl w:val="0"/>
              <w:rPr>
                <w:rFonts w:cs="Times New Roman"/>
                <w:sz w:val="28"/>
                <w:szCs w:val="28"/>
                <w:lang w:val="vi-VN"/>
              </w:rPr>
            </w:pPr>
            <w:r w:rsidRPr="00972B74">
              <w:rPr>
                <w:rFonts w:cs="Times New Roman"/>
                <w:sz w:val="28"/>
                <w:szCs w:val="28"/>
                <w:lang w:val="vi-VN"/>
              </w:rPr>
              <w:t>Có [x]       Không [ ]</w:t>
            </w:r>
          </w:p>
          <w:p w14:paraId="10E6C9E3"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 xml:space="preserve">Nêu rõ lý do: Quy định thủ tục hành chính nhằm bảo đảm quyền, lợi ích hợp pháp của tổ chức, cá nhân trong </w:t>
            </w:r>
            <w:r w:rsidRPr="00C542CB">
              <w:rPr>
                <w:rFonts w:cs="Times New Roman"/>
                <w:sz w:val="28"/>
                <w:szCs w:val="28"/>
                <w:lang w:val="vi-VN"/>
              </w:rPr>
              <w:t>thực hiện pháp luật về thi đua, khen thưởng</w:t>
            </w:r>
            <w:r w:rsidRPr="00972B74">
              <w:rPr>
                <w:rFonts w:cs="Times New Roman"/>
                <w:sz w:val="28"/>
                <w:szCs w:val="28"/>
                <w:lang w:val="vi-VN"/>
              </w:rPr>
              <w:t>; đồng thời bảo đảm việc quản lý</w:t>
            </w:r>
            <w:r w:rsidRPr="00C542CB">
              <w:rPr>
                <w:rFonts w:cs="Times New Roman"/>
                <w:sz w:val="28"/>
                <w:szCs w:val="28"/>
                <w:lang w:val="vi-VN"/>
              </w:rPr>
              <w:t xml:space="preserve"> </w:t>
            </w:r>
            <w:r w:rsidRPr="00972B74">
              <w:rPr>
                <w:rFonts w:cs="Times New Roman"/>
                <w:sz w:val="28"/>
                <w:szCs w:val="28"/>
                <w:lang w:val="vi-VN"/>
              </w:rPr>
              <w:t xml:space="preserve">nhà nước </w:t>
            </w:r>
            <w:r w:rsidRPr="00C542CB">
              <w:rPr>
                <w:rFonts w:cs="Times New Roman"/>
                <w:sz w:val="28"/>
                <w:szCs w:val="28"/>
                <w:lang w:val="vi-VN"/>
              </w:rPr>
              <w:t xml:space="preserve">về thi đua, khen thưởng được </w:t>
            </w:r>
            <w:r>
              <w:rPr>
                <w:rFonts w:cs="Times New Roman"/>
                <w:sz w:val="28"/>
                <w:szCs w:val="28"/>
                <w:lang w:val="vi-VN"/>
              </w:rPr>
              <w:t>công khai, minh bạch</w:t>
            </w:r>
            <w:r w:rsidRPr="00972B74">
              <w:rPr>
                <w:rFonts w:cs="Times New Roman"/>
                <w:sz w:val="28"/>
                <w:szCs w:val="28"/>
                <w:lang w:val="vi-VN"/>
              </w:rPr>
              <w:t xml:space="preserve">. Dự thảo không đặt ra </w:t>
            </w:r>
            <w:r w:rsidRPr="00C542CB">
              <w:rPr>
                <w:rFonts w:cs="Times New Roman"/>
                <w:sz w:val="28"/>
                <w:szCs w:val="28"/>
                <w:lang w:val="vi-VN"/>
              </w:rPr>
              <w:t xml:space="preserve">vấn đề </w:t>
            </w:r>
            <w:r w:rsidRPr="00972B74">
              <w:rPr>
                <w:rFonts w:cs="Times New Roman"/>
                <w:sz w:val="28"/>
                <w:szCs w:val="28"/>
                <w:lang w:val="vi-VN"/>
              </w:rPr>
              <w:t>hạn chế quyền con người,</w:t>
            </w:r>
            <w:r>
              <w:rPr>
                <w:rFonts w:cs="Times New Roman"/>
                <w:sz w:val="28"/>
                <w:szCs w:val="28"/>
                <w:lang w:val="vi-VN"/>
              </w:rPr>
              <w:t xml:space="preserve"> quyền công dân trái Hiến pháp.</w:t>
            </w:r>
          </w:p>
        </w:tc>
      </w:tr>
      <w:tr w:rsidR="00FD17B1" w:rsidRPr="007D6940" w14:paraId="63B4C589" w14:textId="77777777" w:rsidTr="007D6940">
        <w:tc>
          <w:tcPr>
            <w:tcW w:w="3118" w:type="dxa"/>
          </w:tcPr>
          <w:p w14:paraId="094DF6D4" w14:textId="77777777" w:rsidR="00FD17B1" w:rsidRPr="00972B74" w:rsidRDefault="00FD17B1" w:rsidP="007D6940">
            <w:pPr>
              <w:widowControl w:val="0"/>
              <w:jc w:val="both"/>
              <w:rPr>
                <w:rFonts w:cs="Times New Roman"/>
                <w:sz w:val="28"/>
                <w:szCs w:val="28"/>
                <w:lang w:val="vi-VN"/>
              </w:rPr>
            </w:pPr>
            <w:r w:rsidRPr="00972B74">
              <w:rPr>
                <w:rFonts w:cs="Times New Roman"/>
                <w:b/>
                <w:sz w:val="28"/>
                <w:szCs w:val="28"/>
                <w:lang w:val="vi-VN"/>
              </w:rPr>
              <w:t>2. Có mâu thuẫn, chồng chéo hoặc không phù hợp, thống nhất với quy định tại các văn bản khác, điều ước quốc tế có liên quan mà nước Cộng hòa xã hội chủ nghĩa Việt Nam là thành viên không?</w:t>
            </w:r>
          </w:p>
        </w:tc>
        <w:tc>
          <w:tcPr>
            <w:tcW w:w="11340" w:type="dxa"/>
          </w:tcPr>
          <w:p w14:paraId="0F02E362"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 Với văn bản của cơ quan nhà nước cấp trên: Có [ ]       Không [x]</w:t>
            </w:r>
          </w:p>
          <w:p w14:paraId="7CD9E6B3" w14:textId="77777777" w:rsidR="00FD17B1" w:rsidRDefault="00FD17B1" w:rsidP="007D6940">
            <w:pPr>
              <w:widowControl w:val="0"/>
              <w:jc w:val="both"/>
              <w:rPr>
                <w:rFonts w:cs="Times New Roman"/>
                <w:sz w:val="28"/>
                <w:szCs w:val="28"/>
                <w:lang w:val="vi-VN"/>
              </w:rPr>
            </w:pPr>
            <w:r>
              <w:rPr>
                <w:rFonts w:cs="Times New Roman"/>
                <w:sz w:val="28"/>
                <w:szCs w:val="28"/>
                <w:lang w:val="vi-VN"/>
              </w:rPr>
              <w:t xml:space="preserve">Lý do: </w:t>
            </w:r>
            <w:r w:rsidRPr="00C542CB">
              <w:rPr>
                <w:rFonts w:cs="Times New Roman"/>
                <w:sz w:val="28"/>
                <w:szCs w:val="28"/>
                <w:lang w:val="vi-VN"/>
              </w:rPr>
              <w:t>T</w:t>
            </w:r>
            <w:r w:rsidRPr="00972B74">
              <w:rPr>
                <w:rFonts w:cs="Times New Roman"/>
                <w:sz w:val="28"/>
                <w:szCs w:val="28"/>
                <w:lang w:val="vi-VN"/>
              </w:rPr>
              <w:t xml:space="preserve">hủ tục được xây dựng trên cơ sở Luật </w:t>
            </w:r>
            <w:r w:rsidRPr="00C542CB">
              <w:rPr>
                <w:rFonts w:cs="Times New Roman"/>
                <w:sz w:val="28"/>
                <w:szCs w:val="28"/>
                <w:lang w:val="vi-VN"/>
              </w:rPr>
              <w:t>số 06/2026/QH16 sửa đổi, bổ sung Luật Thi đua, khen thưởng</w:t>
            </w:r>
            <w:r w:rsidRPr="00972B74">
              <w:rPr>
                <w:rFonts w:cs="Times New Roman"/>
                <w:sz w:val="28"/>
                <w:szCs w:val="28"/>
                <w:lang w:val="vi-VN"/>
              </w:rPr>
              <w:t>, pháp luật ban hành văn bản quy phạm pháp luậ</w:t>
            </w:r>
            <w:r>
              <w:rPr>
                <w:rFonts w:cs="Times New Roman"/>
                <w:sz w:val="28"/>
                <w:szCs w:val="28"/>
                <w:lang w:val="vi-VN"/>
              </w:rPr>
              <w:t>t, kiểm soát thủ tục hành chính</w:t>
            </w:r>
            <w:r w:rsidRPr="00972B74">
              <w:rPr>
                <w:rFonts w:cs="Times New Roman"/>
                <w:sz w:val="28"/>
                <w:szCs w:val="28"/>
                <w:lang w:val="vi-VN"/>
              </w:rPr>
              <w:t xml:space="preserve">; dự thảo </w:t>
            </w:r>
            <w:r>
              <w:rPr>
                <w:rFonts w:cs="Times New Roman"/>
                <w:sz w:val="28"/>
                <w:szCs w:val="28"/>
                <w:lang w:val="vi-VN"/>
              </w:rPr>
              <w:t xml:space="preserve">chỉ cụ thể hóa trình tự, hồ sơ </w:t>
            </w:r>
            <w:r w:rsidRPr="00972B74">
              <w:rPr>
                <w:rFonts w:cs="Times New Roman"/>
                <w:sz w:val="28"/>
                <w:szCs w:val="28"/>
                <w:lang w:val="vi-VN"/>
              </w:rPr>
              <w:t>v</w:t>
            </w:r>
            <w:r>
              <w:rPr>
                <w:rFonts w:cs="Times New Roman"/>
                <w:sz w:val="28"/>
                <w:szCs w:val="28"/>
                <w:lang w:val="vi-VN"/>
              </w:rPr>
              <w:t>à trách nhiệm tổ chức thực hiện.</w:t>
            </w:r>
          </w:p>
          <w:p w14:paraId="4E745D25"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 Với văn bản của cơ quan khác: Có [ ]       Không [x]</w:t>
            </w:r>
          </w:p>
          <w:p w14:paraId="61263D44"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 Với điều ước quốc tế có liên quan mà nước CHXHCN V</w:t>
            </w:r>
            <w:r>
              <w:rPr>
                <w:rFonts w:cs="Times New Roman"/>
                <w:sz w:val="28"/>
                <w:szCs w:val="28"/>
                <w:lang w:val="vi-VN"/>
              </w:rPr>
              <w:t xml:space="preserve">iệt Nam là thành viên: Có [ ]  </w:t>
            </w:r>
            <w:r w:rsidRPr="00972B74">
              <w:rPr>
                <w:rFonts w:cs="Times New Roman"/>
                <w:sz w:val="28"/>
                <w:szCs w:val="28"/>
                <w:lang w:val="vi-VN"/>
              </w:rPr>
              <w:t>Không [x]</w:t>
            </w:r>
          </w:p>
          <w:p w14:paraId="130937F7"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Không phát hiện nội dung mâu t</w:t>
            </w:r>
            <w:r>
              <w:rPr>
                <w:rFonts w:cs="Times New Roman"/>
                <w:sz w:val="28"/>
                <w:szCs w:val="28"/>
                <w:lang w:val="vi-VN"/>
              </w:rPr>
              <w:t>huẫn, chồng chéo hoặc xung đột với các v</w:t>
            </w:r>
            <w:r w:rsidRPr="00EB1BEB">
              <w:rPr>
                <w:rFonts w:cs="Times New Roman"/>
                <w:sz w:val="28"/>
                <w:szCs w:val="28"/>
                <w:lang w:val="vi-VN"/>
              </w:rPr>
              <w:t>ă</w:t>
            </w:r>
            <w:r>
              <w:rPr>
                <w:rFonts w:cs="Times New Roman"/>
                <w:sz w:val="28"/>
                <w:szCs w:val="28"/>
                <w:lang w:val="vi-VN"/>
              </w:rPr>
              <w:t>n bản của cơ quan khác</w:t>
            </w:r>
            <w:r w:rsidRPr="00EB1BEB">
              <w:rPr>
                <w:rFonts w:cs="Times New Roman"/>
                <w:sz w:val="28"/>
                <w:szCs w:val="28"/>
                <w:lang w:val="vi-VN"/>
              </w:rPr>
              <w:t xml:space="preserve">; với </w:t>
            </w:r>
            <w:r>
              <w:rPr>
                <w:rFonts w:cs="Times New Roman"/>
                <w:sz w:val="28"/>
                <w:szCs w:val="28"/>
                <w:lang w:val="vi-VN"/>
              </w:rPr>
              <w:t>điều ước quốc tế có liên quan.</w:t>
            </w:r>
          </w:p>
        </w:tc>
      </w:tr>
      <w:tr w:rsidR="00FD17B1" w:rsidRPr="007D6940" w14:paraId="27C75148" w14:textId="77777777" w:rsidTr="007D6940">
        <w:tc>
          <w:tcPr>
            <w:tcW w:w="14458" w:type="dxa"/>
            <w:gridSpan w:val="2"/>
          </w:tcPr>
          <w:p w14:paraId="290B0B90" w14:textId="77777777" w:rsidR="00FD17B1" w:rsidRPr="00972B74" w:rsidRDefault="00FD17B1" w:rsidP="00C45399">
            <w:pPr>
              <w:widowControl w:val="0"/>
              <w:spacing w:before="120" w:after="80"/>
              <w:rPr>
                <w:rFonts w:cs="Times New Roman"/>
                <w:sz w:val="28"/>
                <w:szCs w:val="28"/>
                <w:lang w:val="vi-VN"/>
              </w:rPr>
            </w:pPr>
            <w:r w:rsidRPr="00972B74">
              <w:rPr>
                <w:rFonts w:cs="Times New Roman"/>
                <w:b/>
                <w:sz w:val="28"/>
                <w:szCs w:val="28"/>
                <w:lang w:val="vi-VN"/>
              </w:rPr>
              <w:t>III. ĐÁNH GIÁ TÍNH HỢP LÝ CỦA THỦ TỤC HÀNH CHÍNH</w:t>
            </w:r>
          </w:p>
        </w:tc>
      </w:tr>
      <w:tr w:rsidR="00FD17B1" w:rsidRPr="007D6940" w14:paraId="41C62C2B" w14:textId="77777777" w:rsidTr="007D6940">
        <w:tc>
          <w:tcPr>
            <w:tcW w:w="14458" w:type="dxa"/>
            <w:gridSpan w:val="2"/>
          </w:tcPr>
          <w:p w14:paraId="2485F2F3" w14:textId="77777777" w:rsidR="00FD17B1" w:rsidRPr="00972B74" w:rsidRDefault="00FD17B1" w:rsidP="007D6940">
            <w:pPr>
              <w:widowControl w:val="0"/>
              <w:spacing w:after="80"/>
              <w:rPr>
                <w:rFonts w:cs="Times New Roman"/>
                <w:b/>
                <w:sz w:val="28"/>
                <w:szCs w:val="28"/>
                <w:lang w:val="vi-VN"/>
              </w:rPr>
            </w:pPr>
            <w:r w:rsidRPr="00972B74">
              <w:rPr>
                <w:rFonts w:cs="Times New Roman"/>
                <w:b/>
                <w:sz w:val="28"/>
                <w:szCs w:val="28"/>
                <w:lang w:val="vi-VN"/>
              </w:rPr>
              <w:t>1. Tên thủ tục hành chính</w:t>
            </w:r>
          </w:p>
        </w:tc>
      </w:tr>
      <w:tr w:rsidR="00FD17B1" w:rsidRPr="007D6940" w14:paraId="67B3E335" w14:textId="77777777" w:rsidTr="007D6940">
        <w:tc>
          <w:tcPr>
            <w:tcW w:w="3118" w:type="dxa"/>
          </w:tcPr>
          <w:p w14:paraId="6A9949EE"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Có được quy định rõ ràng, cụ thể và phù hợp không?</w:t>
            </w:r>
          </w:p>
          <w:p w14:paraId="15B62746" w14:textId="77777777" w:rsidR="00FD17B1" w:rsidRPr="00972B74" w:rsidRDefault="00FD17B1" w:rsidP="007D6940">
            <w:pPr>
              <w:widowControl w:val="0"/>
              <w:jc w:val="both"/>
              <w:rPr>
                <w:rFonts w:cs="Times New Roman"/>
                <w:sz w:val="28"/>
                <w:szCs w:val="28"/>
                <w:lang w:val="vi-VN"/>
              </w:rPr>
            </w:pPr>
          </w:p>
        </w:tc>
        <w:tc>
          <w:tcPr>
            <w:tcW w:w="11340" w:type="dxa"/>
          </w:tcPr>
          <w:p w14:paraId="080D6CEB" w14:textId="77777777" w:rsidR="00FD17B1" w:rsidRPr="00972B74" w:rsidRDefault="00FD17B1" w:rsidP="007D6940">
            <w:pPr>
              <w:widowControl w:val="0"/>
              <w:jc w:val="both"/>
              <w:rPr>
                <w:rFonts w:cs="Times New Roman"/>
                <w:sz w:val="28"/>
                <w:szCs w:val="28"/>
                <w:lang w:val="vi-VN"/>
              </w:rPr>
            </w:pPr>
            <w:r w:rsidRPr="00972B74">
              <w:rPr>
                <w:rFonts w:cs="Times New Roman"/>
                <w:sz w:val="28"/>
                <w:szCs w:val="28"/>
                <w:lang w:val="vi-VN"/>
              </w:rPr>
              <w:t>Có [x]       Không [ ]</w:t>
            </w:r>
          </w:p>
          <w:p w14:paraId="0618279A" w14:textId="1A23DB16" w:rsidR="00FD17B1" w:rsidRPr="00972B74" w:rsidRDefault="00FD17B1" w:rsidP="00FD17B1">
            <w:pPr>
              <w:widowControl w:val="0"/>
              <w:jc w:val="both"/>
              <w:rPr>
                <w:rFonts w:cs="Times New Roman"/>
                <w:sz w:val="28"/>
                <w:szCs w:val="28"/>
                <w:lang w:val="vi-VN"/>
              </w:rPr>
            </w:pPr>
            <w:r>
              <w:rPr>
                <w:rFonts w:cs="Times New Roman"/>
                <w:sz w:val="28"/>
                <w:szCs w:val="28"/>
                <w:lang w:val="vi-VN"/>
              </w:rPr>
              <w:t xml:space="preserve">Nêu rõ lý do: </w:t>
            </w:r>
            <w:r w:rsidRPr="00A47917">
              <w:rPr>
                <w:rFonts w:cs="Times New Roman"/>
                <w:sz w:val="28"/>
                <w:szCs w:val="28"/>
                <w:lang w:val="vi-VN"/>
              </w:rPr>
              <w:t>T</w:t>
            </w:r>
            <w:r w:rsidRPr="00972B74">
              <w:rPr>
                <w:rFonts w:cs="Times New Roman"/>
                <w:sz w:val="28"/>
                <w:szCs w:val="28"/>
                <w:lang w:val="vi-VN"/>
              </w:rPr>
              <w:t xml:space="preserve">ên thủ tục là </w:t>
            </w:r>
            <w:r w:rsidRPr="002F4AE9">
              <w:rPr>
                <w:rFonts w:cs="Times New Roman"/>
                <w:sz w:val="28"/>
                <w:szCs w:val="28"/>
                <w:lang w:val="vi-VN"/>
              </w:rPr>
              <w:t>“</w:t>
            </w:r>
            <w:r w:rsidRPr="002F4AE9">
              <w:rPr>
                <w:rFonts w:ascii="Times New Roman Bold" w:hAnsi="Times New Roman Bold"/>
                <w:sz w:val="28"/>
                <w:szCs w:val="28"/>
                <w:lang w:val="vi-VN"/>
              </w:rPr>
              <w:t xml:space="preserve">Thủ tục điều chỉnh thông tin quyết định khen thưởng thuộc thẩm quyền </w:t>
            </w:r>
            <w:r w:rsidRPr="00FD17B1">
              <w:rPr>
                <w:rFonts w:ascii="Times New Roman Bold" w:hAnsi="Times New Roman Bold"/>
                <w:sz w:val="28"/>
                <w:szCs w:val="28"/>
                <w:lang w:val="vi-VN"/>
              </w:rPr>
              <w:t>của cơ quan, tổ chức, đơn vị, địa phương thuộc tỉnh</w:t>
            </w:r>
            <w:r w:rsidRPr="002F4AE9">
              <w:rPr>
                <w:rFonts w:cs="Times New Roman"/>
                <w:sz w:val="28"/>
                <w:szCs w:val="28"/>
                <w:lang w:val="vi-VN"/>
              </w:rPr>
              <w:t xml:space="preserve">”, </w:t>
            </w:r>
            <w:r w:rsidRPr="00972B74">
              <w:rPr>
                <w:rFonts w:cs="Times New Roman"/>
                <w:sz w:val="28"/>
                <w:szCs w:val="28"/>
                <w:lang w:val="vi-VN"/>
              </w:rPr>
              <w:t xml:space="preserve">phản ánh đúng nội dung </w:t>
            </w:r>
            <w:r w:rsidRPr="00EB1BEB">
              <w:rPr>
                <w:rFonts w:cs="Times New Roman"/>
                <w:sz w:val="28"/>
                <w:szCs w:val="28"/>
                <w:lang w:val="vi-VN"/>
              </w:rPr>
              <w:t xml:space="preserve">quy định tại </w:t>
            </w:r>
            <w:r w:rsidRPr="00972B74">
              <w:rPr>
                <w:rFonts w:cs="Times New Roman"/>
                <w:sz w:val="28"/>
                <w:szCs w:val="28"/>
                <w:lang w:val="vi-VN"/>
              </w:rPr>
              <w:t xml:space="preserve">Điều </w:t>
            </w:r>
            <w:r w:rsidRPr="00A47917">
              <w:rPr>
                <w:rFonts w:cs="Times New Roman"/>
                <w:sz w:val="28"/>
                <w:szCs w:val="28"/>
                <w:lang w:val="vi-VN"/>
              </w:rPr>
              <w:t>2</w:t>
            </w:r>
            <w:r w:rsidRPr="002F4AE9">
              <w:rPr>
                <w:rFonts w:cs="Times New Roman"/>
                <w:sz w:val="28"/>
                <w:szCs w:val="28"/>
                <w:lang w:val="vi-VN"/>
              </w:rPr>
              <w:t>4</w:t>
            </w:r>
            <w:r w:rsidRPr="00FD17B1">
              <w:rPr>
                <w:rFonts w:cs="Times New Roman"/>
                <w:sz w:val="28"/>
                <w:szCs w:val="28"/>
                <w:lang w:val="vi-VN"/>
              </w:rPr>
              <w:t>b</w:t>
            </w:r>
            <w:r w:rsidRPr="00972B74">
              <w:rPr>
                <w:rFonts w:cs="Times New Roman"/>
                <w:sz w:val="28"/>
                <w:szCs w:val="28"/>
                <w:lang w:val="vi-VN"/>
              </w:rPr>
              <w:t xml:space="preserve"> dự thảo Quy</w:t>
            </w:r>
            <w:r w:rsidRPr="00EB1BEB">
              <w:rPr>
                <w:rFonts w:cs="Times New Roman"/>
                <w:sz w:val="28"/>
                <w:szCs w:val="28"/>
                <w:lang w:val="vi-VN"/>
              </w:rPr>
              <w:t>ết</w:t>
            </w:r>
            <w:r w:rsidRPr="00972B74">
              <w:rPr>
                <w:rFonts w:cs="Times New Roman"/>
                <w:sz w:val="28"/>
                <w:szCs w:val="28"/>
                <w:lang w:val="vi-VN"/>
              </w:rPr>
              <w:t xml:space="preserve"> định, thuận tiện cho việc công khai, tra cứu khi công bố thủ tục hành chính.</w:t>
            </w:r>
          </w:p>
        </w:tc>
      </w:tr>
      <w:tr w:rsidR="00FD17B1" w:rsidRPr="00972B74" w14:paraId="24D5A7DE" w14:textId="77777777" w:rsidTr="007D6940">
        <w:tc>
          <w:tcPr>
            <w:tcW w:w="14458" w:type="dxa"/>
            <w:gridSpan w:val="2"/>
          </w:tcPr>
          <w:p w14:paraId="7B206528" w14:textId="77777777" w:rsidR="00FD17B1" w:rsidRPr="00972B74" w:rsidRDefault="00FD17B1" w:rsidP="00DA66C1">
            <w:pPr>
              <w:widowControl w:val="0"/>
              <w:spacing w:before="120" w:after="120"/>
              <w:jc w:val="both"/>
              <w:rPr>
                <w:rFonts w:cs="Times New Roman"/>
                <w:sz w:val="28"/>
                <w:szCs w:val="28"/>
              </w:rPr>
            </w:pPr>
            <w:r w:rsidRPr="00972B74">
              <w:rPr>
                <w:rFonts w:cs="Times New Roman"/>
                <w:b/>
                <w:sz w:val="28"/>
                <w:szCs w:val="28"/>
              </w:rPr>
              <w:t>2. Trình tự thực hiện</w:t>
            </w:r>
          </w:p>
        </w:tc>
      </w:tr>
      <w:tr w:rsidR="00FD17B1" w:rsidRPr="007D6940" w14:paraId="2E066B65" w14:textId="77777777" w:rsidTr="007D6940">
        <w:tc>
          <w:tcPr>
            <w:tcW w:w="3118" w:type="dxa"/>
          </w:tcPr>
          <w:p w14:paraId="3395BEB3" w14:textId="77777777" w:rsidR="00FD17B1" w:rsidRPr="00972B74" w:rsidRDefault="00FD17B1" w:rsidP="007D6940">
            <w:pPr>
              <w:widowControl w:val="0"/>
              <w:jc w:val="both"/>
              <w:rPr>
                <w:rFonts w:cs="Times New Roman"/>
                <w:b/>
                <w:sz w:val="28"/>
                <w:szCs w:val="28"/>
              </w:rPr>
            </w:pPr>
            <w:r w:rsidRPr="00972B74">
              <w:rPr>
                <w:rFonts w:cs="Times New Roman"/>
                <w:sz w:val="28"/>
                <w:szCs w:val="28"/>
              </w:rPr>
              <w:lastRenderedPageBreak/>
              <w:t>a) Có được quy định rõ ràng và cụ thể về các bước thực hiện không?</w:t>
            </w:r>
          </w:p>
        </w:tc>
        <w:tc>
          <w:tcPr>
            <w:tcW w:w="11340" w:type="dxa"/>
          </w:tcPr>
          <w:p w14:paraId="12C1A4B5" w14:textId="3A964B8E" w:rsidR="00FD17B1" w:rsidRPr="00972B74" w:rsidRDefault="00DA66C1" w:rsidP="007D6940">
            <w:pPr>
              <w:widowControl w:val="0"/>
              <w:rPr>
                <w:rFonts w:cs="Times New Roman"/>
                <w:sz w:val="28"/>
                <w:szCs w:val="28"/>
              </w:rPr>
            </w:pPr>
            <w:r>
              <w:rPr>
                <w:rFonts w:cs="Times New Roman"/>
                <w:sz w:val="28"/>
                <w:szCs w:val="28"/>
              </w:rPr>
              <w:t xml:space="preserve"> Có [x]       Không [</w:t>
            </w:r>
            <w:r w:rsidR="00FD17B1" w:rsidRPr="00972B74">
              <w:rPr>
                <w:rFonts w:cs="Times New Roman"/>
                <w:sz w:val="28"/>
                <w:szCs w:val="28"/>
              </w:rPr>
              <w:t>]</w:t>
            </w:r>
          </w:p>
          <w:p w14:paraId="29D878C4" w14:textId="77777777" w:rsidR="00FD17B1" w:rsidRDefault="00FD17B1" w:rsidP="007D6940">
            <w:pPr>
              <w:widowControl w:val="0"/>
              <w:jc w:val="both"/>
              <w:rPr>
                <w:rFonts w:cs="Times New Roman"/>
                <w:sz w:val="28"/>
                <w:szCs w:val="28"/>
                <w:lang w:val="vi-VN"/>
              </w:rPr>
            </w:pPr>
            <w:r w:rsidRPr="00EB1BEB">
              <w:rPr>
                <w:rFonts w:cs="Times New Roman"/>
                <w:sz w:val="28"/>
                <w:szCs w:val="28"/>
                <w:lang w:val="vi-VN"/>
              </w:rPr>
              <w:t xml:space="preserve">Trình tự gồm: </w:t>
            </w:r>
          </w:p>
          <w:p w14:paraId="4F2500CE" w14:textId="7933F71C" w:rsidR="00DA66C1" w:rsidRPr="00DA66C1" w:rsidRDefault="00DA66C1" w:rsidP="00DA66C1">
            <w:pPr>
              <w:spacing w:before="120" w:after="120" w:line="240" w:lineRule="auto"/>
              <w:jc w:val="both"/>
              <w:rPr>
                <w:rFonts w:cs="Times New Roman"/>
                <w:bCs/>
                <w:sz w:val="28"/>
                <w:szCs w:val="28"/>
                <w:lang w:val="vi-VN"/>
              </w:rPr>
            </w:pPr>
            <w:r w:rsidRPr="00DA66C1">
              <w:rPr>
                <w:rFonts w:cs="Times New Roman"/>
                <w:bCs/>
                <w:sz w:val="28"/>
                <w:szCs w:val="28"/>
                <w:lang w:val="vi-VN"/>
              </w:rPr>
              <w:t>a) Cá nhân, tập thể, hộ gia đình có đơn hoặc văn bản đề nghị điều chỉnh thông tin trong quyết định khen thưởng thuộc thẩm quyền của Thủ trưởng cơ quan, tổ chức, đơn vị, địa phương thuộc tỉnh gửi tổ chức làm công tác thi đua, khen thưởng của các cơ quan, tổ chức, đơn vị, địa phương;</w:t>
            </w:r>
          </w:p>
          <w:p w14:paraId="599CACFC" w14:textId="77777777" w:rsidR="00DA66C1" w:rsidRPr="00DA66C1" w:rsidRDefault="00DA66C1" w:rsidP="00DA66C1">
            <w:pPr>
              <w:spacing w:before="120" w:after="120" w:line="240" w:lineRule="auto"/>
              <w:jc w:val="both"/>
              <w:rPr>
                <w:rFonts w:cs="Times New Roman"/>
                <w:bCs/>
                <w:sz w:val="28"/>
                <w:szCs w:val="28"/>
                <w:lang w:val="vi-VN"/>
              </w:rPr>
            </w:pPr>
            <w:r w:rsidRPr="00DA66C1">
              <w:rPr>
                <w:rFonts w:cs="Times New Roman"/>
                <w:bCs/>
                <w:sz w:val="28"/>
                <w:szCs w:val="28"/>
                <w:lang w:val="vi-VN"/>
              </w:rPr>
              <w:t>b) Tổ chức làm công tác thi đua, khen thưởng của các cơ quan, tổ chức, đơn vị, địa phương thực hiện đối chiếu với hồ sơ lưu, tổng hợp trình Thủ trưởng cơ quan, tổ chức, đơn vị, địa phương xem xét, quyết định điều chỉnh thông tin tại quyết định khen thưởng trong thời hạn 10 ngày làm việc kể từ ngày nhận được đủ hồ sơ đề nghị theo quy định;</w:t>
            </w:r>
          </w:p>
          <w:p w14:paraId="6AA52AB1" w14:textId="77777777" w:rsidR="00DA66C1" w:rsidRPr="00DA66C1" w:rsidRDefault="00DA66C1" w:rsidP="00DA66C1">
            <w:pPr>
              <w:spacing w:before="120" w:after="120" w:line="240" w:lineRule="auto"/>
              <w:jc w:val="both"/>
              <w:rPr>
                <w:rFonts w:cs="Times New Roman"/>
                <w:bCs/>
                <w:sz w:val="28"/>
                <w:szCs w:val="28"/>
                <w:lang w:val="vi-VN"/>
              </w:rPr>
            </w:pPr>
            <w:r w:rsidRPr="00DA66C1">
              <w:rPr>
                <w:rFonts w:cs="Times New Roman"/>
                <w:bCs/>
                <w:sz w:val="28"/>
                <w:szCs w:val="28"/>
                <w:lang w:val="vi-VN"/>
              </w:rPr>
              <w:t>c) Thủ trưởng cơ quan, tổ chức, đơn vị, địa phương xem xét, quyết định điều chỉnh thông tin khen thưởng cho cá nhân, tập thể, hộ gia đình;</w:t>
            </w:r>
          </w:p>
          <w:p w14:paraId="475F4C7E" w14:textId="753690CF" w:rsidR="00FD17B1" w:rsidRPr="00DA66C1" w:rsidRDefault="00DA66C1" w:rsidP="00DA66C1">
            <w:pPr>
              <w:spacing w:before="120" w:after="120" w:line="240" w:lineRule="auto"/>
              <w:jc w:val="both"/>
              <w:rPr>
                <w:rFonts w:cs="Times New Roman"/>
                <w:bCs/>
                <w:sz w:val="28"/>
                <w:szCs w:val="28"/>
                <w:lang w:val="vi-VN"/>
              </w:rPr>
            </w:pPr>
            <w:r w:rsidRPr="00DA66C1">
              <w:rPr>
                <w:rFonts w:cs="Times New Roman"/>
                <w:bCs/>
                <w:sz w:val="28"/>
                <w:szCs w:val="28"/>
                <w:lang w:val="vi-VN"/>
              </w:rPr>
              <w:t>d) Tổ chức làm công tác thi đua, khen thưởng của cơ quan, tổ chức, đơn vị, địa phương có trách nhiệm in ấn, cấp phát Bằng của các danh hiệu thi đua, hình thức khen thưởng cho cá nhân, tập thể, hộ gia đình sau khi Quyết định điều chỉnh thông tin khen thưởng được cấp có thẩm quyền phê duyệt.</w:t>
            </w:r>
          </w:p>
        </w:tc>
      </w:tr>
      <w:tr w:rsidR="00FD17B1" w:rsidRPr="007D6940" w14:paraId="10C01A4B" w14:textId="77777777" w:rsidTr="007D6940">
        <w:tc>
          <w:tcPr>
            <w:tcW w:w="3118" w:type="dxa"/>
          </w:tcPr>
          <w:p w14:paraId="4752D191" w14:textId="77777777" w:rsidR="00FD17B1" w:rsidRPr="00E270D8" w:rsidRDefault="00FD17B1" w:rsidP="00DA66C1">
            <w:pPr>
              <w:widowControl w:val="0"/>
              <w:spacing w:before="120"/>
              <w:jc w:val="both"/>
              <w:rPr>
                <w:rFonts w:cs="Times New Roman"/>
                <w:sz w:val="28"/>
                <w:szCs w:val="28"/>
                <w:lang w:val="vi-VN"/>
              </w:rPr>
            </w:pPr>
            <w:r w:rsidRPr="00E270D8">
              <w:rPr>
                <w:rFonts w:cs="Times New Roman"/>
                <w:sz w:val="28"/>
                <w:szCs w:val="28"/>
                <w:lang w:val="vi-VN"/>
              </w:rPr>
              <w:t>b) Có được quy định, phân định rõ trách nhiệm và nội dung công việc của cơ quan nhà nước và cá nhân, tổ chức khi thực hiện không?</w:t>
            </w:r>
          </w:p>
        </w:tc>
        <w:tc>
          <w:tcPr>
            <w:tcW w:w="11340" w:type="dxa"/>
          </w:tcPr>
          <w:p w14:paraId="4F3E7347" w14:textId="77777777" w:rsidR="00FD17B1" w:rsidRPr="00E270D8" w:rsidRDefault="00FD17B1" w:rsidP="00DA66C1">
            <w:pPr>
              <w:widowControl w:val="0"/>
              <w:spacing w:before="120"/>
              <w:jc w:val="both"/>
              <w:rPr>
                <w:rFonts w:cs="Times New Roman"/>
                <w:sz w:val="28"/>
                <w:szCs w:val="28"/>
                <w:lang w:val="vi-VN"/>
              </w:rPr>
            </w:pPr>
            <w:r w:rsidRPr="00E270D8">
              <w:rPr>
                <w:rFonts w:cs="Times New Roman"/>
                <w:sz w:val="28"/>
                <w:szCs w:val="28"/>
                <w:lang w:val="vi-VN"/>
              </w:rPr>
              <w:t>Có [x]       Không [ ]</w:t>
            </w:r>
          </w:p>
          <w:p w14:paraId="29D94F33" w14:textId="5227F458" w:rsidR="00FD17B1" w:rsidRPr="00FD17B1" w:rsidRDefault="00FD17B1" w:rsidP="007D6940">
            <w:pPr>
              <w:widowControl w:val="0"/>
              <w:jc w:val="both"/>
              <w:rPr>
                <w:rFonts w:cs="Times New Roman"/>
                <w:sz w:val="28"/>
                <w:szCs w:val="28"/>
                <w:lang w:val="vi-VN"/>
              </w:rPr>
            </w:pPr>
            <w:r w:rsidRPr="00E270D8">
              <w:rPr>
                <w:rFonts w:cs="Times New Roman"/>
                <w:sz w:val="28"/>
                <w:szCs w:val="28"/>
                <w:lang w:val="vi-VN"/>
              </w:rPr>
              <w:t xml:space="preserve"> Dự thảo phân định rõ trách nhiệm của </w:t>
            </w:r>
            <w:r w:rsidRPr="00C71A61">
              <w:rPr>
                <w:rFonts w:cs="Times New Roman"/>
                <w:sz w:val="28"/>
                <w:szCs w:val="28"/>
                <w:lang w:val="vi-VN"/>
              </w:rPr>
              <w:t>tập thể, cá nhân</w:t>
            </w:r>
            <w:r>
              <w:rPr>
                <w:rFonts w:cs="Times New Roman"/>
                <w:sz w:val="28"/>
                <w:szCs w:val="28"/>
                <w:lang w:val="vi-VN"/>
              </w:rPr>
              <w:t xml:space="preserve">, hộ gia đình </w:t>
            </w:r>
            <w:r w:rsidRPr="00E270D8">
              <w:rPr>
                <w:rFonts w:cs="Times New Roman"/>
                <w:sz w:val="28"/>
                <w:szCs w:val="28"/>
                <w:lang w:val="vi-VN"/>
              </w:rPr>
              <w:t xml:space="preserve">trong nộp hồ sơ, chịu trách nhiệm về tính trung thực của hồ sơ; trách nhiệm của </w:t>
            </w:r>
            <w:r w:rsidRPr="00FD17B1">
              <w:rPr>
                <w:rFonts w:cs="Times New Roman"/>
                <w:sz w:val="28"/>
                <w:szCs w:val="28"/>
                <w:lang w:val="vi-VN"/>
              </w:rPr>
              <w:t>Phòng, ban, đơn vị đã trình khen trước đây</w:t>
            </w:r>
            <w:r w:rsidRPr="00C71A61">
              <w:rPr>
                <w:rFonts w:cs="Times New Roman"/>
                <w:sz w:val="28"/>
                <w:szCs w:val="28"/>
                <w:lang w:val="vi-VN"/>
              </w:rPr>
              <w:t xml:space="preserve"> </w:t>
            </w:r>
            <w:r w:rsidRPr="00E270D8">
              <w:rPr>
                <w:rFonts w:cs="Times New Roman"/>
                <w:sz w:val="28"/>
                <w:szCs w:val="28"/>
                <w:lang w:val="vi-VN"/>
              </w:rPr>
              <w:t xml:space="preserve">trong tiếp nhận, thẩm định; trách nhiệm </w:t>
            </w:r>
            <w:r w:rsidRPr="00FD17B1">
              <w:rPr>
                <w:rFonts w:cs="Times New Roman"/>
                <w:sz w:val="28"/>
                <w:szCs w:val="28"/>
                <w:lang w:val="vi-VN"/>
              </w:rPr>
              <w:t>của Thủ trưởng cơ quan, tổ chức, đơn vị, địa phương.</w:t>
            </w:r>
          </w:p>
        </w:tc>
      </w:tr>
      <w:tr w:rsidR="00FD17B1" w:rsidRPr="007D6940" w14:paraId="525650CA" w14:textId="77777777" w:rsidTr="007D6940">
        <w:tc>
          <w:tcPr>
            <w:tcW w:w="3118" w:type="dxa"/>
          </w:tcPr>
          <w:p w14:paraId="34BD5CA7" w14:textId="77777777" w:rsidR="00FD17B1" w:rsidRPr="00E270D8" w:rsidRDefault="00FD17B1" w:rsidP="00DA66C1">
            <w:pPr>
              <w:widowControl w:val="0"/>
              <w:spacing w:before="120"/>
              <w:jc w:val="both"/>
              <w:rPr>
                <w:rFonts w:cs="Times New Roman"/>
                <w:sz w:val="28"/>
                <w:szCs w:val="28"/>
                <w:lang w:val="vi-VN"/>
              </w:rPr>
            </w:pPr>
            <w:r w:rsidRPr="00E270D8">
              <w:rPr>
                <w:rFonts w:cs="Times New Roman"/>
                <w:sz w:val="28"/>
                <w:szCs w:val="28"/>
                <w:lang w:val="vi-VN"/>
              </w:rPr>
              <w:t xml:space="preserve">c) Có áp dụng cơ chế liên thông không? </w:t>
            </w:r>
          </w:p>
        </w:tc>
        <w:tc>
          <w:tcPr>
            <w:tcW w:w="11340" w:type="dxa"/>
          </w:tcPr>
          <w:p w14:paraId="5F984F5A" w14:textId="75D362D4" w:rsidR="00FD17B1" w:rsidRPr="00E270D8" w:rsidRDefault="00FD17B1" w:rsidP="00DA66C1">
            <w:pPr>
              <w:widowControl w:val="0"/>
              <w:spacing w:before="120"/>
              <w:rPr>
                <w:rFonts w:cs="Times New Roman"/>
                <w:sz w:val="28"/>
                <w:szCs w:val="28"/>
                <w:lang w:val="vi-VN"/>
              </w:rPr>
            </w:pPr>
            <w:r w:rsidRPr="00E270D8">
              <w:rPr>
                <w:rFonts w:cs="Times New Roman"/>
                <w:sz w:val="28"/>
                <w:szCs w:val="28"/>
                <w:lang w:val="vi-VN"/>
              </w:rPr>
              <w:t>Có [x]       Không []</w:t>
            </w:r>
          </w:p>
          <w:p w14:paraId="712923FB" w14:textId="0D668D96" w:rsidR="00FD17B1" w:rsidRPr="00E270D8" w:rsidRDefault="00FD17B1" w:rsidP="00FD17B1">
            <w:pPr>
              <w:widowControl w:val="0"/>
              <w:jc w:val="both"/>
              <w:rPr>
                <w:rFonts w:cs="Times New Roman"/>
                <w:sz w:val="28"/>
                <w:szCs w:val="28"/>
                <w:lang w:val="vi-VN"/>
              </w:rPr>
            </w:pPr>
            <w:r w:rsidRPr="00E270D8">
              <w:rPr>
                <w:rFonts w:cs="Times New Roman"/>
                <w:sz w:val="28"/>
                <w:szCs w:val="28"/>
                <w:lang w:val="vi-VN"/>
              </w:rPr>
              <w:t xml:space="preserve">Lý do: Hồ sơ được liên thông từ </w:t>
            </w:r>
            <w:r w:rsidRPr="00FD17B1">
              <w:rPr>
                <w:rFonts w:cs="Times New Roman"/>
                <w:sz w:val="28"/>
                <w:szCs w:val="28"/>
                <w:lang w:val="vi-VN"/>
              </w:rPr>
              <w:t xml:space="preserve">Phòng, ban, đơn vị đến </w:t>
            </w:r>
            <w:r w:rsidRPr="00E270D8">
              <w:rPr>
                <w:rFonts w:cs="Times New Roman"/>
                <w:sz w:val="28"/>
                <w:szCs w:val="28"/>
                <w:lang w:val="vi-VN"/>
              </w:rPr>
              <w:t>cơ quan, tổ chức, đơn vị, địa phương</w:t>
            </w:r>
            <w:r>
              <w:rPr>
                <w:rFonts w:cs="Times New Roman"/>
                <w:sz w:val="28"/>
                <w:szCs w:val="28"/>
                <w:lang w:val="vi-VN"/>
              </w:rPr>
              <w:t xml:space="preserve"> </w:t>
            </w:r>
            <w:r w:rsidRPr="00FD17B1">
              <w:rPr>
                <w:rFonts w:cs="Times New Roman"/>
                <w:sz w:val="28"/>
                <w:szCs w:val="28"/>
                <w:lang w:val="vi-VN"/>
              </w:rPr>
              <w:t>thuộc tỉnh</w:t>
            </w:r>
            <w:r>
              <w:rPr>
                <w:rFonts w:cs="Times New Roman"/>
                <w:sz w:val="28"/>
                <w:szCs w:val="28"/>
                <w:lang w:val="vi-VN"/>
              </w:rPr>
              <w:t>.</w:t>
            </w:r>
          </w:p>
        </w:tc>
      </w:tr>
      <w:tr w:rsidR="00FD17B1" w:rsidRPr="00972B74" w14:paraId="5FC6F716" w14:textId="77777777" w:rsidTr="007D6940">
        <w:tc>
          <w:tcPr>
            <w:tcW w:w="3118" w:type="dxa"/>
          </w:tcPr>
          <w:p w14:paraId="546631EB" w14:textId="77777777" w:rsidR="00FD17B1" w:rsidRPr="00E270D8" w:rsidRDefault="00FD17B1" w:rsidP="00DA66C1">
            <w:pPr>
              <w:widowControl w:val="0"/>
              <w:spacing w:before="120"/>
              <w:jc w:val="both"/>
              <w:rPr>
                <w:rFonts w:cs="Times New Roman"/>
                <w:sz w:val="28"/>
                <w:szCs w:val="28"/>
                <w:lang w:val="vi-VN"/>
              </w:rPr>
            </w:pPr>
            <w:r w:rsidRPr="00E270D8">
              <w:rPr>
                <w:rFonts w:cs="Times New Roman"/>
                <w:sz w:val="28"/>
                <w:szCs w:val="28"/>
                <w:lang w:val="vi-VN"/>
              </w:rPr>
              <w:t xml:space="preserve">d) Có quy định việc kiểm tra, đánh giá, xác minh </w:t>
            </w:r>
            <w:r w:rsidRPr="00E270D8">
              <w:rPr>
                <w:rFonts w:cs="Times New Roman"/>
                <w:sz w:val="28"/>
                <w:szCs w:val="28"/>
                <w:lang w:val="vi-VN"/>
              </w:rPr>
              <w:lastRenderedPageBreak/>
              <w:t xml:space="preserve">thực tế của cơ quan nhà nước không? </w:t>
            </w:r>
          </w:p>
        </w:tc>
        <w:tc>
          <w:tcPr>
            <w:tcW w:w="11340" w:type="dxa"/>
          </w:tcPr>
          <w:p w14:paraId="6F95EAB8"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lastRenderedPageBreak/>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655A99B1" w14:textId="77777777" w:rsidR="00FD17B1" w:rsidRPr="00972B74" w:rsidRDefault="00FD17B1" w:rsidP="007D6940">
            <w:pPr>
              <w:widowControl w:val="0"/>
              <w:jc w:val="both"/>
              <w:rPr>
                <w:rFonts w:cs="Times New Roman"/>
                <w:sz w:val="28"/>
                <w:szCs w:val="28"/>
              </w:rPr>
            </w:pPr>
          </w:p>
        </w:tc>
      </w:tr>
      <w:tr w:rsidR="00FD17B1" w:rsidRPr="00972B74" w14:paraId="37004AA7" w14:textId="77777777" w:rsidTr="007D6940">
        <w:tc>
          <w:tcPr>
            <w:tcW w:w="3118" w:type="dxa"/>
          </w:tcPr>
          <w:p w14:paraId="6F01F463" w14:textId="77777777" w:rsidR="00FD17B1" w:rsidRPr="00972B74" w:rsidRDefault="00FD17B1" w:rsidP="00DA66C1">
            <w:pPr>
              <w:widowControl w:val="0"/>
              <w:spacing w:before="120" w:after="120"/>
              <w:rPr>
                <w:rFonts w:cs="Times New Roman"/>
                <w:sz w:val="28"/>
                <w:szCs w:val="28"/>
              </w:rPr>
            </w:pPr>
            <w:r w:rsidRPr="00972B74">
              <w:rPr>
                <w:rFonts w:cs="Times New Roman"/>
                <w:b/>
                <w:sz w:val="28"/>
                <w:szCs w:val="28"/>
              </w:rPr>
              <w:lastRenderedPageBreak/>
              <w:t>3. Cách thức thực hiện</w:t>
            </w:r>
          </w:p>
        </w:tc>
        <w:tc>
          <w:tcPr>
            <w:tcW w:w="11340" w:type="dxa"/>
          </w:tcPr>
          <w:p w14:paraId="39095B4C" w14:textId="77777777" w:rsidR="00FD17B1" w:rsidRPr="00972B74" w:rsidRDefault="00FD17B1" w:rsidP="007D6940">
            <w:pPr>
              <w:widowControl w:val="0"/>
              <w:jc w:val="both"/>
              <w:rPr>
                <w:rFonts w:cs="Times New Roman"/>
                <w:sz w:val="28"/>
                <w:szCs w:val="28"/>
              </w:rPr>
            </w:pPr>
          </w:p>
        </w:tc>
      </w:tr>
      <w:tr w:rsidR="00FD17B1" w:rsidRPr="00972B74" w14:paraId="3C8A0CFB" w14:textId="77777777" w:rsidTr="007D6940">
        <w:tc>
          <w:tcPr>
            <w:tcW w:w="3118" w:type="dxa"/>
          </w:tcPr>
          <w:p w14:paraId="213CAC8E" w14:textId="77777777" w:rsidR="00FD17B1" w:rsidRPr="00972B74" w:rsidRDefault="00FD17B1" w:rsidP="007D6940">
            <w:pPr>
              <w:widowControl w:val="0"/>
              <w:spacing w:before="120" w:after="120"/>
              <w:rPr>
                <w:rFonts w:cs="Times New Roman"/>
                <w:b/>
                <w:sz w:val="28"/>
                <w:szCs w:val="28"/>
              </w:rPr>
            </w:pPr>
            <w:r w:rsidRPr="00972B74">
              <w:rPr>
                <w:rFonts w:cs="Times New Roman"/>
                <w:sz w:val="28"/>
                <w:szCs w:val="28"/>
              </w:rPr>
              <w:t xml:space="preserve">a) Nộp hồ sơ: </w:t>
            </w:r>
          </w:p>
        </w:tc>
        <w:tc>
          <w:tcPr>
            <w:tcW w:w="11340" w:type="dxa"/>
          </w:tcPr>
          <w:p w14:paraId="2FB48CCB" w14:textId="77777777" w:rsidR="00FD17B1" w:rsidRPr="00972B74" w:rsidRDefault="00FD17B1" w:rsidP="007D6940">
            <w:pPr>
              <w:widowControl w:val="0"/>
              <w:spacing w:before="120" w:after="120"/>
              <w:rPr>
                <w:rFonts w:cs="Times New Roman"/>
                <w:sz w:val="28"/>
                <w:szCs w:val="28"/>
              </w:rPr>
            </w:pPr>
            <w:r w:rsidRPr="00972B74">
              <w:rPr>
                <w:rFonts w:cs="Times New Roman"/>
                <w:sz w:val="28"/>
                <w:szCs w:val="28"/>
              </w:rPr>
              <w:t>Có được quy định rõ ràng, cụ th</w:t>
            </w:r>
            <w:r>
              <w:rPr>
                <w:rFonts w:cs="Times New Roman"/>
                <w:sz w:val="28"/>
                <w:szCs w:val="28"/>
              </w:rPr>
              <w:t>ể không? Có [x]       Không [ ]</w:t>
            </w:r>
          </w:p>
        </w:tc>
      </w:tr>
      <w:tr w:rsidR="00FD17B1" w:rsidRPr="00972B74" w14:paraId="47610485" w14:textId="77777777" w:rsidTr="007D6940">
        <w:tc>
          <w:tcPr>
            <w:tcW w:w="3118" w:type="dxa"/>
          </w:tcPr>
          <w:p w14:paraId="1720CCBB" w14:textId="77777777" w:rsidR="00FD17B1" w:rsidRDefault="00FD17B1" w:rsidP="00DA66C1">
            <w:pPr>
              <w:widowControl w:val="0"/>
              <w:spacing w:before="120"/>
              <w:rPr>
                <w:rFonts w:cs="Times New Roman"/>
                <w:sz w:val="28"/>
                <w:szCs w:val="28"/>
              </w:rPr>
            </w:pPr>
            <w:r w:rsidRPr="00972B74">
              <w:rPr>
                <w:rFonts w:cs="Times New Roman"/>
                <w:sz w:val="28"/>
                <w:szCs w:val="28"/>
              </w:rPr>
              <w:t xml:space="preserve">Trực tiếp [x]       </w:t>
            </w:r>
          </w:p>
          <w:p w14:paraId="605AE9B7" w14:textId="77777777" w:rsidR="00FD17B1" w:rsidRDefault="00FD17B1" w:rsidP="007D6940">
            <w:pPr>
              <w:widowControl w:val="0"/>
              <w:rPr>
                <w:rFonts w:cs="Times New Roman"/>
                <w:sz w:val="28"/>
                <w:szCs w:val="28"/>
              </w:rPr>
            </w:pPr>
            <w:r w:rsidRPr="00972B74">
              <w:rPr>
                <w:rFonts w:cs="Times New Roman"/>
                <w:sz w:val="28"/>
                <w:szCs w:val="28"/>
              </w:rPr>
              <w:t xml:space="preserve">Bưu chính [x]       </w:t>
            </w:r>
          </w:p>
          <w:p w14:paraId="1AC4EBC6" w14:textId="77777777" w:rsidR="00FD17B1" w:rsidRPr="00972B74" w:rsidRDefault="00FD17B1" w:rsidP="007D6940">
            <w:pPr>
              <w:widowControl w:val="0"/>
              <w:rPr>
                <w:rFonts w:cs="Times New Roman"/>
                <w:sz w:val="28"/>
                <w:szCs w:val="28"/>
              </w:rPr>
            </w:pPr>
            <w:r w:rsidRPr="00972B74">
              <w:rPr>
                <w:rFonts w:cs="Times New Roman"/>
                <w:sz w:val="28"/>
                <w:szCs w:val="28"/>
              </w:rPr>
              <w:t>Điện tử [x]</w:t>
            </w:r>
          </w:p>
          <w:p w14:paraId="0F95B9B0" w14:textId="77777777" w:rsidR="00FD17B1" w:rsidRPr="00972B74" w:rsidRDefault="00FD17B1" w:rsidP="007D6940">
            <w:pPr>
              <w:widowControl w:val="0"/>
              <w:rPr>
                <w:rFonts w:cs="Times New Roman"/>
                <w:sz w:val="28"/>
                <w:szCs w:val="28"/>
              </w:rPr>
            </w:pPr>
            <w:r w:rsidRPr="00972B74">
              <w:rPr>
                <w:rFonts w:cs="Times New Roman"/>
                <w:sz w:val="28"/>
                <w:szCs w:val="28"/>
              </w:rPr>
              <w:t>b) Nhận kết quả:</w:t>
            </w:r>
          </w:p>
          <w:p w14:paraId="7E015599" w14:textId="77777777" w:rsidR="00FD17B1" w:rsidRDefault="00FD17B1" w:rsidP="007D6940">
            <w:pPr>
              <w:widowControl w:val="0"/>
              <w:rPr>
                <w:rFonts w:cs="Times New Roman"/>
                <w:sz w:val="28"/>
                <w:szCs w:val="28"/>
              </w:rPr>
            </w:pPr>
            <w:r w:rsidRPr="00972B74">
              <w:rPr>
                <w:rFonts w:cs="Times New Roman"/>
                <w:sz w:val="28"/>
                <w:szCs w:val="28"/>
              </w:rPr>
              <w:t xml:space="preserve">Trực tiếp [x]       </w:t>
            </w:r>
          </w:p>
          <w:p w14:paraId="143DC56C" w14:textId="77777777" w:rsidR="00FD17B1" w:rsidRDefault="00FD17B1" w:rsidP="007D6940">
            <w:pPr>
              <w:widowControl w:val="0"/>
              <w:rPr>
                <w:rFonts w:cs="Times New Roman"/>
                <w:sz w:val="28"/>
                <w:szCs w:val="28"/>
              </w:rPr>
            </w:pPr>
            <w:r w:rsidRPr="00972B74">
              <w:rPr>
                <w:rFonts w:cs="Times New Roman"/>
                <w:sz w:val="28"/>
                <w:szCs w:val="28"/>
              </w:rPr>
              <w:t xml:space="preserve">Bưu chính [x]       </w:t>
            </w:r>
          </w:p>
          <w:p w14:paraId="20CB7702" w14:textId="77777777" w:rsidR="00FD17B1" w:rsidRPr="00972B74" w:rsidRDefault="00FD17B1" w:rsidP="007D6940">
            <w:pPr>
              <w:widowControl w:val="0"/>
              <w:rPr>
                <w:rFonts w:cs="Times New Roman"/>
                <w:sz w:val="28"/>
                <w:szCs w:val="28"/>
              </w:rPr>
            </w:pPr>
            <w:r w:rsidRPr="00972B74">
              <w:rPr>
                <w:rFonts w:cs="Times New Roman"/>
                <w:sz w:val="28"/>
                <w:szCs w:val="28"/>
              </w:rPr>
              <w:t>Điện tử [x]</w:t>
            </w:r>
          </w:p>
        </w:tc>
        <w:tc>
          <w:tcPr>
            <w:tcW w:w="11340" w:type="dxa"/>
          </w:tcPr>
          <w:p w14:paraId="38A15919" w14:textId="19107968" w:rsidR="00FD17B1" w:rsidRDefault="00FD17B1" w:rsidP="00DA66C1">
            <w:pPr>
              <w:widowControl w:val="0"/>
              <w:spacing w:before="120"/>
              <w:jc w:val="both"/>
              <w:rPr>
                <w:rFonts w:cs="Times New Roman"/>
                <w:sz w:val="28"/>
                <w:szCs w:val="28"/>
              </w:rPr>
            </w:pPr>
            <w:r w:rsidRPr="00972B74">
              <w:rPr>
                <w:rFonts w:cs="Times New Roman"/>
                <w:sz w:val="28"/>
                <w:szCs w:val="28"/>
              </w:rPr>
              <w:t xml:space="preserve">Nêu rõ lý do: </w:t>
            </w:r>
            <w:r w:rsidRPr="00FD17B1">
              <w:rPr>
                <w:rFonts w:cs="Times New Roman"/>
                <w:sz w:val="28"/>
                <w:szCs w:val="28"/>
                <w:lang w:val="vi-VN"/>
              </w:rPr>
              <w:t xml:space="preserve">Phòng, ban, đơn vị </w:t>
            </w:r>
            <w:r w:rsidRPr="00972B74">
              <w:rPr>
                <w:rFonts w:cs="Times New Roman"/>
                <w:sz w:val="28"/>
                <w:szCs w:val="28"/>
              </w:rPr>
              <w:t xml:space="preserve">được lựa chọn hình thức phù hợp; kết quả là </w:t>
            </w:r>
            <w:r>
              <w:rPr>
                <w:rFonts w:cs="Times New Roman"/>
                <w:sz w:val="28"/>
                <w:szCs w:val="28"/>
              </w:rPr>
              <w:t xml:space="preserve">điều chỉnh thông tin Quyết định khen thưởng </w:t>
            </w:r>
            <w:r w:rsidRPr="00972B74">
              <w:rPr>
                <w:rFonts w:cs="Times New Roman"/>
                <w:sz w:val="28"/>
                <w:szCs w:val="28"/>
              </w:rPr>
              <w:t xml:space="preserve">hoặc văn bản trả lời không </w:t>
            </w:r>
            <w:r>
              <w:rPr>
                <w:rFonts w:cs="Times New Roman"/>
                <w:sz w:val="28"/>
                <w:szCs w:val="28"/>
              </w:rPr>
              <w:t xml:space="preserve">thực hiện điều chỉnh có </w:t>
            </w:r>
            <w:r w:rsidRPr="00972B74">
              <w:rPr>
                <w:rFonts w:cs="Times New Roman"/>
                <w:sz w:val="28"/>
                <w:szCs w:val="28"/>
              </w:rPr>
              <w:t>nêu rõ lý do; việc tiếp nhận, trả kết quả thực hiện theo quy định về giải quyết thủ tục hành chính và môi trường điện tử.</w:t>
            </w:r>
          </w:p>
          <w:p w14:paraId="20E3F7F7" w14:textId="77777777" w:rsidR="00FD17B1" w:rsidRDefault="00FD17B1" w:rsidP="007D6940">
            <w:pPr>
              <w:widowControl w:val="0"/>
              <w:jc w:val="both"/>
              <w:rPr>
                <w:rFonts w:cs="Times New Roman"/>
                <w:sz w:val="28"/>
                <w:szCs w:val="28"/>
              </w:rPr>
            </w:pPr>
            <w:r>
              <w:rPr>
                <w:rFonts w:cs="Times New Roman"/>
                <w:sz w:val="28"/>
                <w:szCs w:val="28"/>
              </w:rPr>
              <w:t xml:space="preserve">Có được quy định phù hợp và tạo thuận lợi, tiết kiệm chi phí cho cơ quan nhà nước, cá nhân, tổ chức khi thực hiện không? Có [x]       Không </w:t>
            </w:r>
            <w:proofErr w:type="gramStart"/>
            <w:r>
              <w:rPr>
                <w:rFonts w:cs="Times New Roman"/>
                <w:sz w:val="28"/>
                <w:szCs w:val="28"/>
              </w:rPr>
              <w:t>[ ]</w:t>
            </w:r>
            <w:proofErr w:type="gramEnd"/>
          </w:p>
          <w:p w14:paraId="64AC7713" w14:textId="3C8D9608" w:rsidR="00FD17B1" w:rsidRPr="00972B74" w:rsidRDefault="00FD17B1" w:rsidP="00DA66C1">
            <w:pPr>
              <w:widowControl w:val="0"/>
              <w:jc w:val="both"/>
              <w:rPr>
                <w:rFonts w:cs="Times New Roman"/>
                <w:sz w:val="28"/>
                <w:szCs w:val="28"/>
              </w:rPr>
            </w:pPr>
            <w:r>
              <w:rPr>
                <w:rFonts w:cs="Times New Roman"/>
                <w:sz w:val="28"/>
                <w:szCs w:val="28"/>
              </w:rPr>
              <w:t xml:space="preserve">Nêu rõ lý do: Thuận lợi cho tập thể (Mẫu văn bản), cá nhân, hộ gia đình (Mẫu đơn); </w:t>
            </w:r>
            <w:r w:rsidRPr="00FD17B1">
              <w:rPr>
                <w:rFonts w:cs="Times New Roman"/>
                <w:sz w:val="28"/>
                <w:szCs w:val="28"/>
                <w:lang w:val="vi-VN"/>
              </w:rPr>
              <w:t xml:space="preserve">Phòng, ban, đơn vị </w:t>
            </w:r>
            <w:r>
              <w:rPr>
                <w:rFonts w:cs="Times New Roman"/>
                <w:sz w:val="28"/>
                <w:szCs w:val="28"/>
              </w:rPr>
              <w:t xml:space="preserve">lập hồ sơ đề nghị, trả kết quả thực hiện; Thủ trưởng </w:t>
            </w:r>
            <w:r w:rsidRPr="00E270D8">
              <w:rPr>
                <w:rFonts w:cs="Times New Roman"/>
                <w:sz w:val="28"/>
                <w:szCs w:val="28"/>
                <w:lang w:val="vi-VN"/>
              </w:rPr>
              <w:t>cơ quan, tổ chức, đơn vị, địa phương</w:t>
            </w:r>
            <w:r>
              <w:rPr>
                <w:rFonts w:cs="Times New Roman"/>
                <w:sz w:val="28"/>
                <w:szCs w:val="28"/>
                <w:lang w:val="vi-VN"/>
              </w:rPr>
              <w:t xml:space="preserve"> </w:t>
            </w:r>
            <w:r w:rsidRPr="00FD17B1">
              <w:rPr>
                <w:rFonts w:cs="Times New Roman"/>
                <w:sz w:val="28"/>
                <w:szCs w:val="28"/>
                <w:lang w:val="vi-VN"/>
              </w:rPr>
              <w:t>thuộc tỉnh</w:t>
            </w:r>
            <w:r>
              <w:rPr>
                <w:rFonts w:cs="Times New Roman"/>
                <w:sz w:val="28"/>
                <w:szCs w:val="28"/>
              </w:rPr>
              <w:t xml:space="preserve"> xem xét, quyết định.</w:t>
            </w:r>
          </w:p>
        </w:tc>
      </w:tr>
      <w:tr w:rsidR="00FD17B1" w:rsidRPr="00DA2246" w14:paraId="7AD43BD0" w14:textId="77777777" w:rsidTr="007D6940">
        <w:tc>
          <w:tcPr>
            <w:tcW w:w="14458" w:type="dxa"/>
            <w:gridSpan w:val="2"/>
          </w:tcPr>
          <w:p w14:paraId="6FF73C61" w14:textId="77777777" w:rsidR="00FD17B1" w:rsidRPr="00DA2246" w:rsidRDefault="00FD17B1" w:rsidP="00DA66C1">
            <w:pPr>
              <w:widowControl w:val="0"/>
              <w:spacing w:before="120" w:after="120"/>
              <w:rPr>
                <w:rFonts w:cs="Times New Roman"/>
                <w:sz w:val="28"/>
                <w:szCs w:val="28"/>
              </w:rPr>
            </w:pPr>
            <w:r w:rsidRPr="00DA2246">
              <w:rPr>
                <w:rFonts w:cs="Times New Roman"/>
                <w:b/>
                <w:sz w:val="28"/>
                <w:szCs w:val="28"/>
              </w:rPr>
              <w:t>4. Thành phần, số lượng hồ sơ</w:t>
            </w:r>
          </w:p>
        </w:tc>
      </w:tr>
      <w:tr w:rsidR="00FD17B1" w:rsidRPr="00972B74" w14:paraId="17CBD031" w14:textId="77777777" w:rsidTr="007D6940">
        <w:tc>
          <w:tcPr>
            <w:tcW w:w="3118" w:type="dxa"/>
          </w:tcPr>
          <w:p w14:paraId="3B078E07" w14:textId="63A10C20" w:rsidR="00FD17B1" w:rsidRPr="00972B74" w:rsidRDefault="00FD17B1" w:rsidP="00FD17B1">
            <w:pPr>
              <w:widowControl w:val="0"/>
              <w:jc w:val="both"/>
              <w:rPr>
                <w:rFonts w:cs="Times New Roman"/>
                <w:sz w:val="28"/>
                <w:szCs w:val="28"/>
              </w:rPr>
            </w:pPr>
            <w:r w:rsidRPr="00972B74">
              <w:rPr>
                <w:rFonts w:cs="Times New Roman"/>
                <w:sz w:val="28"/>
                <w:szCs w:val="28"/>
              </w:rPr>
              <w:t xml:space="preserve">a) </w:t>
            </w:r>
            <w:r>
              <w:rPr>
                <w:rFonts w:cs="Times New Roman"/>
                <w:sz w:val="28"/>
                <w:szCs w:val="28"/>
              </w:rPr>
              <w:t>Tên t</w:t>
            </w:r>
            <w:r w:rsidRPr="00972B74">
              <w:rPr>
                <w:rFonts w:cs="Times New Roman"/>
                <w:sz w:val="28"/>
                <w:szCs w:val="28"/>
              </w:rPr>
              <w:t>hành phần hồ sơ</w:t>
            </w:r>
            <w:r>
              <w:rPr>
                <w:rFonts w:cs="Times New Roman"/>
                <w:sz w:val="28"/>
                <w:szCs w:val="28"/>
              </w:rPr>
              <w:t xml:space="preserve"> 1:</w:t>
            </w:r>
            <w:r w:rsidRPr="00972B74">
              <w:rPr>
                <w:rFonts w:cs="Times New Roman"/>
                <w:sz w:val="28"/>
                <w:szCs w:val="28"/>
              </w:rPr>
              <w:t xml:space="preserve"> </w:t>
            </w:r>
            <w:r w:rsidR="00DA66C1" w:rsidRPr="00DA66C1">
              <w:rPr>
                <w:rFonts w:ascii="Times New Roman Italic" w:hAnsi="Times New Roman Italic" w:cs="Times New Roman"/>
                <w:i/>
                <w:spacing w:val="-6"/>
                <w:sz w:val="28"/>
                <w:szCs w:val="28"/>
              </w:rPr>
              <w:t>Cá nhân, tập thể, hộ gia đ</w:t>
            </w:r>
            <w:r w:rsidR="00DA66C1">
              <w:rPr>
                <w:rFonts w:ascii="Times New Roman Italic" w:hAnsi="Times New Roman Italic" w:cs="Times New Roman"/>
                <w:i/>
                <w:spacing w:val="-6"/>
                <w:sz w:val="28"/>
                <w:szCs w:val="28"/>
              </w:rPr>
              <w:t>ình có đơn hoặc văn bản đề nghị.</w:t>
            </w:r>
          </w:p>
        </w:tc>
        <w:tc>
          <w:tcPr>
            <w:tcW w:w="11340" w:type="dxa"/>
          </w:tcPr>
          <w:p w14:paraId="2BE078F0" w14:textId="77777777" w:rsidR="00FD17B1" w:rsidRDefault="00FD17B1"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w:t>
            </w:r>
            <w:r>
              <w:rPr>
                <w:rFonts w:cs="Times New Roman"/>
                <w:spacing w:val="-6"/>
                <w:sz w:val="28"/>
                <w:szCs w:val="28"/>
              </w:rPr>
              <w:t>xác định tập thể, cá nhân, hộ gia đình</w:t>
            </w:r>
            <w:r w:rsidRPr="00045E35">
              <w:rPr>
                <w:rFonts w:cs="Times New Roman"/>
                <w:spacing w:val="-6"/>
                <w:sz w:val="28"/>
                <w:szCs w:val="28"/>
              </w:rPr>
              <w:t xml:space="preserve"> </w:t>
            </w:r>
            <w:r>
              <w:rPr>
                <w:rFonts w:cs="Times New Roman"/>
                <w:spacing w:val="-6"/>
                <w:sz w:val="28"/>
                <w:szCs w:val="28"/>
              </w:rPr>
              <w:t xml:space="preserve">đối với đề nghị </w:t>
            </w:r>
            <w:r>
              <w:rPr>
                <w:rFonts w:cs="Times New Roman"/>
                <w:sz w:val="28"/>
                <w:szCs w:val="28"/>
              </w:rPr>
              <w:t>điều chỉnh thông tin Quyết định khen thưởng.</w:t>
            </w:r>
          </w:p>
          <w:p w14:paraId="5D8C5339" w14:textId="59F30B1E" w:rsidR="00FD17B1" w:rsidRDefault="00FD17B1" w:rsidP="007D6940">
            <w:pPr>
              <w:widowControl w:val="0"/>
              <w:jc w:val="both"/>
              <w:rPr>
                <w:rFonts w:cs="Times New Roman"/>
                <w:sz w:val="28"/>
                <w:szCs w:val="28"/>
              </w:rPr>
            </w:pPr>
            <w:r>
              <w:rPr>
                <w:rFonts w:cs="Times New Roman"/>
                <w:sz w:val="28"/>
                <w:szCs w:val="28"/>
              </w:rPr>
              <w:t xml:space="preserve">- Yêu cầu về hình thức: </w:t>
            </w:r>
            <w:r w:rsidR="00DA66C1">
              <w:rPr>
                <w:rFonts w:cs="Times New Roman"/>
                <w:sz w:val="28"/>
                <w:szCs w:val="28"/>
              </w:rPr>
              <w:t>Văn bản hoặc đơn đề nghị.</w:t>
            </w:r>
          </w:p>
          <w:p w14:paraId="6B6188D9" w14:textId="77777777" w:rsidR="00FD17B1" w:rsidRPr="00972B74" w:rsidRDefault="00FD17B1" w:rsidP="007D6940">
            <w:pPr>
              <w:widowControl w:val="0"/>
              <w:jc w:val="both"/>
              <w:rPr>
                <w:rFonts w:cs="Times New Roman"/>
                <w:sz w:val="28"/>
                <w:szCs w:val="28"/>
              </w:rPr>
            </w:pPr>
            <w:r>
              <w:rPr>
                <w:rFonts w:cs="Times New Roman"/>
                <w:sz w:val="28"/>
                <w:szCs w:val="28"/>
              </w:rPr>
              <w:t>- Lý do quy định: Để làm căn cứ điều chỉnh thông tin Quyết định khen thưởng.</w:t>
            </w:r>
          </w:p>
        </w:tc>
      </w:tr>
      <w:tr w:rsidR="00FD17B1" w:rsidRPr="00972B74" w14:paraId="5FAE51BE" w14:textId="77777777" w:rsidTr="007D6940">
        <w:tc>
          <w:tcPr>
            <w:tcW w:w="3118" w:type="dxa"/>
          </w:tcPr>
          <w:p w14:paraId="00FE95E3" w14:textId="77777777" w:rsidR="00FD17B1" w:rsidRDefault="00FD17B1" w:rsidP="007D6940">
            <w:pPr>
              <w:widowControl w:val="0"/>
              <w:jc w:val="both"/>
              <w:rPr>
                <w:rFonts w:cs="Times New Roman"/>
                <w:spacing w:val="-6"/>
                <w:sz w:val="28"/>
                <w:szCs w:val="28"/>
              </w:rPr>
            </w:pPr>
            <w:r w:rsidRPr="00045E35">
              <w:rPr>
                <w:rFonts w:cs="Times New Roman"/>
                <w:spacing w:val="-6"/>
                <w:sz w:val="28"/>
                <w:szCs w:val="28"/>
              </w:rPr>
              <w:t>b) Tên thành phần hồ sơ 2:</w:t>
            </w:r>
          </w:p>
          <w:p w14:paraId="41C8CDC7" w14:textId="6A16F3DE" w:rsidR="00FD17B1" w:rsidRPr="001C2F21" w:rsidRDefault="00DA66C1" w:rsidP="007D6940">
            <w:pPr>
              <w:widowControl w:val="0"/>
              <w:jc w:val="both"/>
              <w:rPr>
                <w:rFonts w:ascii="Times New Roman Italic" w:hAnsi="Times New Roman Italic" w:cs="Times New Roman"/>
                <w:i/>
                <w:spacing w:val="-6"/>
                <w:sz w:val="28"/>
                <w:szCs w:val="28"/>
              </w:rPr>
            </w:pPr>
            <w:r w:rsidRPr="00DA66C1">
              <w:rPr>
                <w:rFonts w:ascii="Times New Roman Italic" w:hAnsi="Times New Roman Italic" w:cs="Times New Roman"/>
                <w:i/>
                <w:spacing w:val="-6"/>
                <w:sz w:val="28"/>
                <w:szCs w:val="28"/>
              </w:rPr>
              <w:t>Tờ trình của phòng, ban, đơn vị đã trình khen thưởng cho cá nhân</w:t>
            </w:r>
            <w:r>
              <w:rPr>
                <w:rFonts w:ascii="Times New Roman Italic" w:hAnsi="Times New Roman Italic" w:cs="Times New Roman"/>
                <w:i/>
                <w:spacing w:val="-6"/>
                <w:sz w:val="28"/>
                <w:szCs w:val="28"/>
              </w:rPr>
              <w:t>, tập thể, hộ gia đình (nếu có).</w:t>
            </w:r>
          </w:p>
        </w:tc>
        <w:tc>
          <w:tcPr>
            <w:tcW w:w="11340" w:type="dxa"/>
          </w:tcPr>
          <w:p w14:paraId="4F8B1A7E" w14:textId="77777777" w:rsidR="00FD17B1" w:rsidRDefault="00FD17B1"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làm căn cứ </w:t>
            </w:r>
            <w:r>
              <w:rPr>
                <w:rFonts w:cs="Times New Roman"/>
                <w:sz w:val="28"/>
                <w:szCs w:val="28"/>
              </w:rPr>
              <w:t>điều chỉnh thông tin Quyết định khen thưởng.</w:t>
            </w:r>
          </w:p>
          <w:p w14:paraId="268438DB" w14:textId="2C68DD22" w:rsidR="00FD17B1" w:rsidRDefault="00FD17B1" w:rsidP="007D6940">
            <w:pPr>
              <w:widowControl w:val="0"/>
              <w:jc w:val="both"/>
              <w:rPr>
                <w:rFonts w:cs="Times New Roman"/>
                <w:sz w:val="28"/>
                <w:szCs w:val="28"/>
              </w:rPr>
            </w:pPr>
            <w:r>
              <w:rPr>
                <w:rFonts w:cs="Times New Roman"/>
                <w:sz w:val="28"/>
                <w:szCs w:val="28"/>
              </w:rPr>
              <w:t xml:space="preserve">- Yêu cầu về hình thức: </w:t>
            </w:r>
            <w:r w:rsidR="00DA66C1">
              <w:rPr>
                <w:rFonts w:cs="Times New Roman"/>
                <w:sz w:val="28"/>
                <w:szCs w:val="28"/>
              </w:rPr>
              <w:t>Tờ trình</w:t>
            </w:r>
            <w:r>
              <w:rPr>
                <w:rFonts w:cs="Times New Roman"/>
                <w:sz w:val="28"/>
                <w:szCs w:val="28"/>
              </w:rPr>
              <w:t xml:space="preserve"> hành chính.</w:t>
            </w:r>
          </w:p>
          <w:p w14:paraId="3985DE4F" w14:textId="77777777" w:rsidR="00FD17B1" w:rsidRPr="00045E35" w:rsidRDefault="00FD17B1" w:rsidP="007D6940">
            <w:pPr>
              <w:widowControl w:val="0"/>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làm căn cứ </w:t>
            </w:r>
            <w:r>
              <w:rPr>
                <w:rFonts w:cs="Times New Roman"/>
                <w:sz w:val="28"/>
                <w:szCs w:val="28"/>
              </w:rPr>
              <w:t>điều chỉnh thông tin Quyết định khen thưởng.</w:t>
            </w:r>
          </w:p>
        </w:tc>
      </w:tr>
      <w:tr w:rsidR="00FD17B1" w:rsidRPr="00972B74" w14:paraId="52AB91D6" w14:textId="77777777" w:rsidTr="007D6940">
        <w:tc>
          <w:tcPr>
            <w:tcW w:w="3118" w:type="dxa"/>
          </w:tcPr>
          <w:p w14:paraId="3D82C615" w14:textId="77777777" w:rsidR="00FD17B1" w:rsidRDefault="00FD17B1" w:rsidP="007D6940">
            <w:pPr>
              <w:widowControl w:val="0"/>
              <w:jc w:val="both"/>
              <w:rPr>
                <w:rFonts w:cs="Times New Roman"/>
                <w:spacing w:val="-6"/>
                <w:sz w:val="28"/>
                <w:szCs w:val="28"/>
              </w:rPr>
            </w:pPr>
            <w:r>
              <w:rPr>
                <w:rFonts w:cs="Times New Roman"/>
                <w:spacing w:val="-6"/>
                <w:sz w:val="28"/>
                <w:szCs w:val="28"/>
              </w:rPr>
              <w:t xml:space="preserve">c) </w:t>
            </w:r>
            <w:r w:rsidRPr="00045E35">
              <w:rPr>
                <w:rFonts w:cs="Times New Roman"/>
                <w:spacing w:val="-6"/>
                <w:sz w:val="28"/>
                <w:szCs w:val="28"/>
              </w:rPr>
              <w:t xml:space="preserve">Tên thành phần hồ sơ </w:t>
            </w:r>
            <w:r>
              <w:rPr>
                <w:rFonts w:cs="Times New Roman"/>
                <w:spacing w:val="-6"/>
                <w:sz w:val="28"/>
                <w:szCs w:val="28"/>
              </w:rPr>
              <w:t>3</w:t>
            </w:r>
            <w:r w:rsidRPr="00045E35">
              <w:rPr>
                <w:rFonts w:cs="Times New Roman"/>
                <w:spacing w:val="-6"/>
                <w:sz w:val="28"/>
                <w:szCs w:val="28"/>
              </w:rPr>
              <w:t>:</w:t>
            </w:r>
          </w:p>
          <w:p w14:paraId="5CF5E839" w14:textId="77777777" w:rsidR="00FD17B1" w:rsidRPr="00C71A61" w:rsidRDefault="00FD17B1" w:rsidP="007D6940">
            <w:pPr>
              <w:widowControl w:val="0"/>
              <w:jc w:val="both"/>
              <w:rPr>
                <w:rFonts w:ascii="Times New Roman Italic" w:hAnsi="Times New Roman Italic" w:cs="Times New Roman"/>
                <w:i/>
                <w:spacing w:val="-6"/>
                <w:sz w:val="28"/>
                <w:szCs w:val="28"/>
              </w:rPr>
            </w:pPr>
            <w:r w:rsidRPr="00C71A61">
              <w:rPr>
                <w:rFonts w:ascii="Times New Roman Italic" w:hAnsi="Times New Roman Italic" w:cs="Times New Roman"/>
                <w:i/>
                <w:spacing w:val="-6"/>
                <w:sz w:val="28"/>
                <w:szCs w:val="28"/>
              </w:rPr>
              <w:t>Bằng gốc đã in theo quyết định khen thưởng (nếu có)</w:t>
            </w:r>
          </w:p>
        </w:tc>
        <w:tc>
          <w:tcPr>
            <w:tcW w:w="11340" w:type="dxa"/>
          </w:tcPr>
          <w:p w14:paraId="60DAAF51" w14:textId="77777777" w:rsidR="00FD17B1" w:rsidRDefault="00FD17B1" w:rsidP="007D6940">
            <w:pPr>
              <w:widowControl w:val="0"/>
              <w:jc w:val="both"/>
              <w:rPr>
                <w:rFonts w:cs="Times New Roman"/>
                <w:spacing w:val="-6"/>
                <w:sz w:val="28"/>
                <w:szCs w:val="28"/>
              </w:rPr>
            </w:pPr>
            <w:r w:rsidRPr="00045E35">
              <w:rPr>
                <w:rFonts w:cs="Times New Roman"/>
                <w:spacing w:val="-6"/>
                <w:sz w:val="28"/>
                <w:szCs w:val="28"/>
              </w:rPr>
              <w:t xml:space="preserve">- Nêu rõ lý do quy định: Để làm căn cứ </w:t>
            </w:r>
            <w:r>
              <w:rPr>
                <w:rFonts w:cs="Times New Roman"/>
                <w:sz w:val="28"/>
                <w:szCs w:val="28"/>
              </w:rPr>
              <w:t>điều chỉnh thông tin Quyết định khen thưởng.</w:t>
            </w:r>
          </w:p>
          <w:p w14:paraId="4084A3BF" w14:textId="77777777" w:rsidR="00FD17B1" w:rsidRDefault="00FD17B1" w:rsidP="007D6940">
            <w:pPr>
              <w:widowControl w:val="0"/>
              <w:jc w:val="both"/>
              <w:rPr>
                <w:rFonts w:cs="Times New Roman"/>
                <w:sz w:val="28"/>
                <w:szCs w:val="28"/>
              </w:rPr>
            </w:pPr>
            <w:r>
              <w:rPr>
                <w:rFonts w:cs="Times New Roman"/>
                <w:sz w:val="28"/>
                <w:szCs w:val="28"/>
              </w:rPr>
              <w:t>- Yêu cầu về hình thức: Hiện vật khen thưởng.</w:t>
            </w:r>
          </w:p>
          <w:p w14:paraId="3B8AB0C0" w14:textId="77777777" w:rsidR="00FD17B1" w:rsidRPr="00045E35" w:rsidRDefault="00FD17B1" w:rsidP="007D6940">
            <w:pPr>
              <w:widowControl w:val="0"/>
              <w:jc w:val="both"/>
              <w:rPr>
                <w:rFonts w:cs="Times New Roman"/>
                <w:spacing w:val="-6"/>
                <w:sz w:val="28"/>
                <w:szCs w:val="28"/>
              </w:rPr>
            </w:pPr>
            <w:r>
              <w:rPr>
                <w:rFonts w:cs="Times New Roman"/>
                <w:sz w:val="28"/>
                <w:szCs w:val="28"/>
              </w:rPr>
              <w:t xml:space="preserve">- Lý do quy định: </w:t>
            </w:r>
            <w:r w:rsidRPr="00045E35">
              <w:rPr>
                <w:rFonts w:cs="Times New Roman"/>
                <w:spacing w:val="-6"/>
                <w:sz w:val="28"/>
                <w:szCs w:val="28"/>
              </w:rPr>
              <w:t xml:space="preserve">Để làm căn cứ </w:t>
            </w:r>
            <w:r>
              <w:rPr>
                <w:rFonts w:cs="Times New Roman"/>
                <w:sz w:val="28"/>
                <w:szCs w:val="28"/>
              </w:rPr>
              <w:t>điều chỉnh thông tin Quyết định khen thưởng.</w:t>
            </w:r>
          </w:p>
        </w:tc>
      </w:tr>
      <w:tr w:rsidR="00FD17B1" w:rsidRPr="00E270D8" w14:paraId="5E830119" w14:textId="77777777" w:rsidTr="007D6940">
        <w:tc>
          <w:tcPr>
            <w:tcW w:w="3118" w:type="dxa"/>
          </w:tcPr>
          <w:p w14:paraId="59A8D17C" w14:textId="77777777" w:rsidR="00FD17B1" w:rsidRPr="00972B74" w:rsidRDefault="00FD17B1" w:rsidP="007D6940">
            <w:pPr>
              <w:widowControl w:val="0"/>
              <w:jc w:val="both"/>
              <w:rPr>
                <w:rFonts w:cs="Times New Roman"/>
                <w:sz w:val="28"/>
                <w:szCs w:val="28"/>
              </w:rPr>
            </w:pPr>
            <w:r>
              <w:rPr>
                <w:rFonts w:cs="Times New Roman"/>
                <w:sz w:val="28"/>
                <w:szCs w:val="28"/>
              </w:rPr>
              <w:lastRenderedPageBreak/>
              <w:t>d</w:t>
            </w:r>
            <w:r w:rsidRPr="00972B74">
              <w:rPr>
                <w:rFonts w:cs="Times New Roman"/>
                <w:sz w:val="28"/>
                <w:szCs w:val="28"/>
              </w:rPr>
              <w:t xml:space="preserve">) </w:t>
            </w:r>
            <w:r>
              <w:rPr>
                <w:rFonts w:cs="Times New Roman"/>
                <w:sz w:val="28"/>
                <w:szCs w:val="28"/>
              </w:rPr>
              <w:t>Các g</w:t>
            </w:r>
            <w:r w:rsidRPr="00972B74">
              <w:rPr>
                <w:rFonts w:cs="Times New Roman"/>
                <w:sz w:val="28"/>
                <w:szCs w:val="28"/>
              </w:rPr>
              <w:t xml:space="preserve">iấy tờ, tài liệu </w:t>
            </w:r>
            <w:r>
              <w:rPr>
                <w:rFonts w:cs="Times New Roman"/>
                <w:sz w:val="28"/>
                <w:szCs w:val="28"/>
              </w:rPr>
              <w:t xml:space="preserve">để </w:t>
            </w:r>
            <w:r w:rsidRPr="00972B74">
              <w:rPr>
                <w:rFonts w:cs="Times New Roman"/>
                <w:sz w:val="28"/>
                <w:szCs w:val="28"/>
              </w:rPr>
              <w:t xml:space="preserve">chứng minh </w:t>
            </w:r>
            <w:r>
              <w:rPr>
                <w:rFonts w:cs="Times New Roman"/>
                <w:sz w:val="28"/>
                <w:szCs w:val="28"/>
              </w:rPr>
              <w:t>việc đáp ứng yêu cầu, điều kiện thực hiện thủ tục hành chính có được quy định rõ ràng, cụ thể ở thành phần hồ sơ của thủ tục hành chính không?</w:t>
            </w:r>
            <w:r w:rsidRPr="00972B74">
              <w:rPr>
                <w:rFonts w:cs="Times New Roman"/>
                <w:sz w:val="28"/>
                <w:szCs w:val="28"/>
              </w:rPr>
              <w:t xml:space="preserve"> </w:t>
            </w:r>
          </w:p>
        </w:tc>
        <w:tc>
          <w:tcPr>
            <w:tcW w:w="11340" w:type="dxa"/>
          </w:tcPr>
          <w:p w14:paraId="3C796879" w14:textId="77777777" w:rsidR="00FD17B1" w:rsidRPr="00E270D8" w:rsidRDefault="00FD17B1" w:rsidP="007D6940">
            <w:pPr>
              <w:widowControl w:val="0"/>
              <w:jc w:val="both"/>
              <w:rPr>
                <w:rFonts w:cs="Times New Roman"/>
                <w:sz w:val="28"/>
                <w:szCs w:val="28"/>
              </w:rPr>
            </w:pPr>
            <w:r w:rsidRPr="00E270D8">
              <w:rPr>
                <w:rFonts w:cs="Times New Roman"/>
                <w:sz w:val="28"/>
                <w:szCs w:val="28"/>
              </w:rPr>
              <w:t xml:space="preserve">Có [x]       Không </w:t>
            </w:r>
            <w:proofErr w:type="gramStart"/>
            <w:r w:rsidRPr="00E270D8">
              <w:rPr>
                <w:rFonts w:cs="Times New Roman"/>
                <w:sz w:val="28"/>
                <w:szCs w:val="28"/>
              </w:rPr>
              <w:t>[ ]</w:t>
            </w:r>
            <w:proofErr w:type="gramEnd"/>
          </w:p>
          <w:p w14:paraId="18A9CF6A" w14:textId="01613E26" w:rsidR="00FD17B1" w:rsidRPr="00E270D8" w:rsidRDefault="00FD17B1" w:rsidP="007D6940">
            <w:pPr>
              <w:widowControl w:val="0"/>
              <w:jc w:val="both"/>
              <w:rPr>
                <w:rFonts w:cs="Times New Roman"/>
                <w:sz w:val="28"/>
                <w:szCs w:val="28"/>
              </w:rPr>
            </w:pPr>
            <w:r w:rsidRPr="00E270D8">
              <w:rPr>
                <w:rFonts w:cs="Times New Roman"/>
                <w:sz w:val="28"/>
                <w:szCs w:val="28"/>
              </w:rPr>
              <w:t xml:space="preserve">Nêu rõ: Thủ tục yêu cầu thành phần hồ sơ </w:t>
            </w:r>
            <w:r w:rsidRPr="006B5A19">
              <w:rPr>
                <w:rFonts w:cs="Times New Roman"/>
                <w:i/>
                <w:sz w:val="28"/>
                <w:szCs w:val="28"/>
              </w:rPr>
              <w:t>(</w:t>
            </w:r>
            <w:r w:rsidRPr="00C71A61">
              <w:rPr>
                <w:rFonts w:ascii="Times New Roman Italic" w:hAnsi="Times New Roman Italic" w:cs="Times New Roman"/>
                <w:i/>
                <w:spacing w:val="-6"/>
                <w:sz w:val="28"/>
                <w:szCs w:val="28"/>
              </w:rPr>
              <w:t>Tờ trình</w:t>
            </w:r>
            <w:r>
              <w:rPr>
                <w:rFonts w:ascii="Times New Roman Italic" w:hAnsi="Times New Roman Italic" w:cs="Times New Roman"/>
                <w:i/>
                <w:spacing w:val="-6"/>
                <w:sz w:val="28"/>
                <w:szCs w:val="28"/>
              </w:rPr>
              <w:t xml:space="preserve"> đề nghị điều chỉnh; Tờ trình trước đây (nếu có); Bằng sai thông tin</w:t>
            </w:r>
            <w:r w:rsidRPr="006B5A19">
              <w:rPr>
                <w:rFonts w:ascii="Times New Roman Italic" w:hAnsi="Times New Roman Italic" w:cs="Times New Roman"/>
                <w:i/>
                <w:spacing w:val="-6"/>
                <w:sz w:val="28"/>
                <w:szCs w:val="28"/>
              </w:rPr>
              <w:t>),</w:t>
            </w:r>
            <w:r w:rsidRPr="00E270D8">
              <w:rPr>
                <w:rFonts w:ascii="Times New Roman Italic" w:hAnsi="Times New Roman Italic" w:cs="Times New Roman"/>
                <w:i/>
                <w:spacing w:val="-6"/>
                <w:sz w:val="28"/>
                <w:szCs w:val="28"/>
              </w:rPr>
              <w:t xml:space="preserve"> </w:t>
            </w:r>
            <w:r w:rsidRPr="00E270D8">
              <w:rPr>
                <w:rFonts w:ascii="Times New Roman Italic" w:hAnsi="Times New Roman Italic" w:cs="Times New Roman"/>
                <w:spacing w:val="-6"/>
                <w:sz w:val="28"/>
                <w:szCs w:val="28"/>
              </w:rPr>
              <w:t>không yêu cầu giấy tờ, tài liệu khác để chứng minh.</w:t>
            </w:r>
          </w:p>
          <w:p w14:paraId="4586C6BC" w14:textId="77777777" w:rsidR="00FD17B1" w:rsidRPr="00E270D8" w:rsidRDefault="00FD17B1" w:rsidP="007D6940">
            <w:pPr>
              <w:widowControl w:val="0"/>
              <w:jc w:val="both"/>
              <w:rPr>
                <w:rFonts w:cs="Times New Roman"/>
                <w:sz w:val="28"/>
                <w:szCs w:val="28"/>
              </w:rPr>
            </w:pPr>
          </w:p>
        </w:tc>
      </w:tr>
      <w:tr w:rsidR="00FD17B1" w:rsidRPr="00E270D8" w14:paraId="14E28B5E" w14:textId="77777777" w:rsidTr="007D6940">
        <w:tc>
          <w:tcPr>
            <w:tcW w:w="3118" w:type="dxa"/>
          </w:tcPr>
          <w:p w14:paraId="62CDFE03" w14:textId="77777777" w:rsidR="00FD17B1" w:rsidRPr="00E270D8" w:rsidRDefault="00FD17B1" w:rsidP="00DA66C1">
            <w:pPr>
              <w:widowControl w:val="0"/>
              <w:spacing w:before="120"/>
              <w:jc w:val="both"/>
              <w:rPr>
                <w:rFonts w:cs="Times New Roman"/>
                <w:sz w:val="28"/>
                <w:szCs w:val="28"/>
              </w:rPr>
            </w:pPr>
            <w:r w:rsidRPr="00E270D8">
              <w:rPr>
                <w:rFonts w:cs="Times New Roman"/>
                <w:sz w:val="28"/>
                <w:szCs w:val="28"/>
              </w:rPr>
              <w:t>đ) Số lượng bộ hồ sơ: 01 bộ</w:t>
            </w:r>
          </w:p>
        </w:tc>
        <w:tc>
          <w:tcPr>
            <w:tcW w:w="11340" w:type="dxa"/>
          </w:tcPr>
          <w:p w14:paraId="1396A271" w14:textId="77777777" w:rsidR="00FD17B1" w:rsidRPr="00E270D8" w:rsidRDefault="00FD17B1" w:rsidP="007D6940">
            <w:pPr>
              <w:widowControl w:val="0"/>
              <w:rPr>
                <w:rFonts w:cs="Times New Roman"/>
                <w:sz w:val="28"/>
                <w:szCs w:val="28"/>
              </w:rPr>
            </w:pPr>
          </w:p>
        </w:tc>
      </w:tr>
      <w:tr w:rsidR="00FD17B1" w:rsidRPr="00972B74" w14:paraId="47C6E439" w14:textId="77777777" w:rsidTr="007D6940">
        <w:tc>
          <w:tcPr>
            <w:tcW w:w="14458" w:type="dxa"/>
            <w:gridSpan w:val="2"/>
          </w:tcPr>
          <w:p w14:paraId="52093F1C" w14:textId="77777777" w:rsidR="00FD17B1" w:rsidRPr="00972B74" w:rsidRDefault="00FD17B1" w:rsidP="00DA66C1">
            <w:pPr>
              <w:widowControl w:val="0"/>
              <w:spacing w:before="120" w:after="120"/>
              <w:rPr>
                <w:rFonts w:cs="Times New Roman"/>
                <w:sz w:val="28"/>
                <w:szCs w:val="28"/>
              </w:rPr>
            </w:pPr>
            <w:r w:rsidRPr="00972B74">
              <w:rPr>
                <w:rFonts w:cs="Times New Roman"/>
                <w:b/>
                <w:sz w:val="28"/>
                <w:szCs w:val="28"/>
              </w:rPr>
              <w:t>5. Thời hạn giải quyết</w:t>
            </w:r>
          </w:p>
        </w:tc>
      </w:tr>
      <w:tr w:rsidR="00FD17B1" w:rsidRPr="00972B74" w14:paraId="6591CC54" w14:textId="77777777" w:rsidTr="007D6940">
        <w:tc>
          <w:tcPr>
            <w:tcW w:w="3118" w:type="dxa"/>
          </w:tcPr>
          <w:p w14:paraId="342E2A63" w14:textId="77777777" w:rsidR="00FD17B1" w:rsidRPr="00972B74" w:rsidRDefault="00FD17B1" w:rsidP="00DA66C1">
            <w:pPr>
              <w:widowControl w:val="0"/>
              <w:spacing w:before="120"/>
              <w:rPr>
                <w:rFonts w:cs="Times New Roman"/>
                <w:b/>
                <w:sz w:val="28"/>
                <w:szCs w:val="28"/>
              </w:rPr>
            </w:pPr>
            <w:r w:rsidRPr="00972B74">
              <w:rPr>
                <w:rFonts w:cs="Times New Roman"/>
                <w:sz w:val="28"/>
                <w:szCs w:val="28"/>
              </w:rPr>
              <w:t xml:space="preserve">a) Có được quy định rõ ràng, cụ thể và phù hợp không? </w:t>
            </w:r>
          </w:p>
        </w:tc>
        <w:tc>
          <w:tcPr>
            <w:tcW w:w="11340" w:type="dxa"/>
          </w:tcPr>
          <w:p w14:paraId="6A1CDCF9"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70562175" w14:textId="00EB8683" w:rsidR="00FD17B1" w:rsidRPr="00972B74" w:rsidRDefault="00FD17B1" w:rsidP="007D6940">
            <w:pPr>
              <w:widowControl w:val="0"/>
              <w:jc w:val="both"/>
              <w:rPr>
                <w:rFonts w:cs="Times New Roman"/>
                <w:sz w:val="28"/>
                <w:szCs w:val="28"/>
              </w:rPr>
            </w:pPr>
            <w:r w:rsidRPr="00972B74">
              <w:rPr>
                <w:rFonts w:cs="Times New Roman"/>
                <w:sz w:val="28"/>
                <w:szCs w:val="28"/>
              </w:rPr>
              <w:t xml:space="preserve">Thời hạn giải quyết thủ tục hành chính: </w:t>
            </w:r>
            <w:r w:rsidRPr="009E57F5">
              <w:rPr>
                <w:rFonts w:cs="Times New Roman"/>
                <w:color w:val="FF0000"/>
                <w:sz w:val="28"/>
                <w:szCs w:val="28"/>
              </w:rPr>
              <w:t>1</w:t>
            </w:r>
            <w:r w:rsidR="00114ECB" w:rsidRPr="009E57F5">
              <w:rPr>
                <w:rFonts w:cs="Times New Roman"/>
                <w:color w:val="FF0000"/>
                <w:sz w:val="28"/>
                <w:szCs w:val="28"/>
              </w:rPr>
              <w:t>0</w:t>
            </w:r>
            <w:r w:rsidRPr="009E57F5">
              <w:rPr>
                <w:rFonts w:cs="Times New Roman"/>
                <w:color w:val="FF0000"/>
                <w:sz w:val="28"/>
                <w:szCs w:val="28"/>
              </w:rPr>
              <w:t xml:space="preserve"> ngày làm </w:t>
            </w:r>
            <w:r w:rsidRPr="00972B74">
              <w:rPr>
                <w:rFonts w:cs="Times New Roman"/>
                <w:sz w:val="28"/>
                <w:szCs w:val="28"/>
              </w:rPr>
              <w:t>việc kể từ ngày nhận đủ hồ sơ hợp lệ.</w:t>
            </w:r>
          </w:p>
          <w:p w14:paraId="334E8003" w14:textId="1398AFDC" w:rsidR="00FD17B1" w:rsidRPr="00972B74" w:rsidRDefault="00FD17B1" w:rsidP="00114ECB">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P</w:t>
            </w:r>
            <w:r w:rsidRPr="00972B74">
              <w:rPr>
                <w:rFonts w:cs="Times New Roman"/>
                <w:sz w:val="28"/>
                <w:szCs w:val="28"/>
              </w:rPr>
              <w:t xml:space="preserve">hù hợp </w:t>
            </w:r>
            <w:r>
              <w:rPr>
                <w:rFonts w:cs="Times New Roman"/>
                <w:sz w:val="28"/>
                <w:szCs w:val="28"/>
              </w:rPr>
              <w:t xml:space="preserve">đề nghị </w:t>
            </w:r>
            <w:r w:rsidR="00114ECB" w:rsidRPr="00114ECB">
              <w:rPr>
                <w:rFonts w:cs="Times New Roman"/>
                <w:sz w:val="28"/>
                <w:szCs w:val="28"/>
              </w:rPr>
              <w:t xml:space="preserve">Phòng, ban, đơn vị; </w:t>
            </w:r>
            <w:r>
              <w:rPr>
                <w:rFonts w:cs="Times New Roman"/>
                <w:sz w:val="28"/>
                <w:szCs w:val="28"/>
              </w:rPr>
              <w:t>Thủ trưởng các cơ quan, tổ chức, đơn vị, địa phương</w:t>
            </w:r>
            <w:r w:rsidR="00114ECB">
              <w:rPr>
                <w:rFonts w:cs="Times New Roman"/>
                <w:sz w:val="28"/>
                <w:szCs w:val="28"/>
              </w:rPr>
              <w:t xml:space="preserve"> thuộc tỉnh.</w:t>
            </w:r>
          </w:p>
        </w:tc>
      </w:tr>
      <w:tr w:rsidR="00FD17B1" w:rsidRPr="00972B74" w14:paraId="6589A40C" w14:textId="77777777" w:rsidTr="007D6940">
        <w:tc>
          <w:tcPr>
            <w:tcW w:w="3118" w:type="dxa"/>
          </w:tcPr>
          <w:p w14:paraId="2558992B" w14:textId="77777777" w:rsidR="00FD17B1" w:rsidRPr="00972B74" w:rsidRDefault="00FD17B1" w:rsidP="00DA66C1">
            <w:pPr>
              <w:widowControl w:val="0"/>
              <w:spacing w:before="120"/>
              <w:jc w:val="both"/>
              <w:rPr>
                <w:rFonts w:cs="Times New Roman"/>
                <w:b/>
                <w:sz w:val="28"/>
                <w:szCs w:val="28"/>
              </w:rPr>
            </w:pPr>
            <w:r w:rsidRPr="00972B74">
              <w:rPr>
                <w:rFonts w:cs="Times New Roman"/>
                <w:sz w:val="28"/>
                <w:szCs w:val="28"/>
              </w:rPr>
              <w:t xml:space="preserve">b) Trường hợp nhiều cơ quan giải quyết, có quy định thời hạn từng cơ quan không? </w:t>
            </w:r>
          </w:p>
        </w:tc>
        <w:tc>
          <w:tcPr>
            <w:tcW w:w="11340" w:type="dxa"/>
          </w:tcPr>
          <w:p w14:paraId="52F8DA9D"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Có [</w:t>
            </w:r>
            <w:r>
              <w:rPr>
                <w:rFonts w:cs="Times New Roman"/>
                <w:sz w:val="28"/>
                <w:szCs w:val="28"/>
              </w:rPr>
              <w:t>x</w:t>
            </w:r>
            <w:r w:rsidRPr="00972B74">
              <w:rPr>
                <w:rFonts w:cs="Times New Roman"/>
                <w:sz w:val="28"/>
                <w:szCs w:val="28"/>
              </w:rPr>
              <w:t>]       Không []</w:t>
            </w:r>
          </w:p>
          <w:p w14:paraId="2FE7AAA1" w14:textId="77777777" w:rsidR="00FD17B1" w:rsidRPr="00972B74" w:rsidRDefault="00FD17B1" w:rsidP="007D6940">
            <w:pPr>
              <w:widowControl w:val="0"/>
              <w:rPr>
                <w:rFonts w:cs="Times New Roman"/>
                <w:sz w:val="28"/>
                <w:szCs w:val="28"/>
              </w:rPr>
            </w:pPr>
            <w:r w:rsidRPr="00972B74">
              <w:rPr>
                <w:rFonts w:cs="Times New Roman"/>
                <w:sz w:val="28"/>
                <w:szCs w:val="28"/>
              </w:rPr>
              <w:t>Lý do</w:t>
            </w:r>
            <w:r>
              <w:rPr>
                <w:rFonts w:cs="Times New Roman"/>
                <w:sz w:val="28"/>
                <w:szCs w:val="28"/>
              </w:rPr>
              <w:t xml:space="preserve"> quy định</w:t>
            </w:r>
            <w:r w:rsidRPr="00972B74">
              <w:rPr>
                <w:rFonts w:cs="Times New Roman"/>
                <w:sz w:val="28"/>
                <w:szCs w:val="28"/>
              </w:rPr>
              <w:t xml:space="preserve">: </w:t>
            </w:r>
            <w:r>
              <w:rPr>
                <w:rFonts w:cs="Times New Roman"/>
                <w:sz w:val="28"/>
                <w:szCs w:val="28"/>
              </w:rPr>
              <w:t>Rõ ràng, minh bạch trong giải quyết thủ tục hành chính, đảm bảo liên thông từ cơ quan đề nghị đến người có thẩm quyền ra quyết định.</w:t>
            </w:r>
          </w:p>
        </w:tc>
      </w:tr>
      <w:tr w:rsidR="00FD17B1" w:rsidRPr="00972B74" w14:paraId="54916A40" w14:textId="77777777" w:rsidTr="007D6940">
        <w:tc>
          <w:tcPr>
            <w:tcW w:w="14458" w:type="dxa"/>
            <w:gridSpan w:val="2"/>
          </w:tcPr>
          <w:p w14:paraId="6C675E16" w14:textId="77777777" w:rsidR="00FD17B1" w:rsidRPr="00972B74" w:rsidRDefault="00FD17B1" w:rsidP="00DA66C1">
            <w:pPr>
              <w:widowControl w:val="0"/>
              <w:spacing w:before="120" w:after="120"/>
              <w:rPr>
                <w:rFonts w:cs="Times New Roman"/>
                <w:sz w:val="28"/>
                <w:szCs w:val="28"/>
              </w:rPr>
            </w:pPr>
            <w:r w:rsidRPr="00972B74">
              <w:rPr>
                <w:rFonts w:cs="Times New Roman"/>
                <w:b/>
                <w:sz w:val="28"/>
                <w:szCs w:val="28"/>
              </w:rPr>
              <w:t>6. Đối tượng thực hiện</w:t>
            </w:r>
          </w:p>
        </w:tc>
      </w:tr>
      <w:tr w:rsidR="00FD17B1" w:rsidRPr="00972B74" w14:paraId="2DB31FD0" w14:textId="77777777" w:rsidTr="007D6940">
        <w:tc>
          <w:tcPr>
            <w:tcW w:w="3118" w:type="dxa"/>
          </w:tcPr>
          <w:p w14:paraId="69A6079E" w14:textId="77777777" w:rsidR="00FD17B1" w:rsidRPr="00972B74" w:rsidRDefault="00FD17B1" w:rsidP="00DA66C1">
            <w:pPr>
              <w:widowControl w:val="0"/>
              <w:spacing w:before="120"/>
              <w:jc w:val="both"/>
              <w:rPr>
                <w:rFonts w:cs="Times New Roman"/>
                <w:sz w:val="28"/>
                <w:szCs w:val="28"/>
              </w:rPr>
            </w:pPr>
            <w:r w:rsidRPr="00972B74">
              <w:rPr>
                <w:rFonts w:cs="Times New Roman"/>
                <w:sz w:val="28"/>
                <w:szCs w:val="28"/>
              </w:rPr>
              <w:t>a) Đối tượng thực hiện:</w:t>
            </w:r>
          </w:p>
        </w:tc>
        <w:tc>
          <w:tcPr>
            <w:tcW w:w="11340" w:type="dxa"/>
          </w:tcPr>
          <w:p w14:paraId="217F2798"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 xml:space="preserve">- Tổ chức: Trong nước [x]       Nước ngoài </w:t>
            </w:r>
            <w:proofErr w:type="gramStart"/>
            <w:r w:rsidRPr="00972B74">
              <w:rPr>
                <w:rFonts w:cs="Times New Roman"/>
                <w:sz w:val="28"/>
                <w:szCs w:val="28"/>
              </w:rPr>
              <w:t>[ ]</w:t>
            </w:r>
            <w:proofErr w:type="gramEnd"/>
          </w:p>
          <w:p w14:paraId="261EBAFA" w14:textId="77777777" w:rsidR="00FD17B1" w:rsidRPr="00972B74" w:rsidRDefault="00FD17B1" w:rsidP="007D6940">
            <w:pPr>
              <w:widowControl w:val="0"/>
              <w:rPr>
                <w:rFonts w:cs="Times New Roman"/>
                <w:sz w:val="28"/>
                <w:szCs w:val="28"/>
              </w:rPr>
            </w:pPr>
            <w:r w:rsidRPr="00972B74">
              <w:rPr>
                <w:rFonts w:cs="Times New Roman"/>
                <w:sz w:val="28"/>
                <w:szCs w:val="28"/>
              </w:rPr>
              <w:t xml:space="preserve">- Cá nhân: Trong nước [x]       Nước ngoài </w:t>
            </w:r>
            <w:proofErr w:type="gramStart"/>
            <w:r w:rsidRPr="00972B74">
              <w:rPr>
                <w:rFonts w:cs="Times New Roman"/>
                <w:sz w:val="28"/>
                <w:szCs w:val="28"/>
              </w:rPr>
              <w:t>[ ]</w:t>
            </w:r>
            <w:proofErr w:type="gramEnd"/>
          </w:p>
          <w:p w14:paraId="03F7CA9D" w14:textId="77777777" w:rsidR="00FD17B1" w:rsidRPr="00972B74" w:rsidRDefault="00FD17B1" w:rsidP="007D6940">
            <w:pPr>
              <w:widowControl w:val="0"/>
              <w:jc w:val="both"/>
              <w:rPr>
                <w:rFonts w:cs="Times New Roman"/>
                <w:sz w:val="28"/>
                <w:szCs w:val="28"/>
              </w:rPr>
            </w:pPr>
            <w:r w:rsidRPr="00972B74">
              <w:rPr>
                <w:rFonts w:cs="Times New Roman"/>
                <w:sz w:val="28"/>
                <w:szCs w:val="28"/>
              </w:rPr>
              <w:t xml:space="preserve">Mô tả rõ: </w:t>
            </w:r>
            <w:r>
              <w:rPr>
                <w:rFonts w:cs="Times New Roman"/>
                <w:sz w:val="28"/>
                <w:szCs w:val="28"/>
              </w:rPr>
              <w:t>Tập thể, cá nhân, hộ gia đình có nhu cầu điều chỉnh thông tin Quyết định khen thưởng.</w:t>
            </w:r>
          </w:p>
          <w:p w14:paraId="54248894" w14:textId="77777777" w:rsidR="00FD17B1" w:rsidRPr="00972B74" w:rsidRDefault="00FD17B1" w:rsidP="007D6940">
            <w:pPr>
              <w:widowControl w:val="0"/>
              <w:rPr>
                <w:rFonts w:cs="Times New Roman"/>
                <w:sz w:val="28"/>
                <w:szCs w:val="28"/>
              </w:rPr>
            </w:pPr>
            <w:r w:rsidRPr="00972B74">
              <w:rPr>
                <w:rFonts w:cs="Times New Roman"/>
                <w:sz w:val="28"/>
                <w:szCs w:val="28"/>
              </w:rPr>
              <w:t xml:space="preserve">Có thể mở rộng/thu hẹp đối tượng không? Có </w:t>
            </w:r>
            <w:proofErr w:type="gramStart"/>
            <w:r w:rsidRPr="00972B74">
              <w:rPr>
                <w:rFonts w:cs="Times New Roman"/>
                <w:sz w:val="28"/>
                <w:szCs w:val="28"/>
              </w:rPr>
              <w:t>[ ]</w:t>
            </w:r>
            <w:proofErr w:type="gramEnd"/>
            <w:r w:rsidRPr="00972B74">
              <w:rPr>
                <w:rFonts w:cs="Times New Roman"/>
                <w:sz w:val="28"/>
                <w:szCs w:val="28"/>
              </w:rPr>
              <w:t xml:space="preserve">       Không [x]</w:t>
            </w:r>
          </w:p>
          <w:p w14:paraId="189881AA" w14:textId="77777777" w:rsidR="00FD17B1" w:rsidRPr="00972B74" w:rsidRDefault="00FD17B1" w:rsidP="007D6940">
            <w:pPr>
              <w:widowControl w:val="0"/>
              <w:jc w:val="both"/>
              <w:rPr>
                <w:rFonts w:cs="Times New Roman"/>
                <w:sz w:val="28"/>
                <w:szCs w:val="28"/>
              </w:rPr>
            </w:pPr>
            <w:r>
              <w:rPr>
                <w:rFonts w:cs="Times New Roman"/>
                <w:sz w:val="28"/>
                <w:szCs w:val="28"/>
              </w:rPr>
              <w:t>Lý do: Đ</w:t>
            </w:r>
            <w:r w:rsidRPr="00972B74">
              <w:rPr>
                <w:rFonts w:cs="Times New Roman"/>
                <w:sz w:val="28"/>
                <w:szCs w:val="28"/>
              </w:rPr>
              <w:t xml:space="preserve">ối tượng thực hiện phải </w:t>
            </w:r>
            <w:r>
              <w:rPr>
                <w:rFonts w:cs="Times New Roman"/>
                <w:sz w:val="28"/>
                <w:szCs w:val="28"/>
              </w:rPr>
              <w:t xml:space="preserve">đúng là tập thể, cá nhân, hộ gia đình đã được khen thưởng, có hiện </w:t>
            </w:r>
            <w:r>
              <w:rPr>
                <w:rFonts w:cs="Times New Roman"/>
                <w:sz w:val="28"/>
                <w:szCs w:val="28"/>
              </w:rPr>
              <w:lastRenderedPageBreak/>
              <w:t>vật, Quyết định cần điều chỉnh thông tin.</w:t>
            </w:r>
          </w:p>
        </w:tc>
      </w:tr>
      <w:tr w:rsidR="00FD17B1" w:rsidRPr="00972B74" w14:paraId="0570D1ED" w14:textId="77777777" w:rsidTr="007D6940">
        <w:tc>
          <w:tcPr>
            <w:tcW w:w="3118" w:type="dxa"/>
          </w:tcPr>
          <w:p w14:paraId="4BD84C39" w14:textId="77777777" w:rsidR="00FD17B1" w:rsidRPr="00972B74" w:rsidRDefault="00FD17B1" w:rsidP="00DA66C1">
            <w:pPr>
              <w:widowControl w:val="0"/>
              <w:spacing w:before="120"/>
              <w:jc w:val="both"/>
              <w:rPr>
                <w:rFonts w:cs="Times New Roman"/>
                <w:sz w:val="28"/>
                <w:szCs w:val="28"/>
              </w:rPr>
            </w:pPr>
            <w:r w:rsidRPr="00972B74">
              <w:rPr>
                <w:rFonts w:cs="Times New Roman"/>
                <w:sz w:val="28"/>
                <w:szCs w:val="28"/>
              </w:rPr>
              <w:lastRenderedPageBreak/>
              <w:t xml:space="preserve">b) Phạm vi áp dụng: </w:t>
            </w:r>
          </w:p>
        </w:tc>
        <w:tc>
          <w:tcPr>
            <w:tcW w:w="11340" w:type="dxa"/>
          </w:tcPr>
          <w:p w14:paraId="43F1027F"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Toàn quốc [</w:t>
            </w:r>
            <w:r>
              <w:rPr>
                <w:rFonts w:cs="Times New Roman"/>
                <w:sz w:val="28"/>
                <w:szCs w:val="28"/>
              </w:rPr>
              <w:t>x</w:t>
            </w:r>
            <w:r w:rsidRPr="00972B74">
              <w:rPr>
                <w:rFonts w:cs="Times New Roman"/>
                <w:sz w:val="28"/>
                <w:szCs w:val="28"/>
              </w:rPr>
              <w:t xml:space="preserve">]       Vùng </w:t>
            </w:r>
            <w:proofErr w:type="gramStart"/>
            <w:r w:rsidRPr="00972B74">
              <w:rPr>
                <w:rFonts w:cs="Times New Roman"/>
                <w:sz w:val="28"/>
                <w:szCs w:val="28"/>
              </w:rPr>
              <w:t>[ ]</w:t>
            </w:r>
            <w:proofErr w:type="gramEnd"/>
            <w:r w:rsidRPr="00972B74">
              <w:rPr>
                <w:rFonts w:cs="Times New Roman"/>
                <w:sz w:val="28"/>
                <w:szCs w:val="28"/>
              </w:rPr>
              <w:t xml:space="preserve">       Địa phương [x]; Nông thôn [x]       Đô thị [x]       Miền núi [x]       Biên giới [x] nếu có địa bàn áp dụng.</w:t>
            </w:r>
          </w:p>
          <w:p w14:paraId="0FF9892C" w14:textId="77777777" w:rsidR="00FD17B1" w:rsidRDefault="00FD17B1" w:rsidP="007D6940">
            <w:pPr>
              <w:widowControl w:val="0"/>
              <w:jc w:val="both"/>
              <w:rPr>
                <w:rFonts w:cs="Times New Roman"/>
                <w:sz w:val="28"/>
                <w:szCs w:val="28"/>
              </w:rPr>
            </w:pPr>
            <w:r>
              <w:rPr>
                <w:rFonts w:cs="Times New Roman"/>
                <w:sz w:val="28"/>
                <w:szCs w:val="28"/>
              </w:rPr>
              <w:t>Lý do quy định</w:t>
            </w:r>
            <w:r w:rsidRPr="00972B74">
              <w:rPr>
                <w:rFonts w:cs="Times New Roman"/>
                <w:sz w:val="28"/>
                <w:szCs w:val="28"/>
              </w:rPr>
              <w:t xml:space="preserve">: </w:t>
            </w:r>
            <w:r>
              <w:rPr>
                <w:rFonts w:cs="Times New Roman"/>
                <w:sz w:val="28"/>
                <w:szCs w:val="28"/>
              </w:rPr>
              <w:t>Đối tượng áp dụng theo dự thảo bao gồm tập thể, cá nhân, hộ gia đình cá nhân trên địa bàn tỉnh; cá nhân, tập thể ngoài tỉnh đang công tác tại các Bộ, ban, ngành Trung ương.</w:t>
            </w:r>
          </w:p>
          <w:p w14:paraId="731017F3" w14:textId="77777777" w:rsidR="00FD17B1" w:rsidRDefault="00FD17B1" w:rsidP="007D6940">
            <w:pPr>
              <w:widowControl w:val="0"/>
              <w:rPr>
                <w:rFonts w:cs="Times New Roman"/>
                <w:sz w:val="28"/>
                <w:szCs w:val="28"/>
              </w:rPr>
            </w:pPr>
            <w:r>
              <w:rPr>
                <w:rFonts w:cs="Times New Roman"/>
                <w:sz w:val="28"/>
                <w:szCs w:val="28"/>
              </w:rPr>
              <w:t xml:space="preserve">- </w:t>
            </w:r>
            <w:r w:rsidRPr="00907ABC">
              <w:rPr>
                <w:rFonts w:cs="Times New Roman"/>
                <w:sz w:val="28"/>
                <w:szCs w:val="28"/>
              </w:rPr>
              <w:t>Có thể</w:t>
            </w:r>
            <w:r>
              <w:rPr>
                <w:rFonts w:cs="Times New Roman"/>
                <w:sz w:val="28"/>
                <w:szCs w:val="28"/>
              </w:rPr>
              <w:t xml:space="preserve"> mở rộng/thu hẹp phạm vi áp dụng không?</w:t>
            </w:r>
          </w:p>
          <w:p w14:paraId="4B73C39B" w14:textId="77777777" w:rsidR="00FD17B1" w:rsidRDefault="00FD17B1" w:rsidP="007D6940">
            <w:pPr>
              <w:widowControl w:val="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w:t>
            </w:r>
          </w:p>
          <w:p w14:paraId="3323F4BD" w14:textId="0B028A52" w:rsidR="00FD17B1" w:rsidRPr="00972B74" w:rsidRDefault="00FD17B1" w:rsidP="007D6940">
            <w:pPr>
              <w:widowControl w:val="0"/>
              <w:jc w:val="both"/>
              <w:rPr>
                <w:rFonts w:cs="Times New Roman"/>
                <w:sz w:val="28"/>
                <w:szCs w:val="28"/>
              </w:rPr>
            </w:pPr>
            <w:r>
              <w:rPr>
                <w:rFonts w:cs="Times New Roman"/>
                <w:sz w:val="28"/>
                <w:szCs w:val="28"/>
              </w:rPr>
              <w:t xml:space="preserve">Nêu rõ lý do: Phạm vi áp dụng </w:t>
            </w:r>
            <w:r>
              <w:rPr>
                <w:rFonts w:cs="Times New Roman"/>
                <w:color w:val="000000"/>
                <w:sz w:val="28"/>
                <w:szCs w:val="28"/>
              </w:rPr>
              <w:t xml:space="preserve">thuộc thẩm quyền của </w:t>
            </w:r>
            <w:r w:rsidR="00114ECB">
              <w:rPr>
                <w:rFonts w:cs="Times New Roman"/>
                <w:sz w:val="28"/>
                <w:szCs w:val="28"/>
              </w:rPr>
              <w:t>Thủ trưởng các cơ quan, tổ chức, đơn vị, địa phương thuộc tỉnh.</w:t>
            </w:r>
          </w:p>
        </w:tc>
      </w:tr>
      <w:tr w:rsidR="00FD17B1" w:rsidRPr="00972B74" w14:paraId="24109D4C" w14:textId="77777777" w:rsidTr="007D6940">
        <w:tc>
          <w:tcPr>
            <w:tcW w:w="14458" w:type="dxa"/>
            <w:gridSpan w:val="2"/>
          </w:tcPr>
          <w:p w14:paraId="54322DB7" w14:textId="77777777" w:rsidR="00FD17B1" w:rsidRPr="00972B74" w:rsidRDefault="00FD17B1" w:rsidP="00DA66C1">
            <w:pPr>
              <w:widowControl w:val="0"/>
              <w:spacing w:before="120" w:after="120"/>
              <w:rPr>
                <w:rFonts w:cs="Times New Roman"/>
                <w:sz w:val="28"/>
                <w:szCs w:val="28"/>
              </w:rPr>
            </w:pPr>
            <w:r w:rsidRPr="00972B74">
              <w:rPr>
                <w:rFonts w:cs="Times New Roman"/>
                <w:sz w:val="28"/>
                <w:szCs w:val="28"/>
              </w:rPr>
              <w:t xml:space="preserve">Dự kiến số lượng đối tượng thực hiện/1 năm: </w:t>
            </w:r>
            <w:r>
              <w:rPr>
                <w:rFonts w:cs="Times New Roman"/>
                <w:sz w:val="28"/>
                <w:szCs w:val="28"/>
              </w:rPr>
              <w:t>khoảng 50 hồ sơ.</w:t>
            </w:r>
          </w:p>
        </w:tc>
      </w:tr>
      <w:tr w:rsidR="00FD17B1" w:rsidRPr="00972B74" w14:paraId="5681F2BA" w14:textId="77777777" w:rsidTr="007D6940">
        <w:tc>
          <w:tcPr>
            <w:tcW w:w="3118" w:type="dxa"/>
          </w:tcPr>
          <w:p w14:paraId="2C6F41F4" w14:textId="77777777" w:rsidR="00FD17B1" w:rsidRPr="00972B74" w:rsidRDefault="00FD17B1" w:rsidP="00DA66C1">
            <w:pPr>
              <w:widowControl w:val="0"/>
              <w:spacing w:before="120" w:after="120"/>
              <w:jc w:val="both"/>
              <w:rPr>
                <w:rFonts w:cs="Times New Roman"/>
                <w:sz w:val="28"/>
                <w:szCs w:val="28"/>
              </w:rPr>
            </w:pPr>
            <w:r w:rsidRPr="00972B74">
              <w:rPr>
                <w:rFonts w:cs="Times New Roman"/>
                <w:b/>
                <w:sz w:val="28"/>
                <w:szCs w:val="28"/>
              </w:rPr>
              <w:t>7. Cơ quan gi</w:t>
            </w:r>
            <w:r w:rsidRPr="00972B74">
              <w:rPr>
                <w:rFonts w:cs="Times New Roman"/>
                <w:b/>
                <w:spacing w:val="-4"/>
                <w:sz w:val="28"/>
                <w:szCs w:val="28"/>
              </w:rPr>
              <w:t>ải quyết</w:t>
            </w:r>
          </w:p>
        </w:tc>
        <w:tc>
          <w:tcPr>
            <w:tcW w:w="11340" w:type="dxa"/>
          </w:tcPr>
          <w:p w14:paraId="43420335" w14:textId="77777777" w:rsidR="00FD17B1" w:rsidRPr="00972B74" w:rsidRDefault="00FD17B1" w:rsidP="007D6940">
            <w:pPr>
              <w:widowControl w:val="0"/>
              <w:rPr>
                <w:rFonts w:cs="Times New Roman"/>
                <w:sz w:val="28"/>
                <w:szCs w:val="28"/>
              </w:rPr>
            </w:pPr>
          </w:p>
        </w:tc>
      </w:tr>
      <w:tr w:rsidR="00FD17B1" w:rsidRPr="00972B74" w14:paraId="50D0505C" w14:textId="77777777" w:rsidTr="007D6940">
        <w:tc>
          <w:tcPr>
            <w:tcW w:w="3118" w:type="dxa"/>
          </w:tcPr>
          <w:p w14:paraId="5249A7AE" w14:textId="77777777" w:rsidR="00FD17B1" w:rsidRPr="00972B74" w:rsidRDefault="00FD17B1" w:rsidP="00DA66C1">
            <w:pPr>
              <w:widowControl w:val="0"/>
              <w:spacing w:before="120"/>
              <w:jc w:val="both"/>
              <w:rPr>
                <w:rFonts w:cs="Times New Roman"/>
                <w:b/>
                <w:sz w:val="28"/>
                <w:szCs w:val="28"/>
              </w:rPr>
            </w:pPr>
            <w:r w:rsidRPr="00972B74">
              <w:rPr>
                <w:rFonts w:cs="Times New Roman"/>
                <w:sz w:val="28"/>
                <w:szCs w:val="28"/>
              </w:rPr>
              <w:t xml:space="preserve">a) Có được quy định rõ ràng, cụ thể không? </w:t>
            </w:r>
          </w:p>
        </w:tc>
        <w:tc>
          <w:tcPr>
            <w:tcW w:w="11340" w:type="dxa"/>
          </w:tcPr>
          <w:p w14:paraId="6EB29D71"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 xml:space="preserve">Có [x]       Không </w:t>
            </w:r>
            <w:proofErr w:type="gramStart"/>
            <w:r w:rsidRPr="00972B74">
              <w:rPr>
                <w:rFonts w:cs="Times New Roman"/>
                <w:sz w:val="28"/>
                <w:szCs w:val="28"/>
              </w:rPr>
              <w:t>[ ]</w:t>
            </w:r>
            <w:proofErr w:type="gramEnd"/>
          </w:p>
          <w:p w14:paraId="554EF315" w14:textId="375EA4F2" w:rsidR="00FD17B1" w:rsidRPr="00972B74" w:rsidRDefault="00FD17B1" w:rsidP="00114ECB">
            <w:pPr>
              <w:widowControl w:val="0"/>
              <w:jc w:val="both"/>
              <w:rPr>
                <w:rFonts w:cs="Times New Roman"/>
                <w:sz w:val="28"/>
                <w:szCs w:val="28"/>
              </w:rPr>
            </w:pPr>
            <w:r w:rsidRPr="00972B74">
              <w:rPr>
                <w:rFonts w:cs="Times New Roman"/>
                <w:sz w:val="28"/>
                <w:szCs w:val="28"/>
              </w:rPr>
              <w:t xml:space="preserve">Lý do: </w:t>
            </w:r>
            <w:r w:rsidR="00114ECB">
              <w:rPr>
                <w:rFonts w:cs="Times New Roman"/>
                <w:sz w:val="28"/>
                <w:szCs w:val="28"/>
              </w:rPr>
              <w:t>Phòng, ban, đơn vị</w:t>
            </w:r>
            <w:r>
              <w:rPr>
                <w:rFonts w:cs="Times New Roman"/>
                <w:color w:val="000000"/>
                <w:sz w:val="28"/>
                <w:szCs w:val="28"/>
              </w:rPr>
              <w:t xml:space="preserve"> hoặc </w:t>
            </w:r>
            <w:r>
              <w:rPr>
                <w:rFonts w:cs="Times New Roman"/>
                <w:sz w:val="28"/>
                <w:szCs w:val="28"/>
              </w:rPr>
              <w:t xml:space="preserve">Trung tâm Phục vụ hành chính công </w:t>
            </w:r>
            <w:r w:rsidR="00114ECB">
              <w:rPr>
                <w:rFonts w:cs="Times New Roman"/>
                <w:sz w:val="28"/>
                <w:szCs w:val="28"/>
              </w:rPr>
              <w:t xml:space="preserve">cấp xã </w:t>
            </w:r>
            <w:r>
              <w:rPr>
                <w:rFonts w:cs="Times New Roman"/>
                <w:sz w:val="28"/>
                <w:szCs w:val="28"/>
              </w:rPr>
              <w:t xml:space="preserve">là </w:t>
            </w:r>
            <w:r w:rsidRPr="00972B74">
              <w:rPr>
                <w:rFonts w:cs="Times New Roman"/>
                <w:sz w:val="28"/>
                <w:szCs w:val="28"/>
              </w:rPr>
              <w:t xml:space="preserve">cơ quan </w:t>
            </w:r>
            <w:r>
              <w:rPr>
                <w:rFonts w:cs="Times New Roman"/>
                <w:sz w:val="28"/>
                <w:szCs w:val="28"/>
              </w:rPr>
              <w:t xml:space="preserve">tiếp nhận hồ sơ, </w:t>
            </w:r>
            <w:r w:rsidRPr="00972B74">
              <w:rPr>
                <w:rFonts w:cs="Times New Roman"/>
                <w:sz w:val="28"/>
                <w:szCs w:val="28"/>
              </w:rPr>
              <w:t>trả kết q</w:t>
            </w:r>
            <w:r>
              <w:rPr>
                <w:rFonts w:cs="Times New Roman"/>
                <w:sz w:val="28"/>
                <w:szCs w:val="28"/>
              </w:rPr>
              <w:t xml:space="preserve">uả; </w:t>
            </w:r>
            <w:r w:rsidR="00114ECB">
              <w:rPr>
                <w:rFonts w:cs="Times New Roman"/>
                <w:sz w:val="28"/>
                <w:szCs w:val="28"/>
              </w:rPr>
              <w:t>Phòng, ban, đơn vị</w:t>
            </w:r>
            <w:r w:rsidR="00114ECB">
              <w:rPr>
                <w:rFonts w:cs="Times New Roman"/>
                <w:color w:val="000000"/>
                <w:sz w:val="28"/>
                <w:szCs w:val="28"/>
              </w:rPr>
              <w:t xml:space="preserve"> </w:t>
            </w:r>
            <w:r>
              <w:rPr>
                <w:rFonts w:cs="Times New Roman"/>
                <w:sz w:val="28"/>
                <w:szCs w:val="28"/>
              </w:rPr>
              <w:t>là cơ quan giải quyết thủ tục hành chính.</w:t>
            </w:r>
          </w:p>
        </w:tc>
      </w:tr>
      <w:tr w:rsidR="00FD17B1" w:rsidRPr="00972B74" w14:paraId="1CA72B60" w14:textId="77777777" w:rsidTr="007D6940">
        <w:tc>
          <w:tcPr>
            <w:tcW w:w="3118" w:type="dxa"/>
          </w:tcPr>
          <w:p w14:paraId="62A7AA31" w14:textId="77777777" w:rsidR="00FD17B1" w:rsidRPr="00972B74" w:rsidRDefault="00FD17B1" w:rsidP="00DA66C1">
            <w:pPr>
              <w:widowControl w:val="0"/>
              <w:spacing w:before="120"/>
              <w:jc w:val="both"/>
              <w:rPr>
                <w:rFonts w:cs="Times New Roman"/>
                <w:b/>
                <w:sz w:val="28"/>
                <w:szCs w:val="28"/>
              </w:rPr>
            </w:pPr>
            <w:r w:rsidRPr="00972B74">
              <w:rPr>
                <w:rFonts w:cs="Times New Roman"/>
                <w:sz w:val="28"/>
                <w:szCs w:val="28"/>
              </w:rPr>
              <w:t xml:space="preserve">b) Có thể mở rộng ủy quyền hoặc phân cấp thực hiện không? </w:t>
            </w:r>
          </w:p>
        </w:tc>
        <w:tc>
          <w:tcPr>
            <w:tcW w:w="11340" w:type="dxa"/>
          </w:tcPr>
          <w:p w14:paraId="553912A9" w14:textId="77777777" w:rsidR="00FD17B1" w:rsidRPr="00972B74" w:rsidRDefault="00FD17B1" w:rsidP="00DA66C1">
            <w:pPr>
              <w:widowControl w:val="0"/>
              <w:spacing w:before="12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[x]</w:t>
            </w:r>
          </w:p>
          <w:p w14:paraId="098DB6B6" w14:textId="2EEB8386" w:rsidR="00FD17B1" w:rsidRPr="00972B74" w:rsidRDefault="00FD17B1" w:rsidP="007D6940">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D</w:t>
            </w:r>
            <w:r w:rsidRPr="00972B74">
              <w:rPr>
                <w:rFonts w:cs="Times New Roman"/>
                <w:sz w:val="28"/>
                <w:szCs w:val="28"/>
              </w:rPr>
              <w:t xml:space="preserve">ự thảo đã giao </w:t>
            </w:r>
            <w:r w:rsidR="00114ECB">
              <w:rPr>
                <w:rFonts w:cs="Times New Roman"/>
                <w:sz w:val="28"/>
                <w:szCs w:val="28"/>
              </w:rPr>
              <w:t>Phòng, ban, đơn vị</w:t>
            </w:r>
            <w:r w:rsidR="00114ECB">
              <w:rPr>
                <w:rFonts w:cs="Times New Roman"/>
                <w:color w:val="000000"/>
                <w:sz w:val="28"/>
                <w:szCs w:val="28"/>
              </w:rPr>
              <w:t xml:space="preserve"> </w:t>
            </w:r>
            <w:r>
              <w:rPr>
                <w:rFonts w:cs="Times New Roman"/>
                <w:sz w:val="28"/>
                <w:szCs w:val="28"/>
              </w:rPr>
              <w:t>là đầu mối tiếp nhận, thẩm định, đề nghị theo chức năng, nhiệm vụ được giao.</w:t>
            </w:r>
          </w:p>
        </w:tc>
      </w:tr>
      <w:tr w:rsidR="00FD17B1" w:rsidRPr="00972B74" w14:paraId="7C767E59" w14:textId="77777777" w:rsidTr="007D6940">
        <w:tc>
          <w:tcPr>
            <w:tcW w:w="14458" w:type="dxa"/>
            <w:gridSpan w:val="2"/>
          </w:tcPr>
          <w:p w14:paraId="5437D1BF" w14:textId="77777777" w:rsidR="00FD17B1" w:rsidRPr="00972B74" w:rsidRDefault="00FD17B1" w:rsidP="00DA66C1">
            <w:pPr>
              <w:widowControl w:val="0"/>
              <w:spacing w:before="120" w:after="120"/>
              <w:rPr>
                <w:rFonts w:cs="Times New Roman"/>
                <w:sz w:val="28"/>
                <w:szCs w:val="28"/>
              </w:rPr>
            </w:pPr>
            <w:r w:rsidRPr="00972B74">
              <w:rPr>
                <w:rFonts w:cs="Times New Roman"/>
                <w:b/>
                <w:sz w:val="28"/>
                <w:szCs w:val="28"/>
              </w:rPr>
              <w:t>8. Phí, lệ phí và các chi phí khác (nếu có)</w:t>
            </w:r>
          </w:p>
        </w:tc>
      </w:tr>
      <w:tr w:rsidR="00FD17B1" w:rsidRPr="00972B74" w14:paraId="2AADD5A5" w14:textId="77777777" w:rsidTr="007D6940">
        <w:tc>
          <w:tcPr>
            <w:tcW w:w="3118" w:type="dxa"/>
          </w:tcPr>
          <w:p w14:paraId="68DA2719" w14:textId="77777777" w:rsidR="00FD17B1" w:rsidRPr="00972B74" w:rsidRDefault="00FD17B1" w:rsidP="00DA66C1">
            <w:pPr>
              <w:widowControl w:val="0"/>
              <w:spacing w:before="120"/>
              <w:jc w:val="both"/>
              <w:rPr>
                <w:rFonts w:cs="Times New Roman"/>
                <w:sz w:val="28"/>
                <w:szCs w:val="28"/>
              </w:rPr>
            </w:pPr>
            <w:r w:rsidRPr="00972B74">
              <w:rPr>
                <w:rFonts w:cs="Times New Roman"/>
                <w:sz w:val="28"/>
                <w:szCs w:val="28"/>
              </w:rPr>
              <w:t>a) Có quy định về phí, lệ phí và chi phí khác không?</w:t>
            </w:r>
          </w:p>
        </w:tc>
        <w:tc>
          <w:tcPr>
            <w:tcW w:w="11340" w:type="dxa"/>
          </w:tcPr>
          <w:p w14:paraId="141AD336"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 xml:space="preserve">Lệ phí: Không [x]       Có </w:t>
            </w:r>
            <w:proofErr w:type="gramStart"/>
            <w:r w:rsidRPr="00972B74">
              <w:rPr>
                <w:rFonts w:cs="Times New Roman"/>
                <w:sz w:val="28"/>
                <w:szCs w:val="28"/>
              </w:rPr>
              <w:t>[ ]</w:t>
            </w:r>
            <w:proofErr w:type="gramEnd"/>
          </w:p>
          <w:p w14:paraId="64256C06" w14:textId="77777777" w:rsidR="00FD17B1" w:rsidRPr="00972B74" w:rsidRDefault="00FD17B1" w:rsidP="007D6940">
            <w:pPr>
              <w:widowControl w:val="0"/>
              <w:rPr>
                <w:rFonts w:cs="Times New Roman"/>
                <w:sz w:val="28"/>
                <w:szCs w:val="28"/>
              </w:rPr>
            </w:pPr>
            <w:r w:rsidRPr="00972B74">
              <w:rPr>
                <w:rFonts w:cs="Times New Roman"/>
                <w:sz w:val="28"/>
                <w:szCs w:val="28"/>
              </w:rPr>
              <w:t xml:space="preserve">Phí: Không [x]       Có </w:t>
            </w:r>
            <w:proofErr w:type="gramStart"/>
            <w:r w:rsidRPr="00972B74">
              <w:rPr>
                <w:rFonts w:cs="Times New Roman"/>
                <w:sz w:val="28"/>
                <w:szCs w:val="28"/>
              </w:rPr>
              <w:t>[ ]</w:t>
            </w:r>
            <w:proofErr w:type="gramEnd"/>
          </w:p>
          <w:p w14:paraId="0AADFEDF" w14:textId="77777777" w:rsidR="00FD17B1" w:rsidRPr="00972B74" w:rsidRDefault="00FD17B1" w:rsidP="007D6940">
            <w:pPr>
              <w:widowControl w:val="0"/>
              <w:rPr>
                <w:rFonts w:cs="Times New Roman"/>
                <w:sz w:val="28"/>
                <w:szCs w:val="28"/>
              </w:rPr>
            </w:pPr>
            <w:r w:rsidRPr="00972B74">
              <w:rPr>
                <w:rFonts w:cs="Times New Roman"/>
                <w:sz w:val="28"/>
                <w:szCs w:val="28"/>
              </w:rPr>
              <w:t xml:space="preserve">Chi phí khác do dự thảo quy định: Không [x]       Có </w:t>
            </w:r>
            <w:proofErr w:type="gramStart"/>
            <w:r w:rsidRPr="00972B74">
              <w:rPr>
                <w:rFonts w:cs="Times New Roman"/>
                <w:sz w:val="28"/>
                <w:szCs w:val="28"/>
              </w:rPr>
              <w:t>[ ]</w:t>
            </w:r>
            <w:proofErr w:type="gramEnd"/>
          </w:p>
          <w:p w14:paraId="50175893" w14:textId="77777777" w:rsidR="00FD17B1" w:rsidRPr="00972B74" w:rsidRDefault="00FD17B1" w:rsidP="007D6940">
            <w:pPr>
              <w:widowControl w:val="0"/>
              <w:jc w:val="both"/>
              <w:rPr>
                <w:rFonts w:cs="Times New Roman"/>
                <w:sz w:val="28"/>
                <w:szCs w:val="28"/>
              </w:rPr>
            </w:pPr>
            <w:r w:rsidRPr="00972B74">
              <w:rPr>
                <w:rFonts w:cs="Times New Roman"/>
                <w:sz w:val="28"/>
                <w:szCs w:val="28"/>
              </w:rPr>
              <w:t xml:space="preserve">Dự thảo không quy định phí, lệ phí hoặc chi phí khác. </w:t>
            </w:r>
          </w:p>
        </w:tc>
      </w:tr>
      <w:tr w:rsidR="00FD17B1" w:rsidRPr="00972B74" w14:paraId="5515E014" w14:textId="77777777" w:rsidTr="007D6940">
        <w:tc>
          <w:tcPr>
            <w:tcW w:w="3118" w:type="dxa"/>
          </w:tcPr>
          <w:p w14:paraId="69E9F767" w14:textId="77777777" w:rsidR="00FD17B1" w:rsidRPr="00972B74" w:rsidRDefault="00FD17B1" w:rsidP="00DA66C1">
            <w:pPr>
              <w:widowControl w:val="0"/>
              <w:spacing w:before="120"/>
              <w:jc w:val="both"/>
              <w:rPr>
                <w:rFonts w:cs="Times New Roman"/>
                <w:sz w:val="28"/>
                <w:szCs w:val="28"/>
              </w:rPr>
            </w:pPr>
            <w:r w:rsidRPr="00972B74">
              <w:rPr>
                <w:rFonts w:cs="Times New Roman"/>
                <w:sz w:val="28"/>
                <w:szCs w:val="28"/>
              </w:rPr>
              <w:t xml:space="preserve">b) Quy định về cách thức, </w:t>
            </w:r>
            <w:r w:rsidRPr="00972B74">
              <w:rPr>
                <w:rFonts w:cs="Times New Roman"/>
                <w:sz w:val="28"/>
                <w:szCs w:val="28"/>
              </w:rPr>
              <w:lastRenderedPageBreak/>
              <w:t xml:space="preserve">thời điểm nộp phí, lệ phí và các chi phí khác (nếu có) có hợp lý không? </w:t>
            </w:r>
          </w:p>
        </w:tc>
        <w:tc>
          <w:tcPr>
            <w:tcW w:w="11340" w:type="dxa"/>
          </w:tcPr>
          <w:p w14:paraId="4FC509CD" w14:textId="77777777" w:rsidR="00FD17B1" w:rsidRPr="00972B74" w:rsidRDefault="00FD17B1" w:rsidP="00DA66C1">
            <w:pPr>
              <w:widowControl w:val="0"/>
              <w:spacing w:before="120"/>
              <w:jc w:val="both"/>
              <w:rPr>
                <w:rFonts w:cs="Times New Roman"/>
                <w:sz w:val="28"/>
                <w:szCs w:val="28"/>
              </w:rPr>
            </w:pPr>
            <w:r w:rsidRPr="00972B74">
              <w:rPr>
                <w:rFonts w:cs="Times New Roman"/>
                <w:sz w:val="28"/>
                <w:szCs w:val="28"/>
              </w:rPr>
              <w:lastRenderedPageBreak/>
              <w:t>Không [x]       Có [ ]</w:t>
            </w:r>
          </w:p>
        </w:tc>
      </w:tr>
      <w:tr w:rsidR="00FD17B1" w:rsidRPr="00972B74" w14:paraId="48A197E3" w14:textId="77777777" w:rsidTr="007D6940">
        <w:tc>
          <w:tcPr>
            <w:tcW w:w="3118" w:type="dxa"/>
          </w:tcPr>
          <w:p w14:paraId="43423A9A" w14:textId="77777777" w:rsidR="00FD17B1" w:rsidRPr="00972B74" w:rsidRDefault="00FD17B1" w:rsidP="00DA66C1">
            <w:pPr>
              <w:widowControl w:val="0"/>
              <w:spacing w:before="120" w:after="120"/>
              <w:rPr>
                <w:rFonts w:cs="Times New Roman"/>
                <w:sz w:val="28"/>
                <w:szCs w:val="28"/>
              </w:rPr>
            </w:pPr>
            <w:r w:rsidRPr="00972B74">
              <w:rPr>
                <w:rFonts w:cs="Times New Roman"/>
                <w:b/>
                <w:sz w:val="28"/>
                <w:szCs w:val="28"/>
              </w:rPr>
              <w:lastRenderedPageBreak/>
              <w:t>9. Mẫu đơn, tờ khai</w:t>
            </w:r>
          </w:p>
        </w:tc>
        <w:tc>
          <w:tcPr>
            <w:tcW w:w="11340" w:type="dxa"/>
          </w:tcPr>
          <w:p w14:paraId="5ECF0FE4" w14:textId="77777777" w:rsidR="00FD17B1" w:rsidRPr="00972B74" w:rsidRDefault="00FD17B1" w:rsidP="007D6940">
            <w:pPr>
              <w:widowControl w:val="0"/>
              <w:rPr>
                <w:rFonts w:cs="Times New Roman"/>
                <w:sz w:val="28"/>
                <w:szCs w:val="28"/>
              </w:rPr>
            </w:pPr>
          </w:p>
        </w:tc>
      </w:tr>
      <w:tr w:rsidR="00FD17B1" w:rsidRPr="00972B74" w14:paraId="58596EEA" w14:textId="77777777" w:rsidTr="007D6940">
        <w:tc>
          <w:tcPr>
            <w:tcW w:w="3118" w:type="dxa"/>
          </w:tcPr>
          <w:p w14:paraId="7A4CB52E" w14:textId="77777777" w:rsidR="00FD17B1" w:rsidRPr="00972B74" w:rsidRDefault="00FD17B1" w:rsidP="00DA66C1">
            <w:pPr>
              <w:widowControl w:val="0"/>
              <w:spacing w:before="120"/>
              <w:jc w:val="both"/>
              <w:rPr>
                <w:rFonts w:cs="Times New Roman"/>
                <w:b/>
                <w:sz w:val="28"/>
                <w:szCs w:val="28"/>
              </w:rPr>
            </w:pPr>
            <w:r w:rsidRPr="00972B74">
              <w:rPr>
                <w:rFonts w:cs="Times New Roman"/>
                <w:sz w:val="28"/>
                <w:szCs w:val="28"/>
              </w:rPr>
              <w:t>a) Có quy định về mẫu đơn, tờ khai không?</w:t>
            </w:r>
          </w:p>
        </w:tc>
        <w:tc>
          <w:tcPr>
            <w:tcW w:w="11340" w:type="dxa"/>
          </w:tcPr>
          <w:p w14:paraId="6BCF9E1E" w14:textId="77777777" w:rsidR="00FD17B1" w:rsidRPr="00972B74" w:rsidRDefault="00FD17B1" w:rsidP="00DA66C1">
            <w:pPr>
              <w:widowControl w:val="0"/>
              <w:spacing w:before="120"/>
              <w:rPr>
                <w:rFonts w:cs="Times New Roman"/>
                <w:sz w:val="28"/>
                <w:szCs w:val="28"/>
              </w:rPr>
            </w:pPr>
            <w:r w:rsidRPr="00972B74">
              <w:rPr>
                <w:rFonts w:cs="Times New Roman"/>
                <w:sz w:val="28"/>
                <w:szCs w:val="28"/>
              </w:rPr>
              <w:t xml:space="preserve"> Có [x]       Không </w:t>
            </w:r>
            <w:proofErr w:type="gramStart"/>
            <w:r w:rsidRPr="00972B74">
              <w:rPr>
                <w:rFonts w:cs="Times New Roman"/>
                <w:sz w:val="28"/>
                <w:szCs w:val="28"/>
              </w:rPr>
              <w:t>[ ]</w:t>
            </w:r>
            <w:proofErr w:type="gramEnd"/>
          </w:p>
          <w:p w14:paraId="16F1E135" w14:textId="77777777" w:rsidR="00FD17B1" w:rsidRPr="00972B74" w:rsidRDefault="00FD17B1" w:rsidP="007D6940">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M</w:t>
            </w:r>
            <w:r w:rsidRPr="00972B74">
              <w:rPr>
                <w:rFonts w:cs="Times New Roman"/>
                <w:sz w:val="28"/>
                <w:szCs w:val="28"/>
              </w:rPr>
              <w:t xml:space="preserve">ẫu </w:t>
            </w:r>
            <w:r>
              <w:rPr>
                <w:rFonts w:cs="Times New Roman"/>
                <w:sz w:val="28"/>
                <w:szCs w:val="28"/>
              </w:rPr>
              <w:t xml:space="preserve">Văn bản đề nghị của tập thể; mẫu đơn của cá nhân, hộ gia đình </w:t>
            </w:r>
            <w:r w:rsidRPr="00972B74">
              <w:rPr>
                <w:rFonts w:cs="Times New Roman"/>
                <w:sz w:val="28"/>
                <w:szCs w:val="28"/>
              </w:rPr>
              <w:t xml:space="preserve">giúp </w:t>
            </w:r>
            <w:r>
              <w:rPr>
                <w:rFonts w:cs="Times New Roman"/>
                <w:sz w:val="28"/>
                <w:szCs w:val="28"/>
              </w:rPr>
              <w:t>đảm bảo về đối tượng, rõ ràng về thông tin đề nghị điều chỉnh và quá trình lưu trữ hồ sơ.</w:t>
            </w:r>
          </w:p>
        </w:tc>
      </w:tr>
      <w:tr w:rsidR="00FD17B1" w:rsidRPr="00A94BB0" w14:paraId="2055A095" w14:textId="77777777" w:rsidTr="007D6940">
        <w:tc>
          <w:tcPr>
            <w:tcW w:w="3118" w:type="dxa"/>
          </w:tcPr>
          <w:p w14:paraId="7A00FDD7" w14:textId="77777777" w:rsidR="00FD17B1" w:rsidRDefault="00FD17B1" w:rsidP="00DA66C1">
            <w:pPr>
              <w:widowControl w:val="0"/>
              <w:spacing w:before="120"/>
              <w:jc w:val="both"/>
              <w:rPr>
                <w:rFonts w:cs="Times New Roman"/>
                <w:sz w:val="28"/>
                <w:szCs w:val="28"/>
              </w:rPr>
            </w:pPr>
            <w:r>
              <w:rPr>
                <w:rFonts w:cs="Times New Roman"/>
                <w:sz w:val="28"/>
                <w:szCs w:val="28"/>
              </w:rPr>
              <w:t>b) Tên mẫu đơn, tờ khai</w:t>
            </w:r>
            <w:r w:rsidRPr="00972B74">
              <w:rPr>
                <w:rFonts w:cs="Times New Roman"/>
                <w:sz w:val="28"/>
                <w:szCs w:val="28"/>
              </w:rPr>
              <w:t>:</w:t>
            </w:r>
            <w:r>
              <w:rPr>
                <w:rFonts w:cs="Times New Roman"/>
                <w:sz w:val="28"/>
                <w:szCs w:val="28"/>
              </w:rPr>
              <w:t xml:space="preserve"> </w:t>
            </w:r>
          </w:p>
          <w:p w14:paraId="13172475" w14:textId="3E6E0CCC" w:rsidR="00FD17B1" w:rsidRPr="005B126A" w:rsidRDefault="00FD17B1" w:rsidP="00D53064">
            <w:pPr>
              <w:widowControl w:val="0"/>
              <w:jc w:val="both"/>
              <w:rPr>
                <w:rFonts w:cs="Times New Roman"/>
                <w:b/>
                <w:i/>
                <w:sz w:val="28"/>
                <w:szCs w:val="28"/>
              </w:rPr>
            </w:pPr>
            <w:r w:rsidRPr="005B126A">
              <w:rPr>
                <w:rFonts w:cs="Times New Roman"/>
                <w:i/>
                <w:sz w:val="28"/>
                <w:szCs w:val="28"/>
              </w:rPr>
              <w:t>Mẫu văn bản đề nghị điều chỉnh thông tin quyết định khen thưởng (tập thể)</w:t>
            </w:r>
            <w:r>
              <w:rPr>
                <w:rFonts w:cs="Times New Roman"/>
                <w:i/>
                <w:sz w:val="28"/>
                <w:szCs w:val="28"/>
              </w:rPr>
              <w:t xml:space="preserve">; </w:t>
            </w:r>
            <w:r w:rsidRPr="005B126A">
              <w:rPr>
                <w:rFonts w:cs="Times New Roman"/>
                <w:i/>
                <w:sz w:val="28"/>
                <w:szCs w:val="28"/>
              </w:rPr>
              <w:t>Mẫu đơn đề nghị điều chỉnh thông tin quyết định khen thưởng (cá nhân, hộ gia đình)</w:t>
            </w:r>
            <w:r w:rsidR="00D53064">
              <w:rPr>
                <w:rFonts w:cs="Times New Roman"/>
                <w:i/>
                <w:sz w:val="28"/>
                <w:szCs w:val="28"/>
              </w:rPr>
              <w:t>.</w:t>
            </w:r>
          </w:p>
        </w:tc>
        <w:tc>
          <w:tcPr>
            <w:tcW w:w="11340" w:type="dxa"/>
          </w:tcPr>
          <w:p w14:paraId="79DE6003" w14:textId="77777777" w:rsidR="00FD17B1" w:rsidRDefault="00FD17B1" w:rsidP="00DA66C1">
            <w:pPr>
              <w:widowControl w:val="0"/>
              <w:spacing w:before="120"/>
              <w:jc w:val="both"/>
              <w:rPr>
                <w:rFonts w:cs="Times New Roman"/>
                <w:sz w:val="28"/>
                <w:szCs w:val="28"/>
              </w:rPr>
            </w:pPr>
            <w:r>
              <w:rPr>
                <w:rFonts w:cs="Times New Roman"/>
                <w:sz w:val="28"/>
                <w:szCs w:val="28"/>
              </w:rPr>
              <w:t>- Nêu rõ những nội dung (nhóm) thông tin cần cung cấp trong mẫu đơn, tờ khai:</w:t>
            </w:r>
          </w:p>
          <w:p w14:paraId="6316462E" w14:textId="77777777" w:rsidR="00FD17B1" w:rsidRPr="005B126A" w:rsidRDefault="00FD17B1" w:rsidP="007D6940">
            <w:pPr>
              <w:widowControl w:val="0"/>
              <w:jc w:val="both"/>
              <w:rPr>
                <w:rFonts w:cs="Times New Roman"/>
                <w:sz w:val="28"/>
                <w:szCs w:val="28"/>
              </w:rPr>
            </w:pPr>
            <w:r>
              <w:rPr>
                <w:rFonts w:cs="Times New Roman"/>
                <w:sz w:val="28"/>
                <w:szCs w:val="28"/>
              </w:rPr>
              <w:t>+ Nội dung thông tin</w:t>
            </w:r>
            <w:r w:rsidRPr="00972B74">
              <w:rPr>
                <w:rFonts w:cs="Times New Roman"/>
                <w:sz w:val="28"/>
                <w:szCs w:val="28"/>
              </w:rPr>
              <w:t xml:space="preserve">: </w:t>
            </w:r>
            <w:r w:rsidRPr="005B126A">
              <w:rPr>
                <w:rFonts w:cs="Times New Roman"/>
                <w:sz w:val="28"/>
                <w:szCs w:val="28"/>
              </w:rPr>
              <w:t xml:space="preserve">Tên tập thể </w:t>
            </w:r>
            <w:r>
              <w:rPr>
                <w:rFonts w:cs="Times New Roman"/>
                <w:sz w:val="28"/>
                <w:szCs w:val="28"/>
              </w:rPr>
              <w:t xml:space="preserve">(cá nhân, hộ gia đình) </w:t>
            </w:r>
            <w:r w:rsidRPr="005B126A">
              <w:rPr>
                <w:rFonts w:cs="Times New Roman"/>
                <w:sz w:val="28"/>
                <w:szCs w:val="28"/>
              </w:rPr>
              <w:t>đề nghị điều chỉnh; Thuộc/trực thuộc; Địa chỉ hiện nay</w:t>
            </w:r>
            <w:r>
              <w:rPr>
                <w:rFonts w:cs="Times New Roman"/>
                <w:sz w:val="28"/>
                <w:szCs w:val="28"/>
              </w:rPr>
              <w:t xml:space="preserve"> (Căn cước công dân)</w:t>
            </w:r>
            <w:r w:rsidRPr="005B126A">
              <w:rPr>
                <w:rFonts w:cs="Times New Roman"/>
                <w:sz w:val="28"/>
                <w:szCs w:val="28"/>
              </w:rPr>
              <w:t>; Điện thoại liên hệ; Đã được tặng thưởng; Theo Quyết định số; Đơn vị trình khen; Thông tin khen thưởng bị sai; Đề nghị điều chỉnh thông tin thành…</w:t>
            </w:r>
          </w:p>
          <w:p w14:paraId="688F2C8C" w14:textId="77777777" w:rsidR="00FD17B1" w:rsidRPr="00A94BB0" w:rsidRDefault="00FD17B1" w:rsidP="007D6940">
            <w:pPr>
              <w:widowControl w:val="0"/>
              <w:jc w:val="both"/>
              <w:rPr>
                <w:rFonts w:cs="Times New Roman"/>
                <w:sz w:val="28"/>
                <w:szCs w:val="28"/>
              </w:rPr>
            </w:pPr>
            <w:r>
              <w:rPr>
                <w:rFonts w:cs="Times New Roman"/>
                <w:sz w:val="28"/>
                <w:szCs w:val="28"/>
              </w:rPr>
              <w:t>Lý do quy định: Là căn cứ để thẩm định, đề nghị điều chỉnh thông tin Quyết định khen thưởng, đảm bảo chính xác tên tập thể, cá nhân, hộ gia đình được in trong Quyết định điều chỉnh thông tin và hiện vật khen thưởng.</w:t>
            </w:r>
          </w:p>
          <w:p w14:paraId="57ACEEE5" w14:textId="77777777" w:rsidR="00FD17B1" w:rsidRPr="00A94BB0" w:rsidRDefault="00FD17B1" w:rsidP="007D6940">
            <w:pPr>
              <w:widowControl w:val="0"/>
              <w:rPr>
                <w:rFonts w:cs="Times New Roman"/>
                <w:sz w:val="28"/>
                <w:szCs w:val="28"/>
                <w:lang w:val="vi-VN"/>
              </w:rPr>
            </w:pPr>
            <w:r>
              <w:rPr>
                <w:rFonts w:cs="Times New Roman"/>
                <w:sz w:val="28"/>
                <w:szCs w:val="28"/>
              </w:rPr>
              <w:t xml:space="preserve">- </w:t>
            </w:r>
            <w:r w:rsidRPr="00A94BB0">
              <w:rPr>
                <w:rFonts w:cs="Times New Roman"/>
                <w:sz w:val="28"/>
                <w:szCs w:val="28"/>
                <w:lang w:val="vi-VN"/>
              </w:rPr>
              <w:t>Có quy định việc xác nhận tại đơn không? Có []       Không [</w:t>
            </w:r>
            <w:r>
              <w:rPr>
                <w:rFonts w:cs="Times New Roman"/>
                <w:sz w:val="28"/>
                <w:szCs w:val="28"/>
              </w:rPr>
              <w:t>x</w:t>
            </w:r>
            <w:r w:rsidRPr="00A94BB0">
              <w:rPr>
                <w:rFonts w:cs="Times New Roman"/>
                <w:sz w:val="28"/>
                <w:szCs w:val="28"/>
                <w:lang w:val="vi-VN"/>
              </w:rPr>
              <w:t>]</w:t>
            </w:r>
          </w:p>
        </w:tc>
      </w:tr>
      <w:tr w:rsidR="00FD17B1" w:rsidRPr="00A94BB0" w14:paraId="6375BF8A" w14:textId="77777777" w:rsidTr="007D6940">
        <w:tc>
          <w:tcPr>
            <w:tcW w:w="3118" w:type="dxa"/>
          </w:tcPr>
          <w:p w14:paraId="0FFE425B" w14:textId="77777777" w:rsidR="00FD17B1" w:rsidRDefault="00FD17B1" w:rsidP="00E82FE4">
            <w:pPr>
              <w:widowControl w:val="0"/>
              <w:spacing w:before="120" w:after="120"/>
              <w:jc w:val="both"/>
              <w:rPr>
                <w:rFonts w:cs="Times New Roman"/>
                <w:sz w:val="28"/>
                <w:szCs w:val="28"/>
              </w:rPr>
            </w:pPr>
            <w:r>
              <w:rPr>
                <w:rFonts w:cs="Times New Roman"/>
                <w:sz w:val="28"/>
                <w:szCs w:val="28"/>
              </w:rPr>
              <w:t>c) Ngôn ngữ</w:t>
            </w:r>
          </w:p>
        </w:tc>
        <w:tc>
          <w:tcPr>
            <w:tcW w:w="11340" w:type="dxa"/>
          </w:tcPr>
          <w:p w14:paraId="284468D0" w14:textId="77777777" w:rsidR="00FD17B1" w:rsidRDefault="00FD17B1" w:rsidP="00E82FE4">
            <w:pPr>
              <w:widowControl w:val="0"/>
              <w:spacing w:before="120"/>
              <w:jc w:val="both"/>
              <w:rPr>
                <w:rFonts w:cs="Times New Roman"/>
                <w:sz w:val="28"/>
                <w:szCs w:val="28"/>
              </w:rPr>
            </w:pPr>
            <w:r>
              <w:rPr>
                <w:rFonts w:cs="Times New Roman"/>
                <w:sz w:val="28"/>
                <w:szCs w:val="28"/>
              </w:rPr>
              <w:t xml:space="preserve">- Tiếng Việt </w:t>
            </w:r>
            <w:r w:rsidRPr="00972B74">
              <w:rPr>
                <w:rFonts w:cs="Times New Roman"/>
                <w:sz w:val="28"/>
                <w:szCs w:val="28"/>
              </w:rPr>
              <w:t xml:space="preserve">[x]       </w:t>
            </w:r>
            <w:r>
              <w:rPr>
                <w:rFonts w:cs="Times New Roman"/>
                <w:sz w:val="28"/>
                <w:szCs w:val="28"/>
              </w:rPr>
              <w:t>Song ngữ</w:t>
            </w:r>
            <w:r w:rsidRPr="00972B74">
              <w:rPr>
                <w:rFonts w:cs="Times New Roman"/>
                <w:sz w:val="28"/>
                <w:szCs w:val="28"/>
              </w:rPr>
              <w:t xml:space="preserve"> [ ]</w:t>
            </w:r>
          </w:p>
        </w:tc>
      </w:tr>
      <w:tr w:rsidR="00FD17B1" w:rsidRPr="00972B74" w14:paraId="77EE57F8" w14:textId="77777777" w:rsidTr="007D6940">
        <w:tc>
          <w:tcPr>
            <w:tcW w:w="14458" w:type="dxa"/>
            <w:gridSpan w:val="2"/>
          </w:tcPr>
          <w:p w14:paraId="3741F204" w14:textId="77777777" w:rsidR="00FD17B1" w:rsidRPr="00972B74" w:rsidRDefault="00FD17B1" w:rsidP="00E82FE4">
            <w:pPr>
              <w:widowControl w:val="0"/>
              <w:spacing w:before="120" w:after="120"/>
              <w:rPr>
                <w:rFonts w:cs="Times New Roman"/>
                <w:sz w:val="28"/>
                <w:szCs w:val="28"/>
              </w:rPr>
            </w:pPr>
            <w:r w:rsidRPr="00972B74">
              <w:rPr>
                <w:rFonts w:cs="Times New Roman"/>
                <w:b/>
                <w:sz w:val="28"/>
                <w:szCs w:val="28"/>
              </w:rPr>
              <w:t>10. Yêu cầu, điều kiện</w:t>
            </w:r>
          </w:p>
        </w:tc>
      </w:tr>
      <w:tr w:rsidR="00FD17B1" w:rsidRPr="00972B74" w14:paraId="600254C5" w14:textId="77777777" w:rsidTr="007D6940">
        <w:tc>
          <w:tcPr>
            <w:tcW w:w="3118" w:type="dxa"/>
          </w:tcPr>
          <w:p w14:paraId="0DB1C11A" w14:textId="77777777" w:rsidR="00FD17B1" w:rsidRPr="00972B74" w:rsidRDefault="00FD17B1" w:rsidP="00E82FE4">
            <w:pPr>
              <w:widowControl w:val="0"/>
              <w:spacing w:before="120"/>
              <w:rPr>
                <w:rFonts w:cs="Times New Roman"/>
                <w:b/>
                <w:sz w:val="28"/>
                <w:szCs w:val="28"/>
              </w:rPr>
            </w:pPr>
            <w:r w:rsidRPr="00972B74">
              <w:rPr>
                <w:rFonts w:cs="Times New Roman"/>
                <w:sz w:val="28"/>
                <w:szCs w:val="28"/>
              </w:rPr>
              <w:t xml:space="preserve">Có quy định yêu cầu, điều kiện không? </w:t>
            </w:r>
          </w:p>
        </w:tc>
        <w:tc>
          <w:tcPr>
            <w:tcW w:w="11340" w:type="dxa"/>
          </w:tcPr>
          <w:p w14:paraId="7749CD98" w14:textId="77777777" w:rsidR="00FD17B1" w:rsidRPr="00972B74" w:rsidRDefault="00FD17B1" w:rsidP="00E82FE4">
            <w:pPr>
              <w:widowControl w:val="0"/>
              <w:spacing w:before="120"/>
              <w:rPr>
                <w:rFonts w:cs="Times New Roman"/>
                <w:sz w:val="28"/>
                <w:szCs w:val="28"/>
              </w:rPr>
            </w:pPr>
            <w:r>
              <w:rPr>
                <w:rFonts w:cs="Times New Roman"/>
                <w:sz w:val="28"/>
                <w:szCs w:val="28"/>
              </w:rPr>
              <w:t xml:space="preserve">Có </w:t>
            </w:r>
            <w:proofErr w:type="gramStart"/>
            <w:r>
              <w:rPr>
                <w:rFonts w:cs="Times New Roman"/>
                <w:sz w:val="28"/>
                <w:szCs w:val="28"/>
              </w:rPr>
              <w:t>[</w:t>
            </w:r>
            <w:r w:rsidRPr="00972B74">
              <w:rPr>
                <w:rFonts w:cs="Times New Roman"/>
                <w:sz w:val="28"/>
                <w:szCs w:val="28"/>
              </w:rPr>
              <w:t xml:space="preserve">]   </w:t>
            </w:r>
            <w:proofErr w:type="gramEnd"/>
            <w:r w:rsidRPr="00972B74">
              <w:rPr>
                <w:rFonts w:cs="Times New Roman"/>
                <w:sz w:val="28"/>
                <w:szCs w:val="28"/>
              </w:rPr>
              <w:t xml:space="preserve">    Không [</w:t>
            </w:r>
            <w:r>
              <w:rPr>
                <w:rFonts w:cs="Times New Roman"/>
                <w:sz w:val="28"/>
                <w:szCs w:val="28"/>
              </w:rPr>
              <w:t>x</w:t>
            </w:r>
            <w:r w:rsidRPr="00972B74">
              <w:rPr>
                <w:rFonts w:cs="Times New Roman"/>
                <w:sz w:val="28"/>
                <w:szCs w:val="28"/>
              </w:rPr>
              <w:t xml:space="preserve"> ]</w:t>
            </w:r>
          </w:p>
          <w:p w14:paraId="6561478A" w14:textId="77777777" w:rsidR="00FD17B1" w:rsidRPr="00972B74" w:rsidRDefault="00FD17B1" w:rsidP="007D6940">
            <w:pPr>
              <w:widowControl w:val="0"/>
              <w:jc w:val="both"/>
              <w:rPr>
                <w:rFonts w:cs="Times New Roman"/>
                <w:sz w:val="28"/>
                <w:szCs w:val="28"/>
              </w:rPr>
            </w:pPr>
            <w:r w:rsidRPr="00972B74">
              <w:rPr>
                <w:rFonts w:cs="Times New Roman"/>
                <w:sz w:val="28"/>
                <w:szCs w:val="28"/>
              </w:rPr>
              <w:t xml:space="preserve">Lý do quy định: </w:t>
            </w:r>
            <w:r>
              <w:rPr>
                <w:rFonts w:cs="Times New Roman"/>
                <w:sz w:val="28"/>
                <w:szCs w:val="28"/>
              </w:rPr>
              <w:t>Đ</w:t>
            </w:r>
            <w:r w:rsidRPr="00972B74">
              <w:rPr>
                <w:rFonts w:cs="Times New Roman"/>
                <w:sz w:val="28"/>
                <w:szCs w:val="28"/>
              </w:rPr>
              <w:t xml:space="preserve">ược xác định theo </w:t>
            </w:r>
            <w:r>
              <w:rPr>
                <w:rFonts w:cs="Times New Roman"/>
                <w:sz w:val="28"/>
                <w:szCs w:val="28"/>
              </w:rPr>
              <w:t>pháp luật về thi đua, khen thưởng.</w:t>
            </w:r>
          </w:p>
        </w:tc>
      </w:tr>
      <w:tr w:rsidR="00FD17B1" w:rsidRPr="00972B74" w14:paraId="0DC9962D" w14:textId="77777777" w:rsidTr="007D6940">
        <w:tc>
          <w:tcPr>
            <w:tcW w:w="14458" w:type="dxa"/>
            <w:gridSpan w:val="2"/>
          </w:tcPr>
          <w:p w14:paraId="58B408FC" w14:textId="77777777" w:rsidR="00FD17B1" w:rsidRPr="00972B74" w:rsidRDefault="00FD17B1" w:rsidP="00E82FE4">
            <w:pPr>
              <w:widowControl w:val="0"/>
              <w:spacing w:before="120" w:after="120"/>
              <w:rPr>
                <w:rFonts w:cs="Times New Roman"/>
                <w:sz w:val="28"/>
                <w:szCs w:val="28"/>
              </w:rPr>
            </w:pPr>
            <w:r w:rsidRPr="00972B74">
              <w:rPr>
                <w:rFonts w:cs="Times New Roman"/>
                <w:b/>
                <w:sz w:val="28"/>
                <w:szCs w:val="28"/>
              </w:rPr>
              <w:t>11. Kết quả thực hiện</w:t>
            </w:r>
          </w:p>
        </w:tc>
      </w:tr>
      <w:tr w:rsidR="00FD17B1" w:rsidRPr="00972B74" w14:paraId="753FD1EE" w14:textId="77777777" w:rsidTr="007D6940">
        <w:tc>
          <w:tcPr>
            <w:tcW w:w="3118" w:type="dxa"/>
          </w:tcPr>
          <w:p w14:paraId="0992E723" w14:textId="77777777" w:rsidR="00FD17B1" w:rsidRPr="00972B74" w:rsidRDefault="00FD17B1" w:rsidP="00E82FE4">
            <w:pPr>
              <w:widowControl w:val="0"/>
              <w:spacing w:before="120"/>
              <w:rPr>
                <w:rFonts w:cs="Times New Roman"/>
                <w:sz w:val="28"/>
                <w:szCs w:val="28"/>
              </w:rPr>
            </w:pPr>
            <w:r w:rsidRPr="00972B74">
              <w:rPr>
                <w:rFonts w:cs="Times New Roman"/>
                <w:sz w:val="28"/>
                <w:szCs w:val="28"/>
              </w:rPr>
              <w:t>a) Hình thức kết quả:</w:t>
            </w:r>
          </w:p>
        </w:tc>
        <w:tc>
          <w:tcPr>
            <w:tcW w:w="11340" w:type="dxa"/>
          </w:tcPr>
          <w:p w14:paraId="63B9D253" w14:textId="77777777" w:rsidR="00FD17B1" w:rsidRPr="00972B74" w:rsidRDefault="00FD17B1" w:rsidP="00E82FE4">
            <w:pPr>
              <w:widowControl w:val="0"/>
              <w:spacing w:before="120"/>
              <w:rPr>
                <w:rFonts w:cs="Times New Roman"/>
                <w:sz w:val="28"/>
                <w:szCs w:val="28"/>
              </w:rPr>
            </w:pPr>
            <w:r w:rsidRPr="00972B74">
              <w:rPr>
                <w:rFonts w:cs="Times New Roman"/>
                <w:sz w:val="28"/>
                <w:szCs w:val="28"/>
              </w:rPr>
              <w:t xml:space="preserve">- Giấy phép </w:t>
            </w:r>
            <w:proofErr w:type="gramStart"/>
            <w:r w:rsidRPr="00972B74">
              <w:rPr>
                <w:rFonts w:cs="Times New Roman"/>
                <w:sz w:val="28"/>
                <w:szCs w:val="28"/>
              </w:rPr>
              <w:t>[ ]</w:t>
            </w:r>
            <w:proofErr w:type="gramEnd"/>
            <w:r w:rsidRPr="00972B74">
              <w:rPr>
                <w:rFonts w:cs="Times New Roman"/>
                <w:sz w:val="28"/>
                <w:szCs w:val="28"/>
              </w:rPr>
              <w:t xml:space="preserve">   Giấy chứng nhận [ ]   Giấy đăng ký [ ]   Chứng chỉ [ ]   Thẻ [ ]</w:t>
            </w:r>
          </w:p>
          <w:p w14:paraId="6AC6A539" w14:textId="77777777" w:rsidR="00FD17B1" w:rsidRPr="00972B74" w:rsidRDefault="00FD17B1" w:rsidP="007D6940">
            <w:pPr>
              <w:widowControl w:val="0"/>
              <w:rPr>
                <w:rFonts w:cs="Times New Roman"/>
                <w:sz w:val="28"/>
                <w:szCs w:val="28"/>
              </w:rPr>
            </w:pPr>
            <w:r w:rsidRPr="00972B74">
              <w:rPr>
                <w:rFonts w:cs="Times New Roman"/>
                <w:sz w:val="28"/>
                <w:szCs w:val="28"/>
              </w:rPr>
              <w:t>- Quyết định hành chính [x]</w:t>
            </w:r>
          </w:p>
          <w:p w14:paraId="61BD6B33" w14:textId="77777777" w:rsidR="00FD17B1" w:rsidRDefault="00FD17B1" w:rsidP="007D6940">
            <w:pPr>
              <w:widowControl w:val="0"/>
              <w:rPr>
                <w:rFonts w:cs="Times New Roman"/>
                <w:sz w:val="28"/>
                <w:szCs w:val="28"/>
              </w:rPr>
            </w:pPr>
            <w:r w:rsidRPr="00972B74">
              <w:rPr>
                <w:rFonts w:cs="Times New Roman"/>
                <w:sz w:val="28"/>
                <w:szCs w:val="28"/>
              </w:rPr>
              <w:t xml:space="preserve">- Văn bản xác nhận/chấp thuận [] </w:t>
            </w:r>
          </w:p>
          <w:p w14:paraId="3AC66828" w14:textId="77777777" w:rsidR="00FD17B1" w:rsidRDefault="00FD17B1" w:rsidP="007D6940">
            <w:pPr>
              <w:widowControl w:val="0"/>
              <w:rPr>
                <w:rFonts w:cs="Times New Roman"/>
                <w:sz w:val="28"/>
                <w:szCs w:val="28"/>
              </w:rPr>
            </w:pPr>
            <w:r>
              <w:rPr>
                <w:rFonts w:cs="Times New Roman"/>
                <w:sz w:val="28"/>
                <w:szCs w:val="28"/>
              </w:rPr>
              <w:lastRenderedPageBreak/>
              <w:t xml:space="preserve">- Loại khác </w:t>
            </w:r>
            <w:r w:rsidRPr="00972B74">
              <w:rPr>
                <w:rFonts w:cs="Times New Roman"/>
                <w:sz w:val="28"/>
                <w:szCs w:val="28"/>
              </w:rPr>
              <w:t>[</w:t>
            </w:r>
            <w:r>
              <w:rPr>
                <w:rFonts w:cs="Times New Roman"/>
                <w:sz w:val="28"/>
                <w:szCs w:val="28"/>
              </w:rPr>
              <w:t>x</w:t>
            </w:r>
            <w:r w:rsidRPr="00972B74">
              <w:rPr>
                <w:rFonts w:cs="Times New Roman"/>
                <w:sz w:val="28"/>
                <w:szCs w:val="28"/>
              </w:rPr>
              <w:t xml:space="preserve">] </w:t>
            </w:r>
            <w:r>
              <w:rPr>
                <w:rFonts w:cs="Times New Roman"/>
                <w:sz w:val="28"/>
                <w:szCs w:val="28"/>
              </w:rPr>
              <w:t>Đề nghị nêu rõ: Hiện vật khen thưởng được cấp lại.</w:t>
            </w:r>
          </w:p>
          <w:p w14:paraId="68969E32" w14:textId="77777777" w:rsidR="00FD17B1" w:rsidRPr="00972B74" w:rsidRDefault="00FD17B1" w:rsidP="007D6940">
            <w:pPr>
              <w:widowControl w:val="0"/>
              <w:rPr>
                <w:rFonts w:cs="Times New Roman"/>
                <w:sz w:val="28"/>
                <w:szCs w:val="28"/>
              </w:rPr>
            </w:pPr>
            <w:r w:rsidRPr="00972B74">
              <w:rPr>
                <w:rFonts w:cs="Times New Roman"/>
                <w:sz w:val="28"/>
                <w:szCs w:val="28"/>
              </w:rPr>
              <w:t>Kết quả thực hiện TTHC: Bản giấy [x]       Bản điện tử [</w:t>
            </w:r>
            <w:r>
              <w:rPr>
                <w:rFonts w:cs="Times New Roman"/>
                <w:sz w:val="28"/>
                <w:szCs w:val="28"/>
              </w:rPr>
              <w:t>x</w:t>
            </w:r>
            <w:r w:rsidRPr="00972B74">
              <w:rPr>
                <w:rFonts w:cs="Times New Roman"/>
                <w:sz w:val="28"/>
                <w:szCs w:val="28"/>
              </w:rPr>
              <w:t>]</w:t>
            </w:r>
          </w:p>
        </w:tc>
      </w:tr>
      <w:tr w:rsidR="00FD17B1" w:rsidRPr="00972B74" w14:paraId="3A909CAB" w14:textId="77777777" w:rsidTr="007D6940">
        <w:tc>
          <w:tcPr>
            <w:tcW w:w="3118" w:type="dxa"/>
          </w:tcPr>
          <w:p w14:paraId="2C659BA3" w14:textId="77777777" w:rsidR="00FD17B1" w:rsidRPr="00972B74" w:rsidRDefault="00FD17B1" w:rsidP="00E82FE4">
            <w:pPr>
              <w:widowControl w:val="0"/>
              <w:spacing w:before="120"/>
              <w:jc w:val="both"/>
              <w:rPr>
                <w:rFonts w:cs="Times New Roman"/>
                <w:sz w:val="28"/>
                <w:szCs w:val="28"/>
              </w:rPr>
            </w:pPr>
            <w:r w:rsidRPr="00972B74">
              <w:rPr>
                <w:rFonts w:cs="Times New Roman"/>
                <w:sz w:val="28"/>
                <w:szCs w:val="28"/>
              </w:rPr>
              <w:lastRenderedPageBreak/>
              <w:t xml:space="preserve">b) Kết quả có được mẫu hóa phù hợp không? </w:t>
            </w:r>
          </w:p>
        </w:tc>
        <w:tc>
          <w:tcPr>
            <w:tcW w:w="11340" w:type="dxa"/>
          </w:tcPr>
          <w:p w14:paraId="51107F93" w14:textId="77777777" w:rsidR="00FD17B1" w:rsidRPr="00972B74" w:rsidRDefault="00FD17B1" w:rsidP="00E82FE4">
            <w:pPr>
              <w:widowControl w:val="0"/>
              <w:spacing w:before="120"/>
              <w:rPr>
                <w:rFonts w:cs="Times New Roman"/>
                <w:sz w:val="28"/>
                <w:szCs w:val="28"/>
              </w:rPr>
            </w:pPr>
            <w:r>
              <w:rPr>
                <w:rFonts w:cs="Times New Roman"/>
                <w:sz w:val="28"/>
                <w:szCs w:val="28"/>
              </w:rPr>
              <w:t>Có [x]       Không [</w:t>
            </w:r>
            <w:r w:rsidRPr="00972B74">
              <w:rPr>
                <w:rFonts w:cs="Times New Roman"/>
                <w:sz w:val="28"/>
                <w:szCs w:val="28"/>
              </w:rPr>
              <w:t>]</w:t>
            </w:r>
          </w:p>
          <w:p w14:paraId="00FB0F8F" w14:textId="77777777" w:rsidR="00FD17B1" w:rsidRPr="00972B74" w:rsidRDefault="00FD17B1" w:rsidP="007D6940">
            <w:pPr>
              <w:widowControl w:val="0"/>
              <w:jc w:val="both"/>
              <w:rPr>
                <w:rFonts w:cs="Times New Roman"/>
                <w:sz w:val="28"/>
                <w:szCs w:val="28"/>
              </w:rPr>
            </w:pPr>
            <w:r w:rsidRPr="00972B74">
              <w:rPr>
                <w:rFonts w:cs="Times New Roman"/>
                <w:sz w:val="28"/>
                <w:szCs w:val="28"/>
              </w:rPr>
              <w:t xml:space="preserve">Lý do: </w:t>
            </w:r>
            <w:r>
              <w:rPr>
                <w:rFonts w:cs="Times New Roman"/>
                <w:sz w:val="28"/>
                <w:szCs w:val="28"/>
              </w:rPr>
              <w:t>Quyết định hành chính theo quy định; Hiện vật</w:t>
            </w:r>
            <w:r w:rsidRPr="00972B74">
              <w:rPr>
                <w:rFonts w:cs="Times New Roman"/>
                <w:sz w:val="28"/>
                <w:szCs w:val="28"/>
              </w:rPr>
              <w:t xml:space="preserve"> </w:t>
            </w:r>
            <w:r>
              <w:rPr>
                <w:rFonts w:cs="Times New Roman"/>
                <w:sz w:val="28"/>
                <w:szCs w:val="28"/>
              </w:rPr>
              <w:t xml:space="preserve">khen thưởng </w:t>
            </w:r>
            <w:r w:rsidRPr="00972B74">
              <w:rPr>
                <w:rFonts w:cs="Times New Roman"/>
                <w:sz w:val="28"/>
                <w:szCs w:val="28"/>
              </w:rPr>
              <w:t xml:space="preserve">thực hiện theo </w:t>
            </w:r>
            <w:r>
              <w:rPr>
                <w:rFonts w:cs="Times New Roman"/>
                <w:sz w:val="28"/>
                <w:szCs w:val="28"/>
              </w:rPr>
              <w:t>mẫu tại Quyết định của Thủ tướng Chính phủ</w:t>
            </w:r>
            <w:r w:rsidRPr="00972B74">
              <w:rPr>
                <w:rFonts w:cs="Times New Roman"/>
                <w:sz w:val="28"/>
                <w:szCs w:val="28"/>
              </w:rPr>
              <w:t>, bảo đảm t</w:t>
            </w:r>
            <w:r>
              <w:rPr>
                <w:rFonts w:cs="Times New Roman"/>
                <w:sz w:val="28"/>
                <w:szCs w:val="28"/>
              </w:rPr>
              <w:t>hống nhất, dễ theo dõi, lưu trữ.</w:t>
            </w:r>
          </w:p>
        </w:tc>
      </w:tr>
      <w:tr w:rsidR="00FD17B1" w:rsidRPr="00972B74" w14:paraId="59672A8C" w14:textId="77777777" w:rsidTr="007D6940">
        <w:tc>
          <w:tcPr>
            <w:tcW w:w="3118" w:type="dxa"/>
          </w:tcPr>
          <w:p w14:paraId="58D71D0B" w14:textId="77777777" w:rsidR="00FD17B1" w:rsidRPr="00972B74" w:rsidRDefault="00FD17B1" w:rsidP="00E82FE4">
            <w:pPr>
              <w:widowControl w:val="0"/>
              <w:spacing w:before="120"/>
              <w:jc w:val="both"/>
              <w:rPr>
                <w:rFonts w:cs="Times New Roman"/>
                <w:sz w:val="28"/>
                <w:szCs w:val="28"/>
              </w:rPr>
            </w:pPr>
            <w:r w:rsidRPr="00972B74">
              <w:rPr>
                <w:rFonts w:cs="Times New Roman"/>
                <w:sz w:val="28"/>
                <w:szCs w:val="28"/>
              </w:rPr>
              <w:t xml:space="preserve">c) Thời hạn có giá trị hiệu lực: </w:t>
            </w:r>
          </w:p>
        </w:tc>
        <w:tc>
          <w:tcPr>
            <w:tcW w:w="11340" w:type="dxa"/>
          </w:tcPr>
          <w:p w14:paraId="4F821AE4" w14:textId="77777777" w:rsidR="00FD17B1" w:rsidRPr="00972B74" w:rsidRDefault="00FD17B1" w:rsidP="00E82FE4">
            <w:pPr>
              <w:widowControl w:val="0"/>
              <w:spacing w:before="120"/>
              <w:rPr>
                <w:rFonts w:cs="Times New Roman"/>
                <w:sz w:val="28"/>
                <w:szCs w:val="28"/>
              </w:rPr>
            </w:pPr>
            <w:r w:rsidRPr="00972B74">
              <w:rPr>
                <w:rFonts w:cs="Times New Roman"/>
                <w:sz w:val="28"/>
                <w:szCs w:val="28"/>
              </w:rPr>
              <w:t xml:space="preserve">Có </w:t>
            </w:r>
            <w:proofErr w:type="gramStart"/>
            <w:r w:rsidRPr="00972B74">
              <w:rPr>
                <w:rFonts w:cs="Times New Roman"/>
                <w:sz w:val="28"/>
                <w:szCs w:val="28"/>
              </w:rPr>
              <w:t>[ ]</w:t>
            </w:r>
            <w:proofErr w:type="gramEnd"/>
            <w:r w:rsidRPr="00972B74">
              <w:rPr>
                <w:rFonts w:cs="Times New Roman"/>
                <w:sz w:val="28"/>
                <w:szCs w:val="28"/>
              </w:rPr>
              <w:t xml:space="preserve">       Không [x]</w:t>
            </w:r>
          </w:p>
          <w:p w14:paraId="4D4E8C3F" w14:textId="77777777" w:rsidR="00FD17B1" w:rsidRPr="00972B74" w:rsidRDefault="00FD17B1" w:rsidP="007D6940">
            <w:pPr>
              <w:widowControl w:val="0"/>
              <w:rPr>
                <w:rFonts w:cs="Times New Roman"/>
                <w:sz w:val="28"/>
                <w:szCs w:val="28"/>
              </w:rPr>
            </w:pPr>
            <w:r w:rsidRPr="00972B74">
              <w:rPr>
                <w:rFonts w:cs="Times New Roman"/>
                <w:sz w:val="28"/>
                <w:szCs w:val="28"/>
              </w:rPr>
              <w:t>K</w:t>
            </w:r>
            <w:r>
              <w:rPr>
                <w:rFonts w:cs="Times New Roman"/>
                <w:sz w:val="28"/>
                <w:szCs w:val="28"/>
              </w:rPr>
              <w:t>hông quy định thời hạn hiệu lực.</w:t>
            </w:r>
          </w:p>
        </w:tc>
      </w:tr>
      <w:tr w:rsidR="00FD17B1" w:rsidRPr="00972B74" w14:paraId="146AAA5F" w14:textId="77777777" w:rsidTr="007D6940">
        <w:tc>
          <w:tcPr>
            <w:tcW w:w="3118" w:type="dxa"/>
          </w:tcPr>
          <w:p w14:paraId="65D818A5" w14:textId="77777777" w:rsidR="00FD17B1" w:rsidRPr="00972B74" w:rsidRDefault="00FD17B1" w:rsidP="00E82FE4">
            <w:pPr>
              <w:widowControl w:val="0"/>
              <w:spacing w:before="120"/>
              <w:jc w:val="both"/>
              <w:rPr>
                <w:rFonts w:cs="Times New Roman"/>
                <w:sz w:val="28"/>
                <w:szCs w:val="28"/>
              </w:rPr>
            </w:pPr>
            <w:r w:rsidRPr="00972B74">
              <w:rPr>
                <w:rFonts w:cs="Times New Roman"/>
                <w:sz w:val="28"/>
                <w:szCs w:val="28"/>
              </w:rPr>
              <w:t xml:space="preserve">d) Phạm vi hiệu lực: </w:t>
            </w:r>
          </w:p>
        </w:tc>
        <w:tc>
          <w:tcPr>
            <w:tcW w:w="11340" w:type="dxa"/>
          </w:tcPr>
          <w:p w14:paraId="2E365F57" w14:textId="77777777" w:rsidR="00FD17B1" w:rsidRPr="00972B74" w:rsidRDefault="00FD17B1" w:rsidP="00E82FE4">
            <w:pPr>
              <w:widowControl w:val="0"/>
              <w:spacing w:before="120"/>
              <w:rPr>
                <w:rFonts w:cs="Times New Roman"/>
                <w:sz w:val="28"/>
                <w:szCs w:val="28"/>
              </w:rPr>
            </w:pPr>
            <w:r w:rsidRPr="00972B74">
              <w:rPr>
                <w:rFonts w:cs="Times New Roman"/>
                <w:sz w:val="28"/>
                <w:szCs w:val="28"/>
              </w:rPr>
              <w:t>Toà</w:t>
            </w:r>
            <w:r>
              <w:rPr>
                <w:rFonts w:cs="Times New Roman"/>
                <w:sz w:val="28"/>
                <w:szCs w:val="28"/>
              </w:rPr>
              <w:t xml:space="preserve">n quốc </w:t>
            </w:r>
            <w:proofErr w:type="gramStart"/>
            <w:r>
              <w:rPr>
                <w:rFonts w:cs="Times New Roman"/>
                <w:sz w:val="28"/>
                <w:szCs w:val="28"/>
              </w:rPr>
              <w:t>[ ]</w:t>
            </w:r>
            <w:proofErr w:type="gramEnd"/>
            <w:r>
              <w:rPr>
                <w:rFonts w:cs="Times New Roman"/>
                <w:sz w:val="28"/>
                <w:szCs w:val="28"/>
              </w:rPr>
              <w:t xml:space="preserve">       Địa phương [x]</w:t>
            </w:r>
          </w:p>
          <w:p w14:paraId="76F44792" w14:textId="77777777" w:rsidR="00FD17B1" w:rsidRPr="00972B74" w:rsidRDefault="00FD17B1" w:rsidP="007D6940">
            <w:pPr>
              <w:widowControl w:val="0"/>
              <w:rPr>
                <w:rFonts w:cs="Times New Roman"/>
                <w:sz w:val="28"/>
                <w:szCs w:val="28"/>
              </w:rPr>
            </w:pPr>
            <w:r w:rsidRPr="00972B74">
              <w:rPr>
                <w:rFonts w:cs="Times New Roman"/>
                <w:sz w:val="28"/>
                <w:szCs w:val="28"/>
              </w:rPr>
              <w:t xml:space="preserve">Lý do: </w:t>
            </w:r>
            <w:r>
              <w:rPr>
                <w:rFonts w:cs="Times New Roman"/>
                <w:sz w:val="28"/>
                <w:szCs w:val="28"/>
              </w:rPr>
              <w:t>Thủ tục</w:t>
            </w:r>
            <w:r w:rsidRPr="00972B74">
              <w:rPr>
                <w:rFonts w:cs="Times New Roman"/>
                <w:sz w:val="28"/>
                <w:szCs w:val="28"/>
              </w:rPr>
              <w:t xml:space="preserve"> áp dụng trên địa bàn tỉnh Tuyên Quang</w:t>
            </w:r>
            <w:r>
              <w:rPr>
                <w:rFonts w:cs="Times New Roman"/>
                <w:sz w:val="28"/>
                <w:szCs w:val="28"/>
              </w:rPr>
              <w:t>.</w:t>
            </w:r>
          </w:p>
        </w:tc>
      </w:tr>
      <w:tr w:rsidR="00FD17B1" w:rsidRPr="00972B74" w14:paraId="1226F808" w14:textId="77777777" w:rsidTr="007D6940">
        <w:tc>
          <w:tcPr>
            <w:tcW w:w="14458" w:type="dxa"/>
            <w:gridSpan w:val="2"/>
          </w:tcPr>
          <w:p w14:paraId="5B16BB94" w14:textId="77777777" w:rsidR="00FD17B1" w:rsidRPr="00972B74" w:rsidRDefault="00FD17B1" w:rsidP="00E82FE4">
            <w:pPr>
              <w:widowControl w:val="0"/>
              <w:spacing w:before="120" w:after="120"/>
              <w:rPr>
                <w:rFonts w:cs="Times New Roman"/>
                <w:sz w:val="28"/>
                <w:szCs w:val="28"/>
              </w:rPr>
            </w:pPr>
            <w:r w:rsidRPr="00972B74">
              <w:rPr>
                <w:rFonts w:cs="Times New Roman"/>
                <w:b/>
                <w:sz w:val="28"/>
                <w:szCs w:val="28"/>
              </w:rPr>
              <w:t>IV. THÔNG TIN LIÊN HỆ</w:t>
            </w:r>
          </w:p>
        </w:tc>
      </w:tr>
      <w:tr w:rsidR="00FD17B1" w:rsidRPr="00972B74" w14:paraId="462BFC40" w14:textId="77777777" w:rsidTr="007D6940">
        <w:tc>
          <w:tcPr>
            <w:tcW w:w="14458" w:type="dxa"/>
            <w:gridSpan w:val="2"/>
          </w:tcPr>
          <w:p w14:paraId="7C060785" w14:textId="77777777" w:rsidR="00FD17B1" w:rsidRPr="00972B74" w:rsidRDefault="00FD17B1" w:rsidP="007D6940">
            <w:pPr>
              <w:widowControl w:val="0"/>
              <w:rPr>
                <w:rFonts w:cs="Times New Roman"/>
                <w:b/>
                <w:sz w:val="28"/>
                <w:szCs w:val="28"/>
              </w:rPr>
            </w:pPr>
            <w:r w:rsidRPr="00972B74">
              <w:rPr>
                <w:rFonts w:cs="Times New Roman"/>
                <w:b/>
                <w:sz w:val="28"/>
                <w:szCs w:val="28"/>
              </w:rPr>
              <w:t xml:space="preserve">Họ và tên người điền: </w:t>
            </w:r>
            <w:r w:rsidRPr="00972B74">
              <w:rPr>
                <w:rFonts w:cs="Times New Roman"/>
                <w:sz w:val="28"/>
                <w:szCs w:val="28"/>
              </w:rPr>
              <w:t xml:space="preserve">Nguyễn </w:t>
            </w:r>
            <w:r>
              <w:rPr>
                <w:rFonts w:cs="Times New Roman"/>
                <w:sz w:val="28"/>
                <w:szCs w:val="28"/>
              </w:rPr>
              <w:t>Anh Tuấn</w:t>
            </w:r>
          </w:p>
          <w:p w14:paraId="0E5B7780" w14:textId="77777777" w:rsidR="00FD17B1" w:rsidRPr="00972B74" w:rsidRDefault="00FD17B1" w:rsidP="007D6940">
            <w:pPr>
              <w:widowControl w:val="0"/>
              <w:rPr>
                <w:rFonts w:cs="Times New Roman"/>
                <w:sz w:val="28"/>
                <w:szCs w:val="28"/>
              </w:rPr>
            </w:pPr>
            <w:r w:rsidRPr="00972B74">
              <w:rPr>
                <w:rFonts w:cs="Times New Roman"/>
                <w:b/>
                <w:sz w:val="28"/>
                <w:szCs w:val="28"/>
              </w:rPr>
              <w:t xml:space="preserve">Điện thoại: </w:t>
            </w:r>
            <w:r>
              <w:rPr>
                <w:rFonts w:cs="Times New Roman"/>
                <w:sz w:val="28"/>
                <w:szCs w:val="28"/>
              </w:rPr>
              <w:t>0912.430.424</w:t>
            </w:r>
          </w:p>
          <w:p w14:paraId="6604187A" w14:textId="77777777" w:rsidR="00FD17B1" w:rsidRPr="00972B74" w:rsidRDefault="00FD17B1" w:rsidP="007D6940">
            <w:pPr>
              <w:widowControl w:val="0"/>
              <w:rPr>
                <w:rFonts w:cs="Times New Roman"/>
                <w:sz w:val="28"/>
                <w:szCs w:val="28"/>
              </w:rPr>
            </w:pPr>
            <w:r w:rsidRPr="00972B74">
              <w:rPr>
                <w:rFonts w:cs="Times New Roman"/>
                <w:b/>
                <w:sz w:val="28"/>
                <w:szCs w:val="28"/>
              </w:rPr>
              <w:t xml:space="preserve">Email: </w:t>
            </w:r>
            <w:r w:rsidRPr="00E80B66">
              <w:rPr>
                <w:rFonts w:cs="Times New Roman"/>
                <w:sz w:val="28"/>
                <w:szCs w:val="28"/>
              </w:rPr>
              <w:t>tuantdkttq</w:t>
            </w:r>
            <w:r w:rsidRPr="00972B74">
              <w:rPr>
                <w:rFonts w:cs="Times New Roman"/>
                <w:sz w:val="28"/>
                <w:szCs w:val="28"/>
              </w:rPr>
              <w:t>@gmail.com</w:t>
            </w:r>
          </w:p>
        </w:tc>
      </w:tr>
    </w:tbl>
    <w:p w14:paraId="47B801BA" w14:textId="77777777" w:rsidR="00FD17B1" w:rsidRDefault="00FD17B1" w:rsidP="002B61F8">
      <w:pPr>
        <w:widowControl w:val="0"/>
      </w:pPr>
    </w:p>
    <w:sectPr w:rsidR="00FD17B1" w:rsidSect="00A23EBB">
      <w:headerReference w:type="default" r:id="rId8"/>
      <w:pgSz w:w="16840" w:h="11907" w:orient="landscape" w:code="9"/>
      <w:pgMar w:top="964" w:right="1134" w:bottom="96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9BB7" w14:textId="77777777" w:rsidR="00960DB8" w:rsidRDefault="00960DB8" w:rsidP="00436E32">
      <w:pPr>
        <w:spacing w:line="240" w:lineRule="auto"/>
      </w:pPr>
      <w:r>
        <w:separator/>
      </w:r>
    </w:p>
  </w:endnote>
  <w:endnote w:type="continuationSeparator" w:id="0">
    <w:p w14:paraId="238AA52F" w14:textId="77777777" w:rsidR="00960DB8" w:rsidRDefault="00960DB8" w:rsidP="00436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97C32" w14:textId="77777777" w:rsidR="00960DB8" w:rsidRDefault="00960DB8" w:rsidP="00436E32">
      <w:pPr>
        <w:spacing w:line="240" w:lineRule="auto"/>
      </w:pPr>
      <w:r>
        <w:separator/>
      </w:r>
    </w:p>
  </w:footnote>
  <w:footnote w:type="continuationSeparator" w:id="0">
    <w:p w14:paraId="0174AEC2" w14:textId="77777777" w:rsidR="00960DB8" w:rsidRDefault="00960DB8" w:rsidP="00436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61391"/>
      <w:docPartObj>
        <w:docPartGallery w:val="Page Numbers (Top of Page)"/>
        <w:docPartUnique/>
      </w:docPartObj>
    </w:sdtPr>
    <w:sdtEndPr>
      <w:rPr>
        <w:noProof/>
      </w:rPr>
    </w:sdtEndPr>
    <w:sdtContent>
      <w:p w14:paraId="4DB019BC" w14:textId="1190966E" w:rsidR="0046781D" w:rsidRDefault="0046781D">
        <w:pPr>
          <w:pStyle w:val="Header"/>
          <w:jc w:val="center"/>
        </w:pPr>
        <w:r>
          <w:fldChar w:fldCharType="begin"/>
        </w:r>
        <w:r>
          <w:instrText xml:space="preserve"> PAGE   \* MERGEFORMAT </w:instrText>
        </w:r>
        <w:r>
          <w:fldChar w:fldCharType="separate"/>
        </w:r>
        <w:r w:rsidR="009C6CEB">
          <w:rPr>
            <w:noProof/>
          </w:rPr>
          <w:t>21</w:t>
        </w:r>
        <w:r>
          <w:rPr>
            <w:noProof/>
          </w:rPr>
          <w:fldChar w:fldCharType="end"/>
        </w:r>
      </w:p>
    </w:sdtContent>
  </w:sdt>
  <w:p w14:paraId="46E2DC19" w14:textId="77777777" w:rsidR="0046781D" w:rsidRDefault="004678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3E259F"/>
    <w:multiLevelType w:val="hybridMultilevel"/>
    <w:tmpl w:val="21028A0C"/>
    <w:lvl w:ilvl="0" w:tplc="4D1448B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5E35"/>
    <w:rsid w:val="00056B8C"/>
    <w:rsid w:val="0006063C"/>
    <w:rsid w:val="000F3ABA"/>
    <w:rsid w:val="00114ECB"/>
    <w:rsid w:val="00135287"/>
    <w:rsid w:val="0015074B"/>
    <w:rsid w:val="001525E5"/>
    <w:rsid w:val="00154D6C"/>
    <w:rsid w:val="001601F4"/>
    <w:rsid w:val="001666C4"/>
    <w:rsid w:val="00172852"/>
    <w:rsid w:val="001A0FCC"/>
    <w:rsid w:val="001C2F21"/>
    <w:rsid w:val="001D03A9"/>
    <w:rsid w:val="001D3C62"/>
    <w:rsid w:val="00257896"/>
    <w:rsid w:val="00281496"/>
    <w:rsid w:val="0029639D"/>
    <w:rsid w:val="002B61F8"/>
    <w:rsid w:val="002C6261"/>
    <w:rsid w:val="002D5FF8"/>
    <w:rsid w:val="002E126A"/>
    <w:rsid w:val="002F4AE9"/>
    <w:rsid w:val="00314250"/>
    <w:rsid w:val="00326F90"/>
    <w:rsid w:val="003578D4"/>
    <w:rsid w:val="00367C2A"/>
    <w:rsid w:val="0037696F"/>
    <w:rsid w:val="003A0A01"/>
    <w:rsid w:val="003D2929"/>
    <w:rsid w:val="00414CF6"/>
    <w:rsid w:val="004242AC"/>
    <w:rsid w:val="00436E32"/>
    <w:rsid w:val="00453A31"/>
    <w:rsid w:val="0046781D"/>
    <w:rsid w:val="00484346"/>
    <w:rsid w:val="004B261A"/>
    <w:rsid w:val="004B267E"/>
    <w:rsid w:val="004E64EB"/>
    <w:rsid w:val="004F1620"/>
    <w:rsid w:val="004F615A"/>
    <w:rsid w:val="005456BD"/>
    <w:rsid w:val="00572352"/>
    <w:rsid w:val="00582F2B"/>
    <w:rsid w:val="005A4313"/>
    <w:rsid w:val="005B126A"/>
    <w:rsid w:val="005C46C8"/>
    <w:rsid w:val="005D20A4"/>
    <w:rsid w:val="005F15FD"/>
    <w:rsid w:val="005F41CC"/>
    <w:rsid w:val="00636277"/>
    <w:rsid w:val="006B5A19"/>
    <w:rsid w:val="006B6B18"/>
    <w:rsid w:val="006D038E"/>
    <w:rsid w:val="00713E2D"/>
    <w:rsid w:val="007622A3"/>
    <w:rsid w:val="007D6940"/>
    <w:rsid w:val="008817E5"/>
    <w:rsid w:val="008829E0"/>
    <w:rsid w:val="008835BC"/>
    <w:rsid w:val="00890D4D"/>
    <w:rsid w:val="008925BB"/>
    <w:rsid w:val="008C690C"/>
    <w:rsid w:val="008E7D7C"/>
    <w:rsid w:val="009066FE"/>
    <w:rsid w:val="00907ABC"/>
    <w:rsid w:val="00960DB8"/>
    <w:rsid w:val="00962FB5"/>
    <w:rsid w:val="00972B74"/>
    <w:rsid w:val="00977A63"/>
    <w:rsid w:val="00984F40"/>
    <w:rsid w:val="009946A3"/>
    <w:rsid w:val="009A354E"/>
    <w:rsid w:val="009B3469"/>
    <w:rsid w:val="009B6A13"/>
    <w:rsid w:val="009C6CEB"/>
    <w:rsid w:val="009E1397"/>
    <w:rsid w:val="009E57F5"/>
    <w:rsid w:val="009F67A0"/>
    <w:rsid w:val="00A02898"/>
    <w:rsid w:val="00A23EBB"/>
    <w:rsid w:val="00A47917"/>
    <w:rsid w:val="00A51FF7"/>
    <w:rsid w:val="00A6370E"/>
    <w:rsid w:val="00A94BB0"/>
    <w:rsid w:val="00A95F5F"/>
    <w:rsid w:val="00AA1D8D"/>
    <w:rsid w:val="00AA62FF"/>
    <w:rsid w:val="00AB58DD"/>
    <w:rsid w:val="00AC2764"/>
    <w:rsid w:val="00AD6C0A"/>
    <w:rsid w:val="00B35612"/>
    <w:rsid w:val="00B47730"/>
    <w:rsid w:val="00B75C37"/>
    <w:rsid w:val="00BB3D82"/>
    <w:rsid w:val="00C16B04"/>
    <w:rsid w:val="00C45399"/>
    <w:rsid w:val="00C542CB"/>
    <w:rsid w:val="00C7082A"/>
    <w:rsid w:val="00C71A61"/>
    <w:rsid w:val="00CB0664"/>
    <w:rsid w:val="00CC2E7C"/>
    <w:rsid w:val="00CD0ABA"/>
    <w:rsid w:val="00CF17CE"/>
    <w:rsid w:val="00CF3A26"/>
    <w:rsid w:val="00CF6D3D"/>
    <w:rsid w:val="00D53064"/>
    <w:rsid w:val="00DA2246"/>
    <w:rsid w:val="00DA2365"/>
    <w:rsid w:val="00DA66C1"/>
    <w:rsid w:val="00DF72F4"/>
    <w:rsid w:val="00E0085F"/>
    <w:rsid w:val="00E270D8"/>
    <w:rsid w:val="00E45598"/>
    <w:rsid w:val="00E516AD"/>
    <w:rsid w:val="00E80B66"/>
    <w:rsid w:val="00E82FE4"/>
    <w:rsid w:val="00EB1BEB"/>
    <w:rsid w:val="00EC4E28"/>
    <w:rsid w:val="00EF31FF"/>
    <w:rsid w:val="00F30336"/>
    <w:rsid w:val="00F328B3"/>
    <w:rsid w:val="00F34705"/>
    <w:rsid w:val="00F42FBF"/>
    <w:rsid w:val="00F61F0D"/>
    <w:rsid w:val="00F82A78"/>
    <w:rsid w:val="00F9378C"/>
    <w:rsid w:val="00FC693F"/>
    <w:rsid w:val="00FD0C60"/>
    <w:rsid w:val="00FD17B1"/>
    <w:rsid w:val="00FD1939"/>
    <w:rsid w:val="00FD3380"/>
    <w:rsid w:val="00FD3622"/>
    <w:rsid w:val="00FF4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1084C4"/>
  <w14:defaultImageDpi w14:val="300"/>
  <w15:docId w15:val="{34CF18A1-8E33-4420-A4AD-6B9B5170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64"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iua">
    <w:name w:val="giua"/>
    <w:basedOn w:val="Normal"/>
    <w:rsid w:val="00EB1BEB"/>
    <w:pPr>
      <w:spacing w:after="120" w:line="240" w:lineRule="auto"/>
      <w:jc w:val="center"/>
    </w:pPr>
    <w:rPr>
      <w:rFonts w:cs="Arial"/>
      <w:b/>
      <w:bCs/>
      <w:color w:val="0000FF"/>
      <w:spacing w:val="24"/>
      <w:szCs w:val="24"/>
    </w:rPr>
  </w:style>
  <w:style w:type="paragraph" w:styleId="FootnoteText">
    <w:name w:val="footnote text"/>
    <w:basedOn w:val="Normal"/>
    <w:link w:val="FootnoteTextChar"/>
    <w:uiPriority w:val="99"/>
    <w:semiHidden/>
    <w:unhideWhenUsed/>
    <w:rsid w:val="005B126A"/>
    <w:pPr>
      <w:spacing w:line="240" w:lineRule="auto"/>
    </w:pPr>
    <w:rPr>
      <w:rFonts w:eastAsiaTheme="minorHAnsi"/>
      <w:sz w:val="20"/>
      <w:szCs w:val="20"/>
      <w:lang w:val="vi-VN"/>
    </w:rPr>
  </w:style>
  <w:style w:type="character" w:customStyle="1" w:styleId="FootnoteTextChar">
    <w:name w:val="Footnote Text Char"/>
    <w:basedOn w:val="DefaultParagraphFont"/>
    <w:link w:val="FootnoteText"/>
    <w:uiPriority w:val="99"/>
    <w:semiHidden/>
    <w:rsid w:val="005B126A"/>
    <w:rPr>
      <w:rFonts w:ascii="Times New Roman" w:eastAsiaTheme="minorHAnsi" w:hAnsi="Times New Roman"/>
      <w:sz w:val="20"/>
      <w:szCs w:val="20"/>
      <w:lang w:val="vi-VN"/>
    </w:rPr>
  </w:style>
  <w:style w:type="character" w:styleId="FootnoteReference">
    <w:name w:val="footnote reference"/>
    <w:basedOn w:val="DefaultParagraphFont"/>
    <w:uiPriority w:val="99"/>
    <w:semiHidden/>
    <w:unhideWhenUsed/>
    <w:rsid w:val="005B12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32092-7696-47E0-ABB2-F312932B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9366</Words>
  <Characters>53392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2026-08-28T00:14:00Z</dcterms:created>
  <dcterms:modified xsi:type="dcterms:W3CDTF">2026-08-28T00:14:00Z</dcterms:modified>
  <cp:category/>
</cp:coreProperties>
</file>